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бюджете Федерального фонда обязательного медицинского страхования на 2008 год и на плановый период 2009 и 2010 годов"</w:t>
      </w:r>
    </w:p>
    <w:p>
      <w:r>
        <w:rPr>
          <w:b/>
        </w:rPr>
        <w:t>Статья 1</w:t>
      </w:r>
    </w:p>
    <w:p>
      <w:r>
        <w:t>Внести в Федеральный закон от 21 июля 2007 года № 184-ФЗ "О бюджете Федерального фонда обязательного медицинского страхования на 2008 год и на плановый период 2009 и 2010 годов" (Собрание законодательства Российской Федерации, 2007, № 30, ст. 3798; № 48, ст. 5809; 2008, № 9, ст. 815) следующие изменения</w:t>
      </w:r>
    </w:p>
    <w:p>
      <w:r>
        <w:t>в статье 1: а) в части 1: в пункте 1 слова "129 115 694,6 тыс. рублей" заменить словами "130 595 429,7 тыс. рублей", слова "43 627 491,6 тыс. рублей" заменить словами "42 321 826,7 тыс. рублей"; в пункте 2 слова "130 381 345,8 тыс. рублей" заменить словами "133 022 015,7 тыс. рублей"; в пункте 3 слова "1 265 651,2 тыс. рублей" заменить словами "2 426 586,0 тыс. рублей"; б) в части 2: в пункте 1 слова "131 432 485,2 тыс. рублей" заменить словами "138 245 585,2 тыс. рублей", слова "119 483 435,0 тыс. рублей" заменить словами "129 017 035,0 тыс. рублей"; в пункте 3 слова "11 444 827,0 тыс. рублей" заменить словами "18 257 927,0 тыс. рублей", слова "15 000 766,0 тыс. рублей" заменить словами "24 534 366,0 тыс. рублей"</w:t>
      </w:r>
    </w:p>
    <w:p>
      <w:r>
        <w:t>в статье 3: а) в пункте 1 части 1 слова "согласно приложениям 2 и 21" заменить словами "согласно приложениям 2, 21 и 22"; б) в части 2 слова "согласно приложению 14" заменить словами "согласно приложениям 14 и 141"</w:t>
      </w:r>
    </w:p>
    <w:p>
      <w:r>
        <w:t>в пункте 1 статьи 4 слова "согласно приложениям 4 и 41" заменить словами "согласно приложениям 4, 41 и 42"</w:t>
      </w:r>
    </w:p>
    <w:p>
      <w:r>
        <w:t>в пункте 1 статьи 5 слова "согласно приложениям 6 и 61" заменить словами "согласно приложениям 6, 61 и 62"</w:t>
      </w:r>
    </w:p>
    <w:p>
      <w:r>
        <w:t>в части 6 статьи 6 слова "7 907 435,0 тыс. рублей" заменить словами "10 692 835,0 тыс. рублей"</w:t>
      </w:r>
    </w:p>
    <w:p>
      <w:r>
        <w:t>часть 3 статьи 9 изложить в следующей редакции: "3. Предоставление субсидий на проведение дополнительной диспансеризации работающих граждан и на проведение диспансеризации пребывающих в стационарных учреждениях детей-сирот и детей, находящихся в трудной жизненной ситуации, определяется в порядке, устанавливаемом Правительством Российской Федерации."</w:t>
      </w:r>
    </w:p>
    <w:p>
      <w:r>
        <w:t>в пункте 1 части 1 статьи 12 слова "и реализацию указанных мероприятий в 2008 году" заменить словами ", реализацию указанных мероприятий в 2008 году, а также на проведение в 2008 году диспансеризации пребывающих в стационарных учреждениях детей, находящихся в трудной жизненной ситуации"</w:t>
      </w:r>
    </w:p>
    <w:p>
      <w:r>
        <w:t>приложение 1 изложить в следующей редакции: "Приложение 1к Федеральному закону "О бюджетеФедерального фонда обязательногомедицинского страхования на 2008 год и наплановый период 2009 и 2010 годов"(в редакции Федерального закона "О внесении изменений в Федеральный закон "О бюджете Федерального фонда обязательного медицинского страхования на 2008 год и на плановый период 2009 и 2010 годов") ПЕРЕЧЕНЬглавных администраторов доходов бюджета Федерального фонда обязательного медицинского страхования на 2008 год Код бюджетной классификации Российской Федерации Наименование главного администратора доходов бюджета Федерального фонда обязательного медицинского страхования глав ного админи стра тора доходов доходов бюджета Федерального фонда обязательного медицинского страхования 1 2 3 182 Федеральная налоговая служба 182 1 02 01030 08 0000 110 Единый социальный налог, зачисляемый в Федеральный фонд обязательного медицинского страхования 182 1 05 01000 00 0000 110 Налог, взимаемый в связи с применением упрощенной системы налогообложения 182 1 05 01030 01 0000 110 Минимальный налог, зачисляемый в бюджеты государственных внебюджетных фондов 182 1 05 01040 02 0000 110 Доходы от выдачи патента на осуществление предпринимательской деятельности при применении упрощенной системы налогообложения 182 1 05 02000 02 0000 110 Единый налог на вмененный доход для отдельных видов деятельности 182 1 05 03000 01 0000 110 Единый сельскохозяйственный налог 182 1 09 08040 08 0000 140 Недоимка, пени и штрафы по взносам в Федеральный фонд обязательного медицинского страхования 394 Федеральный фонд обязательного медицинского страхования 394 2 02 05601 08 0000 151 Межбюджетные трансферты бюджету Федерального фонда обязательного медицинского страхования, передаваемые из федерального бюджета на оказание отдельным категориям граждан социальной услуги по дополнительной медицинской помощи в части, предусматривающей обеспечение лекарственными средствами, изделиями медицинского назначения, а также специализированными продуктами лечебного питания для детей-инвалидов 394 2 02 05602 08 0000 151 Средства федерального бюджета, передаваемые бюджету Федерального фонда обязательного медицинского страхования на проведение диспансеризации пребывающих в стационарных учреждениях детей-сирот и детей, находящихся в трудной жизненной ситуации 394 2 02 05603 08 0000 151 Средства федерального бюджета, передаваемые бюджету Федерального фонда обязательного медицинского страхования на реализацию мероприятий в рамках базовой программы обязательного медицинского страхования 394 2 02 05605 08 0000 151 Средства федерального бюджета, передаваемые бюджету Федерального фонда обязательного медицинского страхования на обязательное медицинское страхование неработающего населения (детей) 394 2 02 05606 08 0000 151 Средства федерального бюджета, передаваемые бюджету Федерального фонда обязательного медицинского страхования на денежные выплаты участковым терапевтам, участковым педиатрам, врачам общей практики (семейным врачам), медицинским сестрам соответствующих врачей, подлежащим включению в Федеральный регистр медицинских работников 394 2 02 05607 08 0000 151 Средства федерального бюджета, передаваемые бюджету Федерального фонда обязательного медицинского страхования на проведение дополнительной диспансеризации работающих граждан"</w:t>
      </w:r>
    </w:p>
    <w:p>
      <w:r>
        <w:t>дополнить приложением 22 следующего содержания: "Приложение 22к Федеральному закону "О бюджетеФедерального фонда обязательногомедицинского страхования на 2008 год и наплановый период 2009 и 2010 годов" Изменение структуры расходов бюджета Федерального фонда обязательного медицинского страхования на 2008 год, предусмотренной приложениями 2 и 21 к Федеральному закону "О бюджете Федерального фонда обязательного медицинского страхования на 2008 год и на плановый период 2009 и 2010 годов" (тыс. рублей) Наименование Код бюджетной классификации Российской Федерации Сумма Мин Рз ПР ЦСР ВР Федеральный фонд обязательного медицинского страхования 394 +2 640 669,9 Межбюджетные трансферты 394 11 00 +2 640 669,9 Межбюджетные трансферы бюджетам государственных внебюджетных фондов 394 11 05 +2 640 669,9 Социальная помощь 394 11 05 505 00 00 +2 640 669,9 Закон Российской Федерации от 28 июня 1991 года № 1499-I "О медицинском страховании граждан в Российской Федерации" 394 11 05 505 17 00 +2 785 400,0 Выполнение территориальной программы обязательного медицинского страхования в рамках базовой программы обязательного медицинского страхования 394 11 05 505 17 02 +2 785 400,0 Прочие дотации 394 11 05 505 17 02 007 +2 785 400,0 Проведение диспансеризации находящихся в стационарных учреждениях детей-сирот и детей, оставшихся без попечения родителей 394 11 05 505 21 00 -698 212,0 Фонд софинансирования 394 11 05 505 21 00 010 -698 212,0 Проведение диспансеризации пребывающих в стационарных учреждениях детей-сирот и детей, находящихся в трудной жизненной ситуации 394 11 05 505 21 00 +822 072,7 Фонд софинансирования 394 11 05 505 21 00 010 +822 072,7 Проведение дополнительной диспансеризации работающих граждан 394 11 05 505 24 00 -128 795,9 Фонд софинансирования 394 11 05 505 24 00 010 -128 795,9 Финансовое обеспечение государственного задания в соответствии с программой государственных гарантий оказания гражданам Российской Федерации бесплатной медицинской помощи на оказание дополнительной бесплатной медицинской помощи, оказываемой врачами-терапевтами участковыми, врачами-педиатрами участковыми, врачами общей практики (семейными врачами), медицинскими сестрами участковыми врачей-терапевтов участковых, врачей-педиатров участковых, медицинскими сестрами врачей общей практики (семейных врачей) 394 11 05 505 41 00 -139 794,9 Фонд компенсаций 394 11 05 505 41 00 009 -139 794,9"</w:t>
      </w:r>
    </w:p>
    <w:p>
      <w:r>
        <w:t>дополнить приложением 42 следующего содержания: "Приложение 42к Федеральному закону "О бюджетеФедерального фонда обязательногомедицинского страхования на 2008 год и наплановый период 2009 и 2010 годов" Изменение межбюджетных трансфертов, получаемых из федерального бюджета в 2008 году, предусмотренных приложениями 4 и 41 к Федеральному закону "О бюджете Федерального фонда обязательного медицинского страхования на 2008 год и на плановый период 2009 и 2010 годов" (тыс. рублей) Наименование межбюджетных трансфертов Сумма Межбюджетные трансферты, получаемые из федерального бюджета, всего -1 305 664,9 в том числе: проведение диспансеризации находящихся в стационарных учреждениях детей-сирот и детей, оставшихся без попечения родителей -698 212,0 проведение диспансеризации пребывающих в стационарных учреждениях детей-сирот и детей, находящихся в трудной жизненной ситуации +721 343,0 проведение дополнительной диспансеризации работающих граждан -128 795,9 финансовое обеспечение государственного задания в соответствии с программой государственных гарантий оказания гражданам Российской Федерации бесплатной медицинской помощи на оказание дополнительной бесплатной медицинской помощи, оказываемой врачами-терапевтами участковыми, врачами-педиатрами участковыми, врачами общей практики (семейными врачами), медицинскими сестрами участковыми врачей-терапевтов участковых, врачей-педиатров участковых, медицинскими сестрами врачей общей практики (семейных врачей) -1 200 000,0"</w:t>
      </w:r>
    </w:p>
    <w:p>
      <w:r>
        <w:t>дополнить приложением 62 следующего содержания: "Приложение 62к Федеральному закону "О бюджетеФедерального фонда обязательногомедицинского страхования на 2008 год и наплановый период 2009 и 2010 годов" Изменение распределения межбюджетных трансфертов, предоставляемых за счет средств федерального бюджета и средств бюджета Федерального фонда обязательного медицинского страхования в 2008 году бюджетам территориальных фондов обязательного медицинского страхования и бюджету Фонда социального страхования Российской Федерации, предусмотренного приложениями 6 и 61 к Федеральному закону "О бюджете Федерального фонда обязательного медицинского страхования на 2008 год и на плановый период 2009 и 2010 годов" (тыс. рублей) Наименование межбюджетных трансфертов Сумма Межбюджетные трансферты +2 640 669,9 в том числе: за счет средств федерального бюджета: -144 730,1 проведение диспансеризации находящихся в стационарных учреждениях детей-сирот и детей, оставшихся без попечения родителей -698 212,0 проведение диспансеризации пребывающих в стационарных учреждениях детей-сирот и детей, находящихся в трудной жизненной ситуации +822 072,7 проведение дополнительной диспансеризации работающих граждан -128 795,9 финансовое обеспечение государственного задания в соответствии с программой государственных гарантий оказания гражданам Российской Федерации бесплатной медицинской помощи на оказание дополнительной бесплатной медицинской помощи, оказываемой врачами-терапевтами участковыми, врачами-педиатрами участковыми, врачами общей практики (семейными врачами), медицинскими сестрами участковыми врачей-терапевтов участковых, врачей-педиатров участковых, медицинскими сестрами врачей общей практики (семейных врачей) -139 794,9 за счет средств Федерального фонда обязательного медицинского страхования: +2 785 400,0 выполнение территориальной программы обязательного медицинского страхования в рамках базовой программы обязательного медицинского страхования +2 785 400,0"</w:t>
      </w:r>
    </w:p>
    <w:p>
      <w:r>
        <w:t>приложение 11 изложить в следующей редакции: "Приложение 11к Федеральному закону "О бюджетеФедерального фонда обязательногомедицинского страхования на 2008 год и наплановый период 2009 и 2010 годов"(в редакции Федерального закона "О внесении изменений в Федеральный закон "О бюджете Федерального фонда обязательного медицинского страхования на 2008 год и на плановый период 2009 и 2010 годов") Распределение субвенций в 2008 году на финансовое обеспечение государственного задания на оказание дополнительной бесплатной медицинской помощи, оказываемой врачами-терапевтами участковыми, врачами-педиатрами участковыми, врачами общей практики (семейными врачами), медицинскими сестрами участковыми врачей-терапевтов участковых, врачей-педиатров участковых, медицинскими сестрами врачей общей практики (семейных врачей) Сумма (тыс. рублей) Наименование Субвенции на финансовое обеспечение государственного задания на оказание дополнительной бесплатной медицинской помощи, оказываемой врачами-терапевтами участковыми, врачами-педиатрами участковыми, врачами общей практики (семейными врачами), медицинскими сестрами участковыми врачей-терапевтов участковых, врачей-педиатров участковых, медицинскими сестрами врачей общей практики (семейных врачей) 1 2 21 516 435,9 237 019,4 162 955,8 184 961,9 321 336,8 150 887,9 116 419,5 83 844,1 149 231,5 153 490,8 832 920,0 92 993,6 164 848,8 121 625,3 130 932,5 202 866,5 187 801,4 185 514,0 1 095 731,5 122 272,1 184 040,4 219 839,8 183 775,6 98 751,5 192 691,6 190 902,0 82 739,9 76 587,6 558 908,3 8 015,1 55 843,5 362 747,2 53 319,5 124 261,3 51 372,5 55 606,9 114 358,5 152 149,9 642 279,1 328 928,7 128 598,7 327 725,6 460 262,8 678 968,4 87 393,5 124 070,4 599 134,5 266 404,3 214 934,4 419 920,2 193 775,7 401 473,8 313 275,7 190 404,3 482 478,4 325 445,1 177 468,8 102 044,5 475 344,9 247 362,5 466 632,2 383 912,0 132 046,2 57 709,7 180 699,3 73 389,5 104 314,7 436 406,5 624 030,8 393 652,6 453 113,2 436 336,5 327 721,7 197 752,1 178 401,7 18 258,2 274 832,5 325 313,1 273 058,4 170 861,8 79 451,0 48 036,5 106 341,0 35 024,4 15 215,2 1 072 666,3"</w:t>
      </w:r>
    </w:p>
    <w:p>
      <w:r>
        <w:t>приложение 13 изложить в следующей редакции: "Приложение 13к Федеральному закону "О бюджетеФедерального фонда обязательногомедицинского страхования на 2008 год и наплановый период 2009 и 2010 годов"(в редакции Федерального закона "О внесении изменений в Федеральный закон "О бюджете Федерального фонда обязательного медицинского страхования на 2008 год и на плановый период 2009 и 2010 годов") Перечень главных администраторов источников финансирования дефицита бюджета Федерального фонда обязательного медицинского страхования на 2008 год Код главы Код группы, подгруппы, статьи и вида источников Наименование 394 Федеральный фонд обязательного медицинского страхования 394 01 05 02 01 08 0000 510 Увеличение прочих остатков денежных средств бюджета Федерального фонда обязательного медицинского страхования 394 01 05 02 01 08 0000 610 Уменьшение прочих остатков денежных средств бюджета Федерального фонда обязательного медицинского страхования"</w:t>
      </w:r>
    </w:p>
    <w:p>
      <w:r>
        <w:t>дополнить приложением 141 следующего содержания: "Приложение 141к Федеральному закону "О бюджетеФедерального фонда обязательногомедицинского страхования на 2008 год и наплановый период 2009 и 2010 годов" Изменение источников внутреннего финансирования дефицита бюджета Федерального фонда обязательного медицинского страхования на 2008 год, предусмотренных приложением 14 к Федеральному закону "О бюджете Федерального фонда обязательного медицинского страхования на 2008 год и на плановый период 2009 и 2010 годов" (тыс. рублей) Код бюджетной классификации Российской Федерации Наименование источника внутреннего финансирования дефицита бюджета Сумма 000 01 00 00 00 00 0000 000 Источники внутреннего финансирования дефицитов бюджетов +1 160 934,8 000 01 05 00 00 00 0000 000 Изменение остатков средств на счетах по учету средств бюджета +1 160 934,8 000 01 05 02 00 00 0000 500 Увеличение прочих остатков средств бюджетов 0,0 000 01 05 02 00 00 0000 600 Уменьшение прочих остатков средств бюджетов +1 160 934,8 394 01 05 02 01 08 0000 510 Увеличение прочих остатков денежных средств бюджета Федерального фонда обязательного медицинского страхования 0,0 394 01 05 02 01 08 0000 610 Уменьшение прочих остатков денежных средств бюджета Федерального фонда обязательного медицинского страхования +1 160 934,8"</w:t>
      </w:r>
    </w:p>
    <w:p>
      <w:r>
        <w:rPr>
          <w:b/>
        </w:rPr>
        <w:t>Статья 2</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Федерального закона от 21 июля 2007 года № 184-ФЗ "О бюджете Федерального фонда обязательного медицинского страхования на 2008 год и на плановый период 2009 и 2010 годов" (в редакции настоящего Федерального закона) распространяются на правоотношения, возникшие с 1 января 2008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