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Фонда социального страхования Российской Федерации на 2008 год и на плановый период 2009 и 2010 годов"</w:t>
      </w:r>
    </w:p>
    <w:p>
      <w:r>
        <w:rPr>
          <w:b/>
        </w:rPr>
        <w:t>Статья 1</w:t>
      </w:r>
    </w:p>
    <w:p>
      <w:r>
        <w:t>Внести в Федеральный закон от 21 июля 2007 года № 183-ФЗ "О бюджете Фонда социального страхования Российской Федерации на 2008 год и на плановый период 2009 и 2010 годов" (Собрание законодательства Российской Федерации, 2007, № 30, ст. 3797; 2008, № 9, ст. 816) следующие изменения</w:t>
      </w:r>
    </w:p>
    <w:p>
      <w:r>
        <w:t>в статье 1: а) в части 1: в пункте 1 слова "в сумме 348 576 613,6 тыс. рублей" заменить словами "в сумме 359 170 814,0 тыс. рублей", слова "в сумме 44 001 971,0 тыс. рублей" заменить словами "в сумме 44 324 024,6 тыс. рублей"; в пункте 2 слова "в сумме 365 057 731,0 тыс. рублей" заменить словами "в сумме 375 548 428,8 тыс. рублей"; в пункте 3 слова "в сумме 16 481 117,4 тыс. рублей" заменить словами "в сумме 16 377 614,8 тыс. рублей"; б) в части 2: в пункте 1 слова "в сумме 382 892 690,9 тыс. рублей" заменить словами "в сумме 396 667 579,6 тыс. рублей", слова "в сумме 438 685 198,7 тыс. рублей" заменить словами "в сумме 458 113 524,8 тыс. рублей"; в пункте 3 слова "в сумме 26 825 310,9 тыс. рублей" заменить словами "в сумме 40 600 199,6 тыс. рублей", слова "в сумме 49 221 591,2 тыс. рублей" заменить словами "в сумме 68 649 917,3 тыс. рублей"; в) в части 3 слова "в сумме 238 940 917,0 тыс. рублей" заменить словами "в сумме 242 255 186,8 тыс. рублей", слова "в сумме 49 033 725,6 тыс. рублей" заменить словами "в сумме 55 991 602,6 тыс. рублей"; г) в части 4: в пункте 1 слова "в сумме 280 449 060,7 тыс. рублей" заменить словами "в сумме 287 717 722,7 тыс. рублей", слова "в сумме 57 923 294,0 тыс. рублей" заменить словами "в сумме 64 429 520,7 тыс. рублей"; в пункте 2 слова "в сумме 328 739 063,4 тыс. рублей" заменить словами "в сумме 339 413 039,6 тыс. рублей", слова "в сумме 64 255 500,5 тыс. рублей" заменить словами "в сумме 73 009 850,4 тыс. рублей"</w:t>
      </w:r>
    </w:p>
    <w:p>
      <w:r>
        <w:t>в статье 3: а) в пункте 1 части 1 слова "согласно приложениям 3 и 31" заменить словами "согласно приложениям 3, 31 и 32"; б) в пункте 1 части 2 слова "в сумме 255 583 848,4 тыс. рублей" заменить словами "в сумме 264 771 853,0 тыс. рублей", слова "в сумме 48 871 911,6 тыс. рублей" заменить словами "в сумме 49 852 551,2 тыс. рублей"; в) в части 3 слова "в сумме 292 817 334,5 тыс. рублей" заменить словами "в сумме 302 962 833,5 тыс. рублей"; г) в пункте 1 части 4 слова "согласно приложениям 5 и 51" заменить словами "согласно приложениям 5, 51 и 52"; д) в части 5: в пункте 1 слова "согласно приложениям 7 и 71" заменить словами "согласно приложениям 7, 71 и 72"; в пункте 2 слова "согласно приложениям 8 и 81" заменить словами "согласно приложениям 8, 81 и 82"</w:t>
      </w:r>
    </w:p>
    <w:p>
      <w:r>
        <w:t>в абзаце первом статьи 9 слова "приложениями 3 и 4" заменить словами "приложениями 3, 31, 32 и 4"</w:t>
      </w:r>
    </w:p>
    <w:p>
      <w:r>
        <w:t>в статье 10 слова "приложениями 3 и 4" заменить словами "приложениями 3, 31 и 4"</w:t>
      </w:r>
    </w:p>
    <w:p>
      <w:r>
        <w:t>в статье 14 слова "в 2008 году 50 900 рублей" заменить словами "в первом полугодии 2008 года 50 900 рублей, во втором полугодии 2008 года 51 800 рублей"</w:t>
      </w:r>
    </w:p>
    <w:p>
      <w:r>
        <w:t>в статье 15: а) в части 1 слова "в 2008 году 39 100 рублей" заменить словами "в первом полугодии 2008 года 39 100 рублей, во втором полугодии 2008 года 39 840 рублей"; б) в части 2 слова "на соответствующий год" исключить; в) часть 3 изложить в следующей редакции: "3. Размеры ежемесячных страховых выплат, превышающие на 1 января 2008 года, 1 июля 2008 года, 1 января 2009 года и 1 января 2010 года соответственно установленный частью 1 настоящей статьи максимальный размер ежемесячной страховой выплаты, не изменяются."</w:t>
      </w:r>
    </w:p>
    <w:p>
      <w:r>
        <w:t>статью 19 дополнить словами ", а по исковым требованиям организаций по взысканию расходов на оплату услуг по дополнительной диспансеризации работающих граждан на основании вступивших в законную силу решений судов - за счет средств обязательного социального страхования, предусмотренных на 2008 год"</w:t>
      </w:r>
    </w:p>
    <w:p>
      <w:r>
        <w:t>дополнить приложением 32 следующего содержания: "Приложение 32к Федеральному закону "О бюджете Фонда социальногострахования Российской Федерациина 2008 год и на плановый период2009 и 2010 годов" Изменение структуры расходов бюджета Фонда социального страхования Российской Федерации на 2008 год, предусмотренной приложениями 3 и 31 к Федеральному закону "О бюджете Фонда социального страхования Российской Федерации на 2008 год и на плановый период 2009 и 2010 годов" (тыс. рублей) Наименование Мин Рз ПР ЦСР ВР Сумма Фонд социального страхования Российской Федерации 393 +10 490 697,8 Общегосударственные вопросы 393 01 +27,8 Международные отношения и международное сотрудничество 393 01 08 +27,8 Международное сотрудничество 393 01 08 030 00 00 +27,8 Взносы в международные и организации 393 01 08 030 98 00 +27,8 Выполнение международных обязательств 393 01 08 030 98 00 011 +27,8 Образование 393 07 +299 463,2 Молодежная политика и оздоровление детей 393 07 07 +299 463,2 Социальная помощь 393 07 07 505 00 00 +299 463,2 Федеральный закон от 16 июля 1999 года № 165-ФЗ "Об основах обязательного социального страхования" 393 07 07 505 43 00 +299 463,2 Оздоровление детей 393 07 07 505 43 01 +299 463,2 Социальные выплаты 393 07 07 505 43 01 005 +299 463,2 Социальная политика 393 10 +10 191 206,8 Социальное обеспечение населения 393 10 03 +10 191 206,8 Социальная помощь 393 10 03 505 00 00 +10 191 206,8 Федеральный закон от 19 мая 1995 года № 81-ФЗ "О государственных пособиях гражданам, имеющим детей" 393 10 03 505 05 00 +327 571,2 Выплата пособий по уходу за ребенком до достижения им возраста полутора лет гражданам, не подлежащим обязательному социальному страхованию 393 10 03 505 05 01 +322 053,6 Социальные выплаты 393 10 03 505 05 01 005 +322 053,6 Единовременные пособия женщинам, вставшим на учет в медицинских учреждениях в ранние сроки беременности 393 10 03 505 05 05 +5 517,6 Социальные выплаты 393 10 03 505 05 05 005 +5 517,6 Федеральный закон от 29 декабря 2006 года № 255-ФЗ "Об обеспечении пособиями по временной нетрудоспособности, по беременности и родам граждан, подлежащих обязательному социальному страхованию" 393 10 03 505 32 00 +8 883 347,0 Пособия по временной нетрудоспособности по обязательному социальному страхованию 393 10 03 505 32 01 +5 251 937,0 Социальные выплаты 393 10 03 505 32 01 005 +5 251 937,0 Пособия по беременности и родам 393 10 03 505 32 02 +3 631 410,0 Социальные выплаты 393 10 03 505 32 02 005 +3 631 410,0 Федеральный закон от 24 июля 1998 года № 125-ФЗ "Об обязательном социальном страховании от несчастных случаев на производстве и профессиональных заболеваний" 393 10 03 505 39 00 +980 288,6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393 10 03 505 39 01 +149 881,4 Социальные выплаты 393 10 03 505 39 01 005 +149 881,4 Единовременные страховые выплаты 393 10 03 505 39 02 +29 395,4 Социальные выплаты 393 10 03 505 39 02 005 +29 395,4 Ежемесячные страховые выплаты 393 10 03 505 39 03 +755 304,0 Социальные выплаты 393 10 03 505 39 03 005 +755 304,0 Доставка и пересылка страховых выплат 393 10 03 505 39 05 +45 707,8 Социальные выплаты 393 10 03 505 39 05 005 +45 707,8"</w:t>
      </w:r>
    </w:p>
    <w:p>
      <w:r>
        <w:t>дополнить приложением 52 следующего содержания: "Приложение 52к Федеральному закону"О бюджете Фонда социальногострахования Российской Федерациина 2008 год и на плановыйпериод 2009 и 2010 годов" Изменение межбюджетных трансфертов, получаемых из федерального бюджета и бюджета Федерального фонда обязательного медицинского страхования, на 2008 год, предусмотренных приложениями 5 и 51 к Федеральному закону "О бюджете Фонда социального страхования Российской Федерации на 2008 год и на плановый период 2009 и 2010 годов" (тыс. рублей) Наименование межбюджетных трансфертов Сумма Межбюджетные трансферты, получаемые из федерального бюджета и бюджета Федерального фонда обязательного медицинского страхования, всего +322 053,6 Межбюджетные трансферты, получаемые из федерального бюджета: +322 053,6 на выплату пособий по уходу за ребенком до достижения им возраста полутора лет гражданам, не подлежащим обязательному социальному страхованию +322 053,6"</w:t>
      </w:r>
    </w:p>
    <w:p>
      <w:r>
        <w:t>дополнить приложением 72 следующего содержания: "Приложение 72к Федеральному закону"О бюджете Фонда социальногострахования Российской Федерациина 2008 год и на плановыйпериод 2009 и 2010 годов" Изменение источников внутреннего финансирования дефицита бюджета Фонда социального страхования Российской Федерации на 2008 год, предусмотренных приложениями 7 и 71 к Федеральному закону "О бюджете Фонда социального страхования Российской Федерации на 2008 год и на плановый период 2009 и 2010 годов" (тыс. рублей) Код бюджетной классификации Российской Федерации Наименование источника внутреннего финансирования дефицита бюджета Сумма 000 01 00 00 00 00 0000 000 Источники внутреннего финансирования дефицитов бюджетов +103 502,6 000 01 05 00 00 00 0000 000 Изменение остатков средств на счетах по учету средств бюджета +103 502,6 000 01 05 00 00 00 0000 500 Увеличение остатков средств бюджетов +5 869 051,4 000 01 05 00 00 00 0000 600 Уменьшение остатков средств бюджетов -5 765 548,8 000 01 05 01 00 00 0000 500 Увеличение остатков финансовых резервов бюджетов +232 000,0 000 01 05 01 01 00 0000 510 Увеличение остатков денежных средств финансовых резервов +232 000,0 393 01 05 01 01 07 0000 510 Увеличение остатков денежных средств финансового резерва бюджета Фонда социального страхования Российской Федерации +232 000,0 393 01 05 01 01 07 0001 510 Увеличение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+232 000,0 000 01 05 02 00 00 0000 500 Увеличение прочих остатков средств бюджетов +5 637 051,4 000 01 05 02 00 00 0000 600 Уменьшение прочих остатков средств бюджетов -5 765 548,8 000 01 05 02 01 00 0000 510 Увеличение прочих остатков денежных средств бюджетов +5 637 051,4 000 01 05 02 01 00 0000 610 Уменьшение прочих остатков денежных средств бюджетов -5 765 548,8 393 01 05 02 01 07 0000 510 Увеличение прочих остатков денежных средств бюджета Фонда социального страхования Российской Федерации +5 637 051,4 393 01 05 02 01 07 0000 610 Уменьшение прочих остатков денежных средств бюджета Фонда социального страхования Российской Федерации -5 765 548,8 393 01 05 02 01 07 0001 510 Увеличение остатков денежных средств по обязательному социальному страхованию от несчастных случаев на производстве и профессиональных заболеваний +5 637 051,4 393 01 05 02 01 07 0001 610 Уменьшение остатков денежных средств по обязательному социальному страхованию от несчастных случаев на производстве и профессиональных заболеваний +108 186,0 393 01 05 02 01 07 0002 610 Уменьшение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-5 873 734,8"</w:t>
      </w:r>
    </w:p>
    <w:p>
      <w:r>
        <w:t>дополнить приложением 82 следующего содержания: "Приложение 82к Федеральному закону"О бюджете Фонда социальногострахования Российской Федерациина 2008 год и на плановыйпериод 2009 и 2010 годов" Изменение источников внутреннего финансирования дефицита бюджета Фонда социального страхования Российской Федерации на плановый период 2009 и 2010 годов, предусмотренных приложениями 8 и 81 к Федеральному закону "О бюджете Фонда социального страхования Российской Федерации на 2008 год и на плановый период 2009 и 2010 годов" Сумма (тыс. рублей) Код бюджетной классификации Российской Федерации Наименование источникавнутреннего финансирования дефицита бюджета Плановый период 2009 год 2010 год 1 2 3 4 000 01 00 00 00 00 0000 000 Источники внутреннего финансирования дефицитов бюджетов +13 774 888,7 +19 428 326,1 000 01 05 00 00 00 0000 000 Изменение остатков средств на счетах по учету средств бюджета +13 774 888,7 +19 428 326,1 000 01 05 00 00 00 0000 500 Увеличение остатков средств бюджетов +13 774 888,7 +19 428 326,1 000 01 05 01 00 00 0000 500 Увеличение остатков финансовых резервов бюджетов +250 000,0 +265 000,0 000 01 05 01 01 00 0000 510 Увеличение остатков денежных средств финансовых резервов +250 000,0 +265 000,0 393 01 05 01 01 07 0000 510 Увеличение остатков денежных средств финансового резерва бюджета Фонда социального страхования Российской Федерации +250 000,0 +265 000,0 393 01 05 01 01 07 0001 510 Увеличение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+250 000,0 +265 000,0 000 01 05 02 00 00 0000 500 Увеличение прочих остатков средств бюджетов +13 524 888,7 +19 163 326,1 000 01 05 02 01 00 0000 510 Увеличение прочих остатков денежных средств бюджетов +13 524 888,7 +19 163 326,1 393 01 05 02 01 07 0000 510 Увеличение прочих остатков денежных средств бюджета Фонда социального страхования Российской Федерации +13 524 888,7 +19 163 326,1 393 01 05 02 01 07 0001 510 Увеличение остатков денежных средств по обязательному социальному страхованию от несчастных случаев на производстве и профессиональных заболеваний +6 256 226,7 +8 489 349,9 393 01 05 02 01 07 0002 510 Увеличение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+7 268 662,0 +10 673 976,2"</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21 июля 2007 года № 183-ФЗ "О бюджете Фонда социального страхования Российской Федерации на 2008 год и на плановый период 2009 и 2010 годов" (в редакции настоящего Федерального закона) распространяются на правоотношения, возникшие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