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2008 год и на плановый период 2009 и 2010 годов"</w:t>
      </w:r>
    </w:p>
    <w:p>
      <w:r>
        <w:rPr>
          <w:b/>
        </w:rPr>
        <w:t>Статья 1</w:t>
      </w:r>
    </w:p>
    <w:p>
      <w:r>
        <w:t>Внести в Федеральный закон от 24 июля 2007 года № 198-ФЗ "О федеральном бюджете на 2008 год и на плановый период 2009 и 2010 годов" (Собрание законодательства Российской Федерации, 2007, № 31, ст. 3995; № 48, ст. 5813; № 49, ст. 6079; 2008, № 10, ст. 894) следующие изменения: 1) в статье 1: а) в части 1: в абзаце первом слова "в размере 38 952,0 млрд. рублей" заменить словами "в размере 42 240,0 млрд. рублей", слова "8,5 процента" заменить словами "10,5 процента"; в пункте 1 слова "в сумме 8 056 875 884,0 тыс. рублей" заменить словами "в сумме 8 965 735 575,0 тыс. рублей", слова "в сумме 3 470 666 732,0 тыс. рублей" заменить словами "в сумме 4 249 046 489,0 тыс. рублей"; в пункте 2 слова "в сумме 6 901 562 193,3 тыс. рублей" заменить словами "в сумме 7 021 926 881,2 тыс. рублей"; в пункте 5 слова "в сумме 1 824 700 718,8 тыс. рублей" заменить словами "в сумме 1 804 189 605,1 тыс. рублей"; в пункте 6 слова "в сумме 43,3 млрд. долларов США, или 32,1 млрд. евро" заменить словами "в сумме 41,9 млрд. долларов США, или 27,2 млрд. евро"; в пункте 7 слова "в сумме 1 155 313 690,7 тыс. рублей" заменить словами "в сумме 1 943 808 693,8 тыс. рублей"; б) в части 2: в абзаце первом слова "44 565,0 млрд. рублей и 50 781,0 млрд. рублей" заменить словами "48 620,0 млрд. рублей и 55 690,0 млрд. рублей", слова "7,0 процента" заменить словами "7,5 процента", слова "6,0 процента" заменить словами "7,0 процента"; в пункте 1 слова "в сумме 8 706 142 477,0 тыс. рублей" заменить словами "в сумме 9 518 304 723,0 тыс. рублей", слова "в сумме 3 108 506 619,0 тыс. рублей" заменить словами "в сумме 3 640 240 543,0 тыс. рублей", слова "в сумме 9 408 213 942,0 тыс. рублей" заменить словами "в сумме 10 402 396 213,0 тыс. рублей", слова "в сумме 2 991 035 282,0 тыс. рублей" заменить словами "в сумме 3 630 887 967,0 тыс. рублей"; в пункте 2 слова "в сумме 8 282 755 921,8 тыс. рублей" заменить словами "в сумме 8 746 575 857,5 тыс. рублей", слова "в сумме 1 017 602 120,0 тыс. рублей" заменить словами "в сумме 1 481 422 055,7 тыс. рублей", слова "в сумме 9 034 645 094,0 тыс. рублей" заменить словами "в сумме 9 667 416 268,5 тыс. рублей", слова "в сумме 1 349 179 887,0 тыс. рублей" заменить словами "в сумме 1 981 951 061,5 тыс. рублей"; в пункте 3 слова "в сумме 2 451 075 000,0 тыс. рублей" заменить словами "в сумме 2 674 100 000,0 тыс. рублей", слова "в сумме 2 285 145 000,0 тыс. рублей" заменить словами "в сумме 2 506 050 000,0 тыс. рублей"; в пункте 4 слова "в сумме 4 456 500 000,0 тыс. рублей" заменить словами "в сумме 4 862 000 000,0 тыс. рублей", слова "в сумме 5 078 100 000,0 тыс. рублей" заменить словами "в сумме 5 569 000 000,0 тыс. рублей"; в пункте 5 слова "в сумме 2 275 764 772,0 тыс. рублей" заменить словами "в сумме 2 249 062 621,8 тыс. рублей", слова "в сумме 2 856 847 356,1 тыс. рублей" заменить словами "в сумме 2 817 409 429,4 тыс. рублей"; в пункте 6 слова "в сумме 43,9 млрд. долларов США, или 32,3 млрд. евро" заменить словами "в сумме 42,0 млрд. долларов США, или 28,2 млрд. евро", слова "в сумме 45,0 млрд. долларов США, или 33,0 млрд. евро" заменить словами "в сумме 42,2 млрд. долларов США, или 29,5 млрд. евро"; в пункте 7 слова "в сумме 423 386 555,2 тыс. рублей" заменить словами "в сумме 771 728 865,5 тыс. рублей", слова "в сумме 373 568 848,0 тыс. рублей" заменить словами "в сумме 734 979 944,5 тыс. рублей"; 2) часть 3 статьи 4 после слов "соответствующие изменения" дополнить словами "в перечень главных администраторов доходов федерального бюджета и в перечень главных администраторов источников финансирования дефицита федерального бюджета, а также"; 3) в статье 7: а) пункт 1 части 1 изложить в следующей редакции: "1) на 2008 год согласно приложениям 10, 101, 102, 11 (секретно), 111 (секретно) и 112 (секретно) к настоящему Федеральному закону;"; б) в части 2 слова "в сумме 1 312 932 760,2 тыс. рублей" заменить словами "в сумме 1 330 179 379,4 тыс. рублей"; в) в пункте 1 части 3 слова "приложению 14 (секретно)" заменить словами "приложениям 14 (секретно) и 141 (секретно)"; г) в части 4 слова "приложением 14 (секретно)" заменить словами "приложениями 14 (секретно) и 141 (секретно)"; д) пункт 1 части 5 изложить в следующей редакции: "1) на 2008 год согласно приложениям 16, 161, 162, 17 (секретно), 171 (секретно), 172 (секретно), 18 (совершенно секретно) и 181 (совершенно секретно) к настоящему Федеральному закону;"; е) пункт 1 части 6 изложить в следующей редакции: "1) на 2008 год согласно приложениям 22, 221, 222, 23 (секретно), 231 (секретно) и 24 (совершенно секретно) к настоящему Федеральному закону;"; ж) пункт 1 части 7 изложить в следующей редакции: "1) на 2008 год согласно приложениям 28, 281, 282, 29 (секретно), 291 (секретно), 292 (секретно), 30 (совершенно секретно), 301 (совершенно секретно) и 302 (совершенно секретно) к настоящему Федеральному закону;"; 4) часть 4 статьи 8 изложить в следующей редакции: "4. Главным распорядителям средств федерального бюджета и получателям средств федерального бюджета, находящимся в их ведении, из наличия которых было реализовано движимое и недвижимое военное и иное имущество и продукция военного назначения, а также которыми оказаны услуги (выполнены работы)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увеличиваются в установленном порядке бюджетные ассигнования на сумму средств, поступивших в доход федерального бюджета в соответствии с частью 8 статьи 5 настоящего Федерального закона (без учета средств, поступивших в доход федерального бюджета от уплаты налогов, сборов и иных обязательных платежей), и направляются на проведение мероприятий, связанных с реформированием Вооруженных Сил Российской Федерации, других войск, воинских формирований, правоохранительных и иных органов, в том числе на модернизацию и совершенствование их материально-технической базы, а также на цели жилищного обеспечения военнослужащих и приравненных к ним лиц, на социальную защиту военнослужащих и приравненных к ним лиц, членов их семей, а также лиц, уволенных с военной и приравненной к ней службы."; 5) в статье 10: а) в части 1: пункт 3 дополнить словами ", с учетом данных Федерального регистра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включающего сведения о гражданах, перечисленных в статье 61 Федерального закона от 17 июля 1999 года № 178-ФЗ "О государственной социальной помощи", и виде заболевания,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в установленном им порядке"; дополнить пунктом 12 следующего содержания: "12) на финансовое обеспечение проведения дополнительной диспансеризации работающих граждан федеральными учреждениями здравоохранения, находящимися в ведении Федерального медико-биологического агентства."; б) дополнить частью 5 следующего содержания: "5. Субсидии бюджетам субъектов Российской Федерации на осуществление организационных мероприятий по обеспечению граждан лекарственными средствами, предназначенными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предоставляются в порядке и в соответствии с распределением между субъектами Российской Федерации, устанавливаемыми Правительством Российской Федерации."; 6) в статье 11: а) в части 1 слова "271 250,0 рублей" заменить словами "276 250,0 рублей"; б) дополнить частью 21 следующего содержания: "21. Установить размер индексации государственных пособий гражданам, имеющим детей, предусмотренных статьей 42 Федерального закона от 19 мая 1995 года № 81-ФЗ "О государственных пособиях гражданам, имеющим детей", с 1 января 2008 года - 1,085, с 1 июля 2008 года - 1,0185."; в) в части 31 слова "Федеральным агентством по здравоохранению и социальному развитию" заменить словами "Министерством здравоохранения и социального развития Российской Федерации", слова "Федеральному агентству по здравоохранению и социальному развитию" заменить словами "Министерству здравоохранения и социального развития Российской Федерации"; г) дополнить частью 32 следующего содержания: "32. Министерство здравоохранения и социального развития Российской Федерации вправе в 2008 году направлять бюджетные ассигнования, предусмотренные на обеспечение инвалидов транспортными средствами по разделу "Социальная политика" классификации расходов бюджетов, на финансовое обеспечение выполнения подпункта "б" пункта 1 Указа Президента Российской Федерации от 6 мая 2008 года № 685 "О некоторых мерах социальной поддержки инвалидов"."; 7) в статье 13: а) в части 1: пункт 3 изложить в следующей редакции: "3) открытого акционерного общества "Российский сельскохозяйственный банк" в 2008 году в сумме 33 495 399,0 тыс. рублей в целях кредитования сельскохозяйственных организаций, крестьянских (фермерских) хозяйств, граждан, ведущих личное подсобное хозяйство, сельскохозяйственных потребительских кооперативов, проведения закупочных интервенций и формирования системы земельно-ипотечного кредитования;"; дополнить пунктом 111 следующего содержания: "111) открытого акционерного общества "Российские железные дороги" в 2008 году в сумме 1 500 000,0 тыс. рублей в целях создания объектов транспортной инфраструктуры в рамках подготовки к XXII Олимпийским зимним играм и XI Паралимпийским зимним играм 2014 года в городе Сочи;"; в пункте 12: в абзаце третьем слова "в 2008 году в сумме 450 000,0 тыс. рублей," исключить; в абзаце четвертом слова "в 2008 году в сумме 65 000,0 тыс. рублей," исключить; абзац девятый признать утратившим силу; в абзаце четырнадцатом слова "в сумме 200 000,0 тыс. рублей" заменить словами "в сумме 78 000,0 тыс. рублей"; дополнить абзацами следующего содержания: "открытого акционерного общества "Владыкинский механический завод" (город Москва) в 2008 году в сумме 50 000,0 тыс. рублей; открытого акционерного общества "Информационные телекоммуникационные технологии" (город Санкт-Петербург) в 2008 году в сумме 60 000,0 тыс. рублей; открытого акционерного общества "Российский институт радионавигации и времени" (город Санкт-Петербург) в 2008 году в сумме 24 000,0 тыс. рублей; открытого акционерного общества "Завод "Навигатор" (город Санкт-Петербург) в 2008 году в сумме 65 000,0 тыс. рублей; открытого акционерного общества "Московское конструкторское бюро "Компас" (город Москва) в 2008 году в сумме 51 000,0 тыс. рублей; отрытого акционерного общества "Информационные спутниковые системы" имени академика М.Ф.Решетнёва" (город Железногорск, Красноярский край) в 2008 году в сумме 73 503,0 тыс. рублей."; б) дополнить частью 3 следующего содержания: "3. Правительство Российской Федерации направляет бюджетные ассигнования в уставный капитал совместного российско-индийского предприятия "Тайтениум Продактс Прайвит Лимитед", Республика Индия, в общей сумме, эквивалентной до 126,0 млн. долларов США, в том числе в 2008 году - в сумме, эквивалентной до 63,0 млн. долларов США, в 2009 году - в сумме, эквивалентной до 31,5 млн. долларов США, в 2010 году - в сумме, эквивалентной до 31,5 млн. долларов США."; 8) статью 14: а) дополнить частями 21, 22 и 23 следующего содержания: "21. Распределение межбюджетных трансфертов бюджетам субъектов Российской Федерации на обеспечение жильем нуждающихся в улучшении жилищных условий и вставших на учет до 1 марта 2005 года ветеранов Великой Отечественной войны, членов семей погибших (умерших) инвалидов и участников Великой Отечественной войны, имеющих право на соответствующую социальную поддержку согласно Федеральному закону от 12 января 1995 года № 5-ФЗ "О ветеранах", в сумме 8 900 000,0 тыс. рублей утверждается Правительством Российской Федерации.</w:t>
      </w:r>
    </w:p>
    <w:p>
      <w:r>
        <w:rPr>
          <w:b/>
        </w:rPr>
        <w:t xml:space="preserve">22. </w:t>
      </w:r>
      <w:r>
        <w:t>Ассигнования федерального бюджета, предусмотренные Министерству здравоохранения и социального развития Российской Федерации по подразделу "Иные межбюджетные трансферты" раздела "Межбюджетные трансферты" классификации расходов бюджетов на реализацию отдельных полномочий в области лекарственного обеспечения, предоставляются субъектам Российской Федерации в соответствии с распределением между субъектами Российской Федерации, устанавливаемым Правительством Российской Федерации</w:t>
      </w:r>
    </w:p>
    <w:p>
      <w:r>
        <w:rPr>
          <w:b/>
        </w:rPr>
        <w:t xml:space="preserve">23. </w:t>
      </w:r>
      <w:r>
        <w:t>Министерство здравоохранения и социального развития Российской Федерации вправе в 2008 году направлять бюджетные ассигнования, предусмотренные на компенсацию дополнительных расходов, возникших в результате решений, принятых органами власти другого уровня, по разделу "Межбюджетные трансферты" классификации расходов бюджетов, на финансовое обеспечение выполнения подпункта "б" пункта 1 Указа Президента Российской Федерации от 6 мая 2008 года № 685 "О некоторых мерах социальной поддержки инвалидов"."; б) дополнить частью 8 следующего содержания: "8. Установить, что безвозмездные поступления, поступившие в федеральный бюджет на софинансирование строительства Республиканской больницы с консультативной поликлиникой (город Грозный) в сумме до 1 000 000,0 тыс. рублей, используются для финансового обеспечения предоставления субсидии бюджету Чеченской Республики на указанные цели сверх предусмотренного настоящим Федеральным законом общего объема расходов федерального бюджета и межбюджетных трансфертов бюджету Чеченской Республики.";</w:t>
      </w:r>
    </w:p>
    <w:p>
      <w:r>
        <w:rPr>
          <w:b/>
        </w:rPr>
        <w:t xml:space="preserve">8. </w:t>
      </w:r>
      <w:r>
        <w:t>Установить, что средства в валюте Российской Федерации, поступившие в соответствии со статьей 1311 Федерального закона от 19 декабря 2006 года № 238-ФЗ "О федеральном бюджете на 2007 год" по состоянию на 1 марта 2008 года на лицевой счет по учету средств, полученных от приносящей доход деятельности, открытый в установленном порядке в территориальном органе Федерального казначейства Федеральному агентству по атомной энергии, направляются в соответствии со статьями 4 и 5 Федерального закона от 10 июля 2001 года № 92-ФЗ "О специальных экологических программах реабилитации радиационно загрязненных участков территории" в размере 75 процентов на финансовое обеспечение специальных экологических программ, в размере 25 процентов в бюджет Челябинской области для финансового обеспечения специальных экологических программ Челябинской области</w:t>
      </w:r>
    </w:p>
    <w:p>
      <w:r>
        <w:rPr>
          <w:b/>
        </w:rPr>
        <w:t xml:space="preserve">9. </w:t>
      </w:r>
      <w:r>
        <w:t>Установить, что уменьшение бюджетных ассигнований, предусмотренных на 2008 год Министерству внутренних дел Российской Федерации на исполнение судебных актов, предусматривающих обращение взыскания на средства федерального бюджета по выплатам сотрудникам органов внутренних дел Российской Федерации за участие в ликвидации последствий осетино-ингушского конфликта и контртеррористических операциях на территории Северо-Кавказского региона Российской Федерации, в сумме 10 700 000,0 тыс. рублей, для увеличения иных бюджетных ассигнований без внесения изменений в настоящий Федеральный закон не допускается</w:t>
      </w:r>
    </w:p>
    <w:p>
      <w:r>
        <w:rPr>
          <w:b/>
        </w:rPr>
        <w:t xml:space="preserve">10. </w:t>
      </w:r>
      <w:r>
        <w:t>Установить, что бюджетные ассигнования в 2008 году на создание и обеспечение функционирования центра по изготовлению бланков паспортно-визовых документов нового поколения и центра по персонализации паспортно-визовых документов нового поколения, предусмотренные по подразделу "Другие общегосударственные вопросы" раздела "Общегосударственные вопросы" классификации расходов бюджетов, направляются федеральному государственному унитарному предприятию "Гознак" в виде субсидий на указанные цели</w:t>
      </w:r>
    </w:p>
    <w:p>
      <w:r>
        <w:rPr>
          <w:b/>
        </w:rPr>
        <w:t xml:space="preserve">11. </w:t>
      </w:r>
      <w:r>
        <w:t>Правительство Российской Федерации вправе в 2008 году в пределах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формирование имущественного взноса Российской Федерации в Государственную корпорацию по строительству олимпийских объектов и развитию города Сочи как горноклиматического курорта, направить в качестве имущественного взноса Российской Федерации в федеральный фонд содействия развитию жилищного строительства средства в сумме до 300,0 млн. рублей.";</w:t>
      </w:r>
    </w:p>
    <w:p>
      <w:r>
        <w:rPr>
          <w:b/>
        </w:rPr>
        <w:t xml:space="preserve">23. </w:t>
      </w:r>
      <w:r>
        <w:t>в части 4 статьи 16 слова "в сумме до 2 779 070,0 тыс. рублей" заменить словами "в сумме до 1 665 830,0 тыс. рублей"</w:t>
      </w:r>
    </w:p>
    <w:p>
      <w:r>
        <w:rPr>
          <w:b/>
        </w:rPr>
        <w:t xml:space="preserve">23. </w:t>
      </w:r>
      <w:r>
        <w:t>в части 1 статьи 20 слова "в сумме 137 761 040,1 тыс. рублей" заменить словами "в сумме 116 861 925,1 тыс. рублей", слова "в сумме 190 139 796,4 тыс. рублей" заменить словами "в сумме 163 040 885,0 тыс. рублей", слова "в сумме 232 472 021,4 тыс. рублей" заменить словами "в сумме 192 673 110,0 тыс. рублей"</w:t>
      </w:r>
    </w:p>
    <w:p>
      <w:r>
        <w:rPr>
          <w:b/>
        </w:rPr>
        <w:t xml:space="preserve">23. </w:t>
      </w:r>
      <w:r>
        <w:t>часть 3 статьи 21 дополнить словами ", а также заключение в установленном им порядке договоров об отступном с владельцами облигаций внутреннего государственного валютного облигационного займа III серии со сроком погашения 14 мая 1999 года, не осуществившими новацию в сроки, установленные Правительством Российской Федерации"</w:t>
      </w:r>
    </w:p>
    <w:p>
      <w:r>
        <w:rPr>
          <w:b/>
        </w:rPr>
        <w:t xml:space="preserve">23. </w:t>
      </w:r>
      <w:r>
        <w:t>в части 1 статьи 22 слова "в сумме 3,5 млрд. долларов США, или 2,6 млрд. евро" заменить словами "в сумме 1,8 млрд. долларов США, или 1,2 млрд. евро", слова "в сумме 6,8 млрд. долларов США, или 5,0 млрд. евро" заменить словами "в сумме 4,3 млрд. долларов США, или 2,9 млрд. евро", слова "в сумме 10,4 млрд. долларов США, или 7,6 млрд. евро" заменить словами "в сумме 6,6 млрд. долларов США, или 4,6 млрд. евро"</w:t>
      </w:r>
    </w:p>
    <w:p>
      <w:r>
        <w:rPr>
          <w:b/>
        </w:rPr>
        <w:t xml:space="preserve">23. </w:t>
      </w:r>
      <w:r>
        <w:t>статью 25 дополнить частью 5 следующего содержания: "5. Установить, что в 2008 году остатки средств федерального бюджета, направляемых на покрытие временных кассовых разрывов, возникающих в ходе исполнения федерального бюджета, могут быть использованы для сокращения заимствований, предусмотренных настоящим Федеральным законом, в объеме до 100 000 000,0 тыс. рублей."</w:t>
      </w:r>
    </w:p>
    <w:p>
      <w:r>
        <w:rPr>
          <w:b/>
        </w:rPr>
        <w:t xml:space="preserve">23. </w:t>
      </w:r>
      <w:r>
        <w:t>в статье 29:</w:t>
      </w:r>
    </w:p>
    <w:p>
      <w:r>
        <w:rPr>
          <w:b/>
        </w:rPr>
        <w:t xml:space="preserve">23. </w:t>
      </w:r>
      <w:r>
        <w:t>размещение средств федерального бюджета на банковских депозитах в порядке, установленном Правительством Российской Федерации</w:t>
      </w:r>
    </w:p>
    <w:p>
      <w:r>
        <w:rPr>
          <w:b/>
        </w:rPr>
        <w:t xml:space="preserve">23. </w:t>
      </w:r>
      <w:r>
        <w:t>решение Правительства Российской Федерации о перераспределении бюджетных ассигнований, предусмотренных на предоставление субсидий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 на иные цели, связанные со строительством олимпийских объектов и развитием города Сочи</w:t>
      </w:r>
    </w:p>
    <w:p>
      <w:r>
        <w:rPr>
          <w:b/>
        </w:rPr>
        <w:t xml:space="preserve">23. </w:t>
      </w:r>
      <w:r>
        <w:t>предоставление субсидий бюджету Чеченской Республики в соответствии с частью 8 статьи 14 настоящего Федерального закона</w:t>
      </w:r>
    </w:p>
    <w:p>
      <w:r>
        <w:rPr>
          <w:b/>
        </w:rPr>
        <w:t xml:space="preserve">23. </w:t>
      </w:r>
      <w:r>
        <w:t>направление бюджетных ассигнований в качестве имущественного взноса Российской Федерации в федеральный фонд содействия развитию жилищного строительства в соответствии с частью 11 настоящей статьи.";</w:t>
      </w:r>
    </w:p>
    <w:p>
      <w:r>
        <w:rPr>
          <w:b/>
        </w:rPr>
        <w:t xml:space="preserve">23. </w:t>
      </w:r>
      <w:r>
        <w:t>часть 2 дополнить пунктом 14 следующего содержания: "14) распределение средств на предоставление субсидий федеральному государственному унитарному предприятию "Атомфлот" на содержание объектов, связанных с использованием атомной энергии,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 xml:space="preserve">23. </w:t>
      </w:r>
      <w:r>
        <w:t>в части 3: пункт 10 дополнить словами ", Президентской программы "Уничтожение запасов химического оружия в Российской Федерации"; пункт 15 дополнить словами "и завершения мероприятий, связанных с прекращением деятельности автономной некоммерческой организации "Заявочный комитет "Сочи-2014"; пункт 17 после слов "при дорожно-транспортных происшествиях," дополнить словами "между подразделами "Стационарная медицинская помощь" и "Скорая медицинская помощь" раздела "Здравоохранение, физическая культура и спорт" классификации расходов бюджетов, а также"; дополнить пунктами 32 - 36 следующего содержания: "32) перераспределение бюджетных ассигнований, предусмотренных Министерству здравоохранения и социального развития Российской Федерации на обеспечение инвалидов транспортными средствами по разделу "Социальная политика" и на компенсацию дополнительных расходов, возникших в результате решений, принятых органами власти другого уровня, по разделу "Межбюджетные трансферты" классификации расходов бюджетов</w:t>
      </w:r>
    </w:p>
    <w:p>
      <w:r>
        <w:rPr>
          <w:b/>
        </w:rPr>
        <w:t xml:space="preserve">23. </w:t>
      </w:r>
      <w:r>
        <w:t>дополнить частями 7 - 11 следующего содержания: "7. Установить, что остатки ассигнований федерального бюджета, выделенных в 2006 и 2007 годах по подразделу "Международные отношения и международное сотрудничество" раздела "Общегосударственные вопросы" функциональной классификации расходов бюджетов Российской Федерации на обеспечение деятельности российских организаций на архипелаге Шпицберген, используются государственным унитарным предприятием "Государственный трест "Арктикуголь" в 2008 году на те же цели</w:t>
      </w:r>
    </w:p>
    <w:p>
      <w:r>
        <w:rPr>
          <w:b/>
        </w:rPr>
        <w:t xml:space="preserve">11. </w:t>
      </w:r>
      <w:r>
        <w:t>в приложении 6:</w:t>
      </w:r>
    </w:p>
    <w:p>
      <w:r>
        <w:rPr>
          <w:b/>
        </w:rPr>
        <w:t xml:space="preserve">11. </w:t>
      </w:r>
      <w:r>
        <w:t>в приложении 12:</w:t>
      </w:r>
    </w:p>
    <w:p>
      <w:r>
        <w:rPr>
          <w:b/>
        </w:rPr>
        <w:t xml:space="preserve">11. </w:t>
      </w:r>
      <w:r>
        <w:t>дополнить приложением 162 следующего содержания: "Приложение 162к Федеральному закону"О федеральном бюджете на 2008 год и на плановый период 2009 и 2010 годов" Изменение распределения бюджетных ассигнований по разделам, подразделам классификации расходов бюджетов на осуществление бюджетных инвестиций в объекты капитального строительства государственной собственности Российской Федерации, включаемые в федеральную адресную инвестиционную программу, и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или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 на 2008 год, предусмотренного приложением 16 к Федеральному закону "О федеральном бюджете на 2008 год и на плановый период 2009 и 2010 годов" (тыс. рублей) Наименование В С Е Г О ОБЩЕГОСУДАРСТВЕННЫЕ ВОПРОСЫ Обеспечение деятельности финансовых, налоговых и таможенных органов и органов финансового (финансово-бюджетного) надзора Другие общегосударственные вопросы НАЦИОНАЛЬНАЯ ЭКОНОМИКА Сельское хозяйство и рыболовство Водные ресурсы Транспорт Дорожное хозяйство Другие вопросы в области национальной экономики ЖИЛИЩНО-КОММУНАЛЬНОЕ ХОЗЯЙСТВО Жилищное хозяйство ОБРАЗОВАНИЕ Среднее профессиональное образование Высшее и послевузовское профессиональное образование КУЛЬТУРА, КИНЕМАТОГРАФИЯ, СРЕДСТВА МАССОВОЙ ИНФОРМАЦИИ Культура Телевидение и радиовещание ЗДРАВООХРАНЕНИЕ, ФИЗИЧЕСКАЯ КУЛЬТУРА И СПОРТ Стационарная медицинская помощь Амбулаторная помощь Санаторно-оздоровительная помощь Другие вопросы в области здравоохранения, физической культуры и спорта МЕЖБЮДЖЕТНЫЕ ТРАНСФЕРТЫ Субсидии бюджетам субъектов Российской Федерации и муниципальных образований (межбюджетные субсидии) 23) дополнить приложением 172 (секретно) следующего содержания</w:t>
      </w:r>
    </w:p>
    <w:p>
      <w:r>
        <w:rPr>
          <w:b/>
        </w:rPr>
        <w:t xml:space="preserve">11. </w:t>
      </w:r>
      <w:r>
        <w:t>в приложении 22:</w:t>
      </w:r>
    </w:p>
    <w:p>
      <w:r>
        <w:rPr>
          <w:b/>
        </w:rPr>
        <w:t xml:space="preserve">11. </w:t>
      </w:r>
      <w:r>
        <w:t>в приложении 25:</w:t>
      </w:r>
    </w:p>
    <w:p>
      <w:r>
        <w:rPr>
          <w:b/>
        </w:rPr>
        <w:t xml:space="preserve">11. </w:t>
      </w:r>
      <w:r>
        <w:t>после строки Доходы от управления средствами Резервного фонда дополнить строками следующего содержания: Проценты, уплаченные за пользование денежными средствами, размещенными на счетах в иностранной валюте, открытых в Центральном банке Российской Федерации для учета средств Резервного фонда Доходы от размещения средств Резервного фонда в разрешенные финансовые активы</w:t>
      </w:r>
    </w:p>
    <w:p>
      <w:r>
        <w:rPr>
          <w:b/>
        </w:rPr>
        <w:t xml:space="preserve">11. </w:t>
      </w:r>
      <w:r>
        <w:t>после строки Доходы от управления средствами Фонда национального благосостояния дополнить строками следующего содержания: Проценты, уплаченные за пользование денежными средствами, размещенными на счетах в иностранной валюте, открытых в Центральном банке Российской Федерации для учета средств Фонда национального благосостояния Доходы от размещения средств Фонда национального благосостояния в разрешенные финансовые активы</w:t>
      </w:r>
    </w:p>
    <w:p>
      <w:r>
        <w:rPr>
          <w:b/>
        </w:rPr>
        <w:t xml:space="preserve">11. </w:t>
      </w:r>
      <w:r>
        <w:t>строки Федеральное агентство по атомной энергии Доходы от реализации на экспорт высокообогащенного урана и природного сырьевого компонента низкообогащенного урана Доходы от реализации работы разделения, содержащейся в стоимости низкообогащенного урана, полученного из высокообогащенного урана, извлеченного из ядерного оружия Доходы от операций с продукцией особого хранения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Доходы от реализации продуктов утилизации вооружения, военной техники и боеприпасов (в части реализации основных средств по указанному имуществу) Доходы от реализации продуктов утилизации вооружения, военной техники и боеприпасов (в части реализации материальных запасов по указанному имуществу) 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(2005-2010 годы)" (в части реализации основных средств по указанному имуществу) Доходы от реализации продуктов утилизации вооружения и военной техники в рамках федеральной целевой программы "Промышленная утилизация вооружения и военной техники (2005-2010 годы)" (в части реализации материальных запасов по указанному имуществу) Доходы от реализации специального сырья и делящихся материалов (в части реализации материальных запасов по указанному имуществу) исключить</w:t>
      </w:r>
    </w:p>
    <w:p>
      <w:r>
        <w:rPr>
          <w:b/>
        </w:rPr>
        <w:t xml:space="preserve">11. </w:t>
      </w:r>
      <w:r>
        <w:t>строку Доходы, получаемые в виде арендной платы, а также средства от продажи права на заключение договоров аренды за земли, находящиеся в федеральной собственности (за исключением земельных участков федеральных автономных учреждений, а также земельных участков федеральных государственных унитарных предприятий, в том числе казенных) изложить в следующей редакции: Доходы, получаемые в виде арендной платы, а также средства от продажи права на заключение договоров аренды за земли, находящиеся в федеральной собственности (за исключением земельных участков федеральных автономных учреждений)</w:t>
      </w:r>
    </w:p>
    <w:p>
      <w:r>
        <w:rPr>
          <w:b/>
        </w:rPr>
        <w:t xml:space="preserve">11. </w:t>
      </w:r>
      <w:r>
        <w:t>строку Доходы от продажи земельных участков, находящихся в федеральной собственности (за исключением земельных участков федеральных автономных учреждений, а также земельных участков федеральных государственных унитарных предприятий, в том числе казенных) изложить в следующей редакции: Доходы от продажи земельных участков, находящихся в федеральной собственности (за исключением земельных участков федеральных автономных учреждений)</w:t>
      </w:r>
    </w:p>
    <w:p>
      <w:r>
        <w:rPr>
          <w:b/>
        </w:rPr>
        <w:t xml:space="preserve">11. </w:t>
      </w:r>
      <w:r>
        <w:t>строку Государственный антинаркотический комитет исключить</w:t>
      </w:r>
    </w:p>
    <w:p>
      <w:r>
        <w:rPr>
          <w:b/>
        </w:rPr>
        <w:t xml:space="preserve">11. </w:t>
      </w:r>
      <w:r>
        <w:t>после строки Конституционный Суд Российской Федерации дополнить строкой следующего содержания: Верховный Суд Российской Федерации</w:t>
      </w:r>
    </w:p>
    <w:p>
      <w:r>
        <w:rPr>
          <w:b/>
        </w:rPr>
        <w:t xml:space="preserve">11. </w:t>
      </w:r>
      <w:r>
        <w:t>после строки Платежи, взимаемые федеральными государственными организациями за выполнение определенных функций дополнить строкой следующего содержания: Денежные взыскания (штрафы) за нарушение законодательства о государственном регулировании цен (тарифов), налагаемые органами государственной власти субъектов Российской Федерации 16) в приложении 10:</w:t>
      </w:r>
    </w:p>
    <w:p>
      <w:r>
        <w:rPr>
          <w:b/>
        </w:rPr>
        <w:t xml:space="preserve">11. </w:t>
      </w:r>
      <w:r>
        <w:t>слова Субсидии автономной некоммерческой организации "Редакция журнала "Российская Федерация сегодня", автономной некоммерческой организации "Парламентская газета" и автономной некоммерческой организации "Редакция газеты "Государственная Дума" заменить словами Субсидии автономной некоммерческой организации "Редакция журнала "Российская Федерация сегодня", автономной некоммерческой организации "Парламентская газета"</w:t>
      </w:r>
    </w:p>
    <w:p>
      <w:r>
        <w:rPr>
          <w:b/>
        </w:rPr>
        <w:t xml:space="preserve">11. </w:t>
      </w:r>
      <w:r>
        <w:t>слова Субсидии на проведение закупочных и товарных интервенций продовольственного зерна заменить словами Субсидии на проведение закупочных и товарных интервенций продовольственного зерна, залоговых операций</w:t>
      </w:r>
    </w:p>
    <w:p>
      <w:r>
        <w:rPr>
          <w:b/>
        </w:rPr>
        <w:t xml:space="preserve">11. </w:t>
      </w:r>
      <w:r>
        <w:t>слова Государственное образовательное учреждение высшего профессионального образования "Московский государственный институт стали и сплавов (технологический университет)", общежитие, г. Москва заменить словами Федеральное государственное образовательное учреждение высшего профессионального образования "Государственный технологический университет "Московский институт стали и сплавов", общежитие, г. Москва</w:t>
      </w:r>
    </w:p>
    <w:p>
      <w:r>
        <w:rPr>
          <w:b/>
        </w:rPr>
        <w:t xml:space="preserve">11. </w:t>
      </w:r>
      <w:r>
        <w:t>слова заменить словами</w:t>
      </w:r>
    </w:p>
    <w:p>
      <w:r>
        <w:rPr>
          <w:b/>
        </w:rPr>
        <w:t xml:space="preserve">11. </w:t>
      </w:r>
      <w:r>
        <w:t>слова заменить словами</w:t>
      </w:r>
    </w:p>
    <w:p>
      <w:r>
        <w:rPr>
          <w:b/>
        </w:rPr>
        <w:t xml:space="preserve">11. </w:t>
      </w:r>
      <w:r>
        <w:t>слова Государственное образовательное учреждение дополнительного профессионального образования "Санкт-Петербургская государственная академия последипломного образования Федерального агентства по здравоохранению и социальному развитию", завершение строительства общежития по проспекту Просвещения, 45, г. Санкт-Петербург заменить словами Государственное образовательное учреждение дополнительного профессионального образования "Санкт-Петербургская медицинская академия последипломного образования Федерального агентства по здравоохранению и социальному развитию", завершение строительства общежития по проспекту Просвещения, 45, г. Санкт-Петербург</w:t>
      </w:r>
    </w:p>
    <w:p>
      <w:r>
        <w:rPr>
          <w:b/>
        </w:rPr>
        <w:t xml:space="preserve">11. </w:t>
      </w:r>
      <w:r>
        <w:t>слова заменить словами</w:t>
      </w:r>
    </w:p>
    <w:p>
      <w:r>
        <w:rPr>
          <w:b/>
        </w:rPr>
        <w:t xml:space="preserve">11. </w:t>
      </w:r>
      <w:r>
        <w:t>слова Государственное образовательное учреждение высшего профессионального образования "Нижегородский государственный технический университет", г. Нижний Новгород, строительство комплекса общежитий с блоком обслуживания по Казанскому шоссе в Нижегородском районе г. Нижний Новгород (2-я очередь) заменить словами Государственное образовательное учреждение высшего профессионального образования "Нижегородский государственный технический университет им. Р.Е.Алексеева", комплекс общежитий с блоком обслуживания по Казанскому шоссе в Нижегородском районе г. Нижний Новгород (2-я очередь строительства)</w:t>
      </w:r>
    </w:p>
    <w:p>
      <w:r>
        <w:rPr>
          <w:b/>
        </w:rPr>
        <w:t xml:space="preserve">11. </w:t>
      </w:r>
      <w:r>
        <w:t>слова Субсидии открытому акционерному обществу "Первый канал", открытому акционерному обществу "Телекомпания НТВ" и открытому акционерному обществу "Телерадиокомпания "Петербург" на оплату услуг связи, предоставляемых федеральным государственным унитарным предприятием "Российская телевизионная и радиовещательная сеть" на основе договоров, заключенных на распространение и трансляцию программ в населенных пунктах с численностью населения менее 200 тысяч человек заменить словами Субсидии открытому акционерному обществу "Первый канал", открытому акционерному обществу "Телекомпания НТВ" и открытому акционерному обществу "Телерадиокомпания "Петербург"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200 тысяч человек</w:t>
      </w:r>
    </w:p>
    <w:p>
      <w:r>
        <w:rPr>
          <w:b/>
        </w:rPr>
        <w:t xml:space="preserve">11. </w:t>
      </w:r>
      <w:r>
        <w:t>слова заменить словами</w:t>
      </w:r>
    </w:p>
    <w:p>
      <w:r>
        <w:rPr>
          <w:b/>
        </w:rPr>
        <w:t xml:space="preserve">11. </w:t>
      </w:r>
      <w:r>
        <w:t>слова заменить словами</w:t>
      </w:r>
    </w:p>
    <w:p>
      <w:r>
        <w:rPr>
          <w:b/>
        </w:rPr>
        <w:t xml:space="preserve">11. </w:t>
      </w:r>
      <w:r>
        <w:t>слова Субсидии на возмещение части затрат на уплату процентов организациям, осуществляющим промышленное рыбоводство, независимо от их организационно-правовых форм по инвестиционным кредитам, полученным в российских кредитных организациях в 2007-2010 годах на приобретение племенного материала рыб, техники и оборудования для промышленного рыбоводства на срок до 5 лет, на строительство, реконструкцию и модернизацию комплексов (ферм) по осуществлению промышленного рыбоводства на срок до 8 лет заменить словами Субсидии на возмещение части затрат на уплату процентов организациям, осуществляющим промышленное рыбоводство, независимо от их организационно-правовых форм по инвестиционным кредитам, полученным в российских кредитных организациях в 2007-2010 годах на приобретение племенного материала рыб, техники и оборудования для промышленного рыбоводства на срок до пяти лет, на строительство, реконструкцию и модернизацию комплексов (ферм) по осуществлению промышленного рыбоводства на срок до восьми лет</w:t>
      </w:r>
    </w:p>
    <w:p>
      <w:r>
        <w:rPr>
          <w:b/>
        </w:rPr>
        <w:t xml:space="preserve">11. </w:t>
      </w:r>
      <w:r>
        <w:t>слова Малое предпринимательство заменить словами Малое и среднее предпринимательство</w:t>
      </w:r>
    </w:p>
    <w:p>
      <w:r>
        <w:rPr>
          <w:b/>
        </w:rPr>
        <w:t xml:space="preserve">11. </w:t>
      </w:r>
      <w:r>
        <w:t>слова заменить словами</w:t>
      </w:r>
    </w:p>
    <w:p>
      <w:r>
        <w:rPr>
          <w:b/>
        </w:rPr>
        <w:t xml:space="preserve">11. </w:t>
      </w:r>
      <w:r>
        <w:t>слова заменить словами</w:t>
      </w:r>
    </w:p>
    <w:p>
      <w:r>
        <w:rPr>
          <w:b/>
        </w:rPr>
        <w:t xml:space="preserve">11. </w:t>
      </w:r>
      <w:r>
        <w:t>слова Субсидии на государственную поддержку малого предпринимательства, включая крестьянские (фермерские) хозяйства заменить словами Субсидии на государственную поддержку малого и среднего предпринимательства, включая крестьянские (фермерские) хозяйства</w:t>
      </w:r>
    </w:p>
    <w:p>
      <w:r>
        <w:rPr>
          <w:b/>
        </w:rPr>
        <w:t xml:space="preserve">11. </w:t>
      </w:r>
      <w:r>
        <w:t>слова заменить словами 21) дополнить приложением 141 (секретно) следующего содержания</w:t>
      </w:r>
    </w:p>
    <w:p>
      <w:r>
        <w:rPr>
          <w:b/>
        </w:rPr>
        <w:t xml:space="preserve">11. </w:t>
      </w:r>
      <w:r>
        <w:t>слова Комплектование книжных фондов библиотек муниципальных образований заменить словами Комплектование книжных фондов библиотек муниципальных образований и государственных библиотек городов Москвы и Санкт-Петербурга л) слова Проведение диспансеризации находящихся в стационарных учреждениях детей-сирот и детей, оставшихся без попечения родителей заменить словами Проведение диспансеризации пребывающих в стационарных учреждениях детей-сирот и детей, находящихся в трудной жизненной ситуации 17) в приложении 101:</w:t>
      </w:r>
    </w:p>
    <w:p>
      <w:r>
        <w:rPr>
          <w:b/>
        </w:rPr>
        <w:t xml:space="preserve">11. </w:t>
      </w:r>
      <w:r>
        <w:t>слова Обеспечение создания государственной системы изготовления, оформления и контроля паспортно-визовых документов нового поколения заменить словами Обеспечение создания, эксплуатации государственной системы изготовления, оформления и контроля паспортно-визовых документов нового поколения</w:t>
      </w:r>
    </w:p>
    <w:p>
      <w:r>
        <w:rPr>
          <w:b/>
        </w:rPr>
        <w:t xml:space="preserve">11. </w:t>
      </w:r>
      <w:r>
        <w:t>после строки Государственная программа по оказанию содействия добровольному переселению в Российскую Федерацию соотечественников, проживающих за рубежом дополнить строкой следующего содержания: Переселение в Российскую Федерацию соотечественников, проживающих за рубежом</w:t>
      </w:r>
    </w:p>
    <w:p>
      <w:r>
        <w:rPr>
          <w:b/>
        </w:rPr>
        <w:t xml:space="preserve">11. </w:t>
      </w:r>
      <w:r>
        <w:t>слова Выполнение функций государственными органами заменить словами Выполнение функций государственными органами</w:t>
      </w:r>
    </w:p>
    <w:p>
      <w:r>
        <w:rPr>
          <w:b/>
        </w:rPr>
        <w:t xml:space="preserve">11. </w:t>
      </w:r>
      <w:r>
        <w:t>слова Субсидии на проведение закупочных и товарных интервенций продовольственного зерна заменить словами Субсидии на проведение закупочных и товарных интервенций продовольственного зерна, залоговых операций</w:t>
      </w:r>
    </w:p>
    <w:p>
      <w:r>
        <w:rPr>
          <w:b/>
        </w:rPr>
        <w:t xml:space="preserve">11. </w:t>
      </w:r>
      <w:r>
        <w:t>слова Субсидии открытому акционерному обществу "Первый канал", открытому акционерному обществу "Телекомпания НТВ" и открытому акционерному обществу "Телерадиокомпания "Петербург" на оплату услуг связи, предоставляемых федеральным государственным унитарным предприятием "Российская телевизионная и радиовещательная сеть" на основе договоров, заключенных на распространение и трансляцию программ в населенных пунктах с численностью населения менее 200 тысяч человек заменить словами Субсидии открытому акционерному обществу "Первый канал", открытому акционерному обществу "Телекомпания НТВ" и открытому акционерному обществу "Телерадиокомпания "Петербург"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200 тысяч человек</w:t>
      </w:r>
    </w:p>
    <w:p>
      <w:r>
        <w:rPr>
          <w:b/>
        </w:rPr>
        <w:t xml:space="preserve">11. </w:t>
      </w:r>
      <w:r>
        <w:t>слова Осуществление полномочий Российской Федерации по контролю, надзору и выдаче лицензий в области охраны здоровья граждан заменить словами Осуществление передаваемых полномочий Российской Федерации в области охраны здоровья граждан</w:t>
      </w:r>
    </w:p>
    <w:p>
      <w:r>
        <w:rPr>
          <w:b/>
        </w:rPr>
        <w:t xml:space="preserve">11. </w:t>
      </w:r>
      <w:r>
        <w:t>слова Проведение диспансеризации находящихся в стационарных учреждениях детей-сирот и детей, оставшихся без попечения родителей заменить словами Проведение диспансеризации пребывающих в стационарных учреждениях детей-сирот и детей, находящихся в трудной жизненной ситуации 18) дополнить приложением 102 следующего содержания: "Приложение 102к Федеральному закону"О федеральном бюджете на 2008 год и на плановый период 2009 и 2010 годов" Изменение распределения бюджетных ассигнований на 2008 год по разделам и подразделам, целевым статьям и видам расходов классификации расходов бюджета, предусмотренного приложением 10 к Федеральному закону "О федеральном бюджете на 2008 год и на плановый период 2009 и 2010 годов" (тыс. рублей) Наименование В С Е Г О ОБЩЕГОСУДАРСТВЕННЫЕ ВОПРОСЫ Функционирование Президента Российской Федерации Руководство и управление в сфере установленных функций Администрация Президента Российской Федерации Выполнение функций государственными органами Управление делами Президента Российской Федерации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Функционирование законодательных (представительных) органов государственной власти и представительных органов муниципальных образований Руководство и управление в сфере установленных функций Центральный аппарат Выполнение функций государственными органами Выплаты независимым экспертам Выполнение функций государственными органами Депутаты Государственной Думы и их помощники Выполнение функций государственными органами Члены Совета Федерации и их помощники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Руководство и управление в сфере установленных функций Центральный аппарат Выполнение функций государственными органами Реализация государственных функций, связанных с общегосударственным управлением Обеспечение деятельности подведомственных учреждений Выполнение функций бюджетными учреждениями Судебная система Руководство и управление в сфере установленных функций Обеспечение деятельности аппаратов судов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Реализация мероприятий, связанных с процедурами банкротства Выполнение функций государственными органами Зарубежный аппарат Выполнение функций государственными органами Военный персонал Выполнение функций государственными органами Функционирование органов в сфере национальной безопасности и правоохранительной деятельности Выполнение функций государственными органами Пособия и компенсации военнослужащим, приравненным к ним лицам, а также уволенным из их числа Социальные выплаты Уплата налога на имущество организаций и земельного налога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Субсидии на возмещение расходов по содержанию специальных объектов Субсидии юридическим лицам Специальные объекты Выполнение функций государственными органами Федеральные целевые программы Федеральная целевая программа "Государственная граница Российской Федерации (2003-2010 годы)"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Боевая подготовка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Уплата налога на имущество организаций и земельного налога Функционирование органов в сфере национальной безопасности, правоохранительной деятельности и обороны Воинские формирования (органы, подразделения) Выплаты независимым экспертам Функционирование органов в сфере национальной безопасности, правоохранительной деятельности и обороны Военный персонал Выполнение функций бюджетными учреждениями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Обеспечение деятельности подведомственных учреждений Выполнение функций бюджетными учреждениями Реализация других функций, связанных с обеспечением национальной безопасности и правоохранительной деятельности Специальные объекты Функционирование органов в сфере национальной безопасности, правоохранительной деятельности и обороны Международные отношения и международное сотрудничество Международное сотрудничество Международные культурные, научные и информационные связи Выполнение функций государственными органами Выполнение других обязательств государства Прочие расходы Обеспечение реализации соглашений с правительствами иностранных государств и организациями Выполнение международных обязательств Взносы в международные организации Выполнение международных обязательств Реализация государственных функций, связанных с общегосударственным управлением Выполнение других обязательств государства Государственные гарантии Российской Федерации Прочие расходы Взнос Российской Федерации в уставные капиталы Взнос в уставный капитал совместного российско-индийского предприятия "Тайтениум Продактс Прайвит Лимитед", Республика Индия Государственный материальный резерв Обеспечение государственного материального резерва Обеспечение деятельности подведомственных учреждений Выполнение функций бюджетными учреждениями Фундаментальные исследования Международное сотрудничество Обеспечение реализации соглашений с правительствами иностранных государств и организациями Выполнение международных обязательств Поддержка государственных академий наук и их региональных отделений Центральный аппарат Выполнение функций бюджетными учреждениями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Прочие расходы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Обслуживание государственного и муниципального долга Процентные платежи по долговым обязательствам Процентные платежи по государственному долгу Российской Федерации Прочие расходы Резервные фонды Резервные фонды Резервный фонд Президента Российской Федерации Прочие расходы Резервный фонд Правительства Российской Федерации по предупреждению и ликвидации чрезвычайных ситуаций и последствий стихийных бедствий Прочие расходы Прикладные научные исследования в области общегосударственных вопросов Разработка приоритетных направлений науки, технологий и техники Субсидии на поддержку научных мероприятий Субсидии юридическим лицам Прикладные научные исследования и разработки Выполнение научно-исследовательских и опытно-конструкторских работ по государственным контрактам Выполнение функций государственными органами Обеспечение деятельности подведомственных учреждений Выполнение функций бюджетными учреждениями Федеральные целевые программы Федеральная целевая программа "Реструктуризация запасов ракет, боеприпасов и взрывчатых материалов, приведение системы их хранения и эксплуатации во взрывопожаробезопасное состояние на 2005-2010 годы" Научно-исследовательские и опытно-конструкторские работы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Выплаты независимым экспертам Выполнение функций государственными органами Проведение статистических обследований и переписей Выполнение функций государственными органами Обеспечение деятельности Общественной палаты Российской Федерации Выполнение функций бюджетными учреждениями Управление находящимися в государственной и муниципальной собственности акциями открытых акционерных обществ Выполнение функций государственными органами Обеспечение деятельности подведомственных учреждений Выполнение функций бюджетными учреждениями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Инвестиционный фонд Инвестиционный фонд Бюджетные инвестиции Реализация государственной политики в области приватизации и управления государственной и муниципальной собственностью Оценка недвижимости, признание прав и регулирование отношений по государственной и муниципальной собственности Выполнение функций государственными органами Общее руководство и управление общими службами и услугами Управления делами Президента Российской Федерации Транспортное обеспечение федеральных органов власти Центральные транспортные комбинаты Выполнение функций бюджетными учреждениями Эксплуатация зданий Выполнение функций бюджетными учреждениями Уплата налога на имущество организаций и земельного налога Выполнение функций бюджетными учреждениями Реализация государственных функций, связанных с общегосударственным управлением Выполнение других обязательств государства Государственные гарантии Российской Федерации Прочие расходы Прочие выплаты по обязательствам государства Прочие расходы Учреждения по обеспечению хозяйственного обслуживания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Субсидии государственным корпорациям Субсидии Государственной корпорации по строительству олимпийских объектов и развитию города Сочи как горноклиматического курорта Имущественный взнос в Государственную корпорацию по строительству олимпийских объектов и развитию города Сочи как горноклиматического курорта Субсидии некоммерческим организациям Федеральные целевые программы Федеральная целевая программа "Реструктуризация запасов ракет, боеприпасов и взрывчатых материалов, приведение системы их хранения и эксплуатации во взрывопожаробезопасное состояние на 2005-2010 годы" Мероприятия по обеспечению взрывопожаробезопасного состояния систем хранения и эксплуатации специальных объектов (особых базисных складов) хранения взрывчатых материалов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Обеспечение деятельности особо ценных объектов (учреждений) культурного наследия народов Российской Федерации Выполнение функций бюджетными учреждениями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Обеспечение создания, эксплуатации государственной системы изготовления, оформления и контроля паспортно-визовых документов нового поколения Эксплуатация государственной системы изготовления, оформления и контроля паспортно-визовых документов нового поколения Субсидии юридическим лицам Выполнение функций государственными органами НАЦИОНАЛЬНАЯ ОБОРОНА Вооруженные Cилы Российской Федерации Боевая подготовка Оплата и хранение специального топлива и горюче-смазочных материалов Оплата и хранение специального топлива и горюче-смазочных материалов в рамках государственного оборонного заказа Функционирование органов в сфере национальной безопасности, правоохранительной деятельности и обороны Обеспечение функционирования Вооруженных Сил Российской Федерации Функционирование органов в сфере национальной безопасности, правоохранительной деятельности и обороны Материально-техническое обеспечение Оплата и хранение специального топлива и горюче-смазочных материалов Оплата и хранение специального топлива и горюче-смазочных материалов в рамках государственного оборонного заказа Функционирование органов в сфере национальной безопасности, правоохранительной деятельности и обороны Обеспечение функционирования Вооруженных Сил Российской Федерации Функционирование органов в сфере национальной безопасности, правоохранительной деятельности и обороны Воинские формирования (органы, подразделения) Обеспечение функционирования Вооруженных Сил Российской Федерации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Функционирование органов в сфере национальной безопасности, правоохранительной деятельности и обороны Накопительно-ипотечная система жилищного обеспечения военнослужащих Накопительно-ипотечная система жилищного обеспечения военнослужащих Социальные выплаты Реализация государственных функций, связанных с обеспечением национальной обороны Обеспечение мероприятий по укреплению доверия в военной области Функционирование органов в сфере национальной безопасности, правоохранительной деятельности и обороны Обеспечение создания, эксплуатации государственной системы изготовления, оформления и контроля паспортно-визовых документов нового поколения Эксплуатация государственной системы изготовления, оформления и контроля паспортно-визовых документов нового поколения Выполнение функций государственными органами Подготовка и участие в обеспечении коллективной безопасности и миротворческой деятельности Участие в миротворческой деятельности Военный персонал Функционирование органов в сфере национальной безопасности, правоохранительной деятельности и обороны Другие вопросы в области национальной обороны Руководство и управление в сфере установленных функций Центральный аппарат Выполнение функций государственными органами Военный персонал Выполнение функций государственными органами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Обеспечение функционирования Вооруженных Сил Российской Федерации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Реализация государственных функций, связанных с обеспечением национальной обороны Субсидии казенным предприятиям оборонно-промышленного комплекса Субсидии юридическим лицам Субсидии стратегическим организациям оборонно-промышленного комплекса с целью предупреждения банкротства Субсидии юридическим лицам НАЦИОНАЛЬНАЯ БЕЗОПАСНОСТЬ И ПРАВООХРАНИТЕЛЬНАЯ ДЕЯТЕЛЬНОСТЬ Органы прокуратуры Руководство и управление в сфере установленных функций Функционирование органов в сфере национальной безопасности и правоохранительной деятельности Выполнение функций государственными органами Органы внутренних дел Руководство и управление в сфере установленных функций Зарубежный аппарат Выполнение функций государственными органами Материально-техническое обеспечение Оплата и хранение специального топлива и горюче-смазочных материалов Оплата и хранение специального топлива и горюче-смазочных материалов в рамках государственного оборонного заказа Функционирование органов в сфере национальной безопасности, правоохранительной деятельности и обороны Воинские формирования (органы, подразделения) Обеспечение граждан квалифицированной юридической помощью по назначению органов дознания, органов предварительного следствия, прокурора Функционирование органов в сфере национальной безопасности, правоохранительной деятельности и обороны Военный персонал Функционирование органов в сфере национальной безопасности, правоохранительной деятельности и обороны Специальные мероприятия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Обеспечение деятельности вневедомственной охраны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Обеспечение создания, эксплуатации государственной системы изготовления, оформления и контроля паспортно-визовых документов нового поколения Эксплуатация государственной системы изготовления, оформления и контроля паспортно-визовых документов нового поколения Выполнение функций государственными органами Внутренние войска Материально-техническое обеспечение Оплата и хранение специального топлива и горюче-смазочных материалов Оплата и хранение специального топлива и горюче-смазочных материалов в рамках государственного оборонного заказа Функционирование органов в сфере национальной безопасности, правоохранительной деятельности и обороны Воинские формирования (органы, подразделения) Обеспечение граждан квалифицированной юридической помощью по назначению органов дознания, органов предварительного следствия, прокурора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Органы юстиции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Система исполнения наказаний Руководство и управление в сфере установленных функций Военный персонал Выполнение функций государственными органами Пособия и компенсации военнослужащим, приравненным к ним лицам, а также уволенным из их числа Социальные выплаты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Содержание спецконтингента Продовольственное обеспечение Продовольственное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Органы безопасности Международное сотрудничество Обеспечение реализации соглашений с правительствами иностранных государств и организациями Выполнение международных обязательств Органы по контролю за оборотом наркотических средств и психотропных веществ Руководство и управление в сфере установленных функций Зарубежный аппарат Выполнение функций государственными органами Военный персонал Выполнение функций государственными органами Функционирование органов в сфере национальной безопасности и правоохранительной деятельности Выполнение функций государственными органами Вещевое обеспечение Вещевое обеспечение в рамках государственного оборонного заказа Выполнение функций государственными органами Вещевое обеспечение вне рамок государственного оборонного заказа Выполнение функций государственными органами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Защита населения и территории от чрезвычайных ситуаций природного и техногенного характера, гражданская оборона Руководство и управление в сфере установленных функций Территориальные органы Выполнение функций государственными органами Вещевое обеспечение Вещевое обеспечение в рамках государственного оборонного заказа Выполнение функций государственными органами Вещевое обеспечение вне рамок государственного оборонного заказа Выполнение функций государственными органами Пособия и компенсации военнослужащим, приравненным к ним лицам, а также уволенным из их числа Социальные выплаты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Оплата и хранение специального топлива и горюче-смазочных материалов Оплата и хранение специального топлива и горюче-смазочных материалов в рамках государственного оборонного заказа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Реализация других функций, связанных с обеспечением национальной безопасности и правоохранительной деятельности Продукция производственно-технического назначения Функционирование органов в сфере национальной безопасности, правоохранительной деятельности и обороны Поисковые и аварийно-спасательные учреждения Продовольственное обеспечение Продовольственное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Обеспечение пожарной безопасности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Оплата и хранение специального топлива и горюче-смазочных материалов Оплата и хранение специального топлива и горюче-смазочных материалов в рамках государственного оборонного заказа Функционирование органов в сфере национальной безопасности, правоохранительной деятельности и обороны Воинские формирования (органы, подразделения)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Реализация других функций, связанных с обеспечением национальной безопасности и правоохранительной деятельности Продукция производственно-технического назначения Функционирование органов в сфере национальной безопасности, правоохранительной деятельности и обороны Миграционная политика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Военный персонал Выполнение функций государственными органами Государственная программа по оказанию содействия добровольному переселению в Российскую Федерацию соотечественников, проживающих за рубежом Переселение в Российскую Федерацию соотечественников, проживающих за рубежом Выполнение функций государственными органами Воинские формирования (органы, подразделения) Вещевое обеспечение Вещевое обеспечение вне рамок государственного оборонного заказа Выполнение функций государственными органами Пособия и компенсации военнослужащим, приравненным к ним лицам, а также уволенным из их числа Социальные выплаты Мероприятия по обеспечению миграционной политики Мероприятия по депортации (административному выдворению) Выполнение функций государственными органами Прием и содержание вынужденных переселенцев Выполнение функций бюджетными учреждениями Организация системы учета иностранных граждан Выполнение функций государственными органами Обеспечение деятельности учреждений по реализации миграционной политики Иммиграционный контроль Выполнение функций государственными органами Обеспечение деятельности подведомственных учреждений Выполнение функций бюджетными учреждениями Обеспечение создания, эксплуатации государственной системы изготовления, оформления и контроля паспортно-визовых документов нового поколения Эксплуатация государственной системы изготовления, оформления и контроля паспортно-визовых документов нового поколения Выполнение функций государственными органами Модернизация внутренних войск, войск гражданской обороны, а также правоохранительных и иных органов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Прикладные научные исследования в области национальной безопасности и правоохранительной деятельности Прикладные научные исследования и разработки Вещевое обеспечение Компенсация стоимости вещевого имущества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Обеспечение деятельности подведомственных учреждений Выполнение функций бюджетными учреждениями Другие вопросы в области национальной безопасности и правоохранительной деятельности Руководство и управление в сфере установленных функций Военный персонал Выполнение функций государственными органами Функционирование органов в сфере национальной безопасности и правоохранительной деятельности Выполнение функций государственными органами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Информатика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Компенсации членам семей погибших военнослужащих Социальные выплаты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Реализация государственной политики занятости населения Организация альтернативной гражданской службы Выполнение функций государственными органами Обеспечение деятельности подведомственных учреждений Выполнение функций бюджетными учреждениями Топливно-энергетический комплекс Мероприятия в топливно-энергетической области Выполнение функций государственными органами Дополнительное пенсионное обеспечение (негосударственные пенсии) работников организаций по добыче (переработке) угля (горючих сланцев), подразделений военизированных аварийно-спасательных частей и шахтостроительных организаций в соответствии с Федеральным законом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Выполнение функций государственными органами Исследование и использование космического пространства Реализация межгосударственных договоров в рамках Содружества Независимых Государств Обеспечение сотрудничества в рамках Содружества Независимых Государств Выполнение международных обязательств Федеральные целевые программы Федеральная целевая программа "Глобальная навигационная система" Подпрограмма "Обеспечение функционирования и развития системы ГЛОНАСС" Закупки специальной космической техники, организация запусков и управление полетами космических аппаратов Мероприятия в области исследования и использования космического пространства в мирных целях Выполнение функций государственными органами Сельское хозяйство и рыболовство Федеральные целевые программы Федеральная целевая программа развития Калининградской области на период до 2010 года Бюджетные инвестиции Рыболовное хозяйство Мониторинг водных биологических ресурсов Выполнение функций государственными органами Учреждения, обеспечивающие предоставление услуг в сфере рыбохозяйственной деятельности Обеспечение деятельности аварийно-спасательного флота Выполнение функций государственными органами Обеспечение деятельности подведомственных учреждений Выполнение функций бюджетными учреждениями Водохозяйственные мероприятия Мероприятия в области использования, охраны водных объектов и гидротехнических сооружений Выполнение функций бюджетными учреждениями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"Российский сельскохозяйственный банк" Водные ресурсы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Водохозяйственные мероприятия Мероприятия в области использования, охраны водных объектов и гидротехнических сооружений Выполнение функций бюджетными учреждениями Мероприятия по информационному обеспечению и другие работы в области водных ресурсов Выполнение функций бюджетными учреждениями Выполнение функций государственными органами Водоохранные и водохозяйственные учреждения Обеспечение деятельности подведомственных учреждений Выполнение функций бюджетными учреждениями Лесное хозяйство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Учреждения, обеспечивающие предоставление услуг в сфере лесных отношений Обеспечение деятельности подведомственных учреждений Выполнение функций бюджетными учреждениями Транспорт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Федеральные целевые программы Федеральная целевая программа "Модернизация транспортной системы России (2002-2010 годы)" Подпрограмма "Морской транспорт" Бюджетные инвестиции Расходы общепрограммного характера по федеральной целевой программе "Модернизация транспортной системы России (2002-2010 годы)" Выполнение функций бюджетными учреждениями Уплата налога на имущество организаций и земельного налога учреждениями, функционирующими в рамках федеральных целевых программ Федеральная целевая программа "Экономическое и социальное развитие Дальнего Востока и Забайкалья на период до 2013 года" Экономическое и социальное развитие Дальнего Востока и Забайкалья на период до 2013 года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Водный транспорт Государственная поддержка водного транспорта Государственные бассейновые управления водных путей и судоходства Выполнение функций бюджетными учреждениями Железнодорожный транспорт Государственная поддержка железнодорожного транспорта Субсидии организациям железнодорожного транспорта на компенсацию потерь в доходах, возникающих в результате государственного регулирования тарифов на перевозку пассажиров в поездах дальнего следования в плацкартных и общих вагонах Субсидии юридическим лицам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"Российские железные дороги" Обеспечение создания, эксплуатации государственной системы изготовления, оформления и контроля паспортно-визовых документов нового поколения Эксплуатация государственной системы изготовления, оформления и контроля паспортно-визовых документов нового поколения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Дорожное хозяйство Федеральные целевые программы Федеральная целевая программа "Модернизация транспортной системы России (2002-2010 годы)" Подпрограмма "Автомобильные дороги" Бюджетные инвестиции Дорожное хозяйство Управление дорожным хозяйством Содержание учреждений, осуществляющих управление федеральными автомобильными дорогами Выполнение функций бюджетными учреждениями Связь и информатика Руководство и управление в сфере установленных функций Центральный аппарат Выполнение функций государственными органами Информационные технологии и связь Государственная поддержка почтовой связи Субсидии ФГУП "Почта России" на компенсацию потерь в доходах, связанных со сдерживанием указанным предприятием роста тарифов на услуги по приему заказов на подписку и доставку периодических печатных изданий Субсидии юридическим лицам Отдельные мероприятия в области информационно-коммуникационных технологий и связи Субсидии на возмещение операторам связи убытков, причиняемых оказанием универсальных услуг связи Субсидии юридическим лицам Обеспечение создания, эксплуатации государственной системы изготовления, оформления и контроля паспортно-визовых документов нового поколения Эксплуатация государственной системы изготовления, оформления и контроля паспортно-визовых документов нового поколения Выполнение функций государственными органами Прикладные научные исследования в области национальной экономики Прикладные научные исследования и разработки Разработка концепции программы "Чистая вода" Выполнение функций государственными органами Федеральные целевые программы Федеральная целевая программа "Глобальная навигационная система" Подпрограмма "Обеспечение функционирования и развития системы ГЛОНАСС" Научно-исследовательские и опытно-конструкторские работы Другие вопросы в области национальной экономики Руководство и управление в сфере установленных функций Центральный аппарат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Федеральные целевые программы Федеральная космическая программа России на 2006-2015 годы Бюджетные инвестиции Взнос в уставный капитал открытого акционерного общества "Конструкторское бюро химавтоматики", г. Воронеж Взнос в уставный капитал открытого акционерного общества "Информационные спутниковые системы" имени академика М.Ф.Решетнёва", г. Железногорск, Красноярский край Подпрограмма "Обеспечение функционирования и развития системы ГЛОНАСС" Бюджетные инвестиции Взнос в уставный капитал открытого акционерного общества "Информационные спутниковые системы" имени академика М.Ф.Решетнёва", г. Железногорск, Красноярский край Подпрограмма "Разработка и подготовка производства навигационного оборудования и аппаратуры для гражданских потребителей" Бюджетные инвестиции Взнос в уставный капитал открытого акционерного общества "Российский институт радионавигации и времени", г. Санкт-Петербург Взнос в уставный капитал открытого акционерного общества "Завод "Навигатор", г. Санкт-Петербург Взнос в уставный капитал открытого акционерного общества "Московское конструкторское бюро "Компас", г. Москва Федеральная целевая программа "Национальная технологическая база" на 2007-2011 годы Подпрограмма "Развитие электронной компонентной базы" на 2007-2011 годы Бюджетные инвестиции Взнос в уставный капитал открытого акционерного общества "НИИ молекулярной электроники и завод "Микрон", г. Москва Взнос в уставный капитал открытого акционерного общества "Корпорация "Тактическое ракетное вооружение", г. Королев, Московская область Взнос в уставный капитал открытого акционерного общества "Светлана", г. Санкт-Петербург Взнос в уставный капитал открытого акционерного общества "Научно-производственное объединение "Алмаз" имени академика А.А.Расплетина", г. Москва Взнос в уставный капитал открытого акционерного общества "Российская электроника", г. Москва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Бюджетные инвестиции Прочие расходы Федеральная целевая программа "Развитие электронной компонентной базы и радиоэлектроники на 2008-2015 годы" Бюджетные инвестиции Взнос в уставный капитал открытого акционерного общества "Корпорация "Тактическое ракетное вооружение", г. Королев, Московская область Взнос в уставный капитал открытого акционерного общества "Российская электроника", г. Москва Взнос в уставный капитал открытого акционерного общества "Владыкинский механический завод", г. Москва Взнос в уставный капитал открытого акционерного общества "Информационные телекоммуникационные технологии", г. Санкт-Петербург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Мероприятия по возмещению расходов по содержанию объектов, связанных с использованием атомной энергии Субсидии федеральному государственному унитарному предприятию "Атомфлот" на возмещение расходов по содержанию объектов, связанных с использованием атомной энергии Субсидии юридическим лицам Земельные кадастровые палаты Обеспечение деятельности подведомственных учреждений Выполнение функций бюджетными учреждениями Реализация государственных функций в области национальной экономики Мероприятия по землеустройству и землепользованию Выполнение функций государственными органами Государственная поддержка отдельных отраслей промышленности и топливно-энергетического комплекса Субсидии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в 2008-2010 годах на закупку гражданских судов, изготовленных на российских верфях Субсидии юридическим лицам Субсидии дочерним и зависимым акционерным обществам открытого акционерного общества "Объединенная авиастроительная корпорация" на возмещение части затрат на уплату процентов по кредитам, полученным в российских кредитных организациях в 2008-2010 годах на техническое перевооружение на срок до пяти лет Субсидии юридическим лицам Субсидии российским лизинговым компаниям на возмещение части затрат на уплату процентов по кредитам, полученным в российских кредитных организациях в 2008-2010 годах на закупку воздушных судов отечественного производства с последующей передачей их российским авиакомпаниям по договорам лизинга Субсидии юридическим лицам Субсидии открытому акционерному обществу "Производственное объединение "Северное машиностроительное предприятие" на возмещение части затрат на уплату процентов по кредитам, полученным в российских кредитных организациях в 2006-2008 годах на производство продукции для российских потребителей и в рамках государственного оборонного заказа Субсидии юридическим лицам ЖИЛИЩНО-КОММУНАЛЬНОЕ ХОЗЯЙСТВО Жилищное хозяйство Федеральные целевые программы Федеральная целевая программа развития образования на 2006-2010 годы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Обеспечение военнослужащих служебным и постоянным жильем Обеспечение военнослужащих федеральных органов исполнительной власти, в которых законом предусмотрена военная служба, служебными жилыми помещениями и жилыми помещениями в общежитиях Бюджетные инвестиции Строительство и приобретение жилых помещений для постоянного проживания военнослужащих федеральных органов исполнительной власти, в которых законом предусмотрена военная служба Бюджетные инвестиции Обеспечение имеющих специальные звания сотрудников федеральных органов исполнительной власти, в которых предусмотрена служба, приравниваемая к военной, служебным и постоянным жильем Обеспечение имеющих специальные звания сотрудников федеральных органов исполнительной власти, в которых предусмотрена служба, приравненная к военной, служебными жилыми помещениями и жилыми помещениями в общежитиях Бюджетные инвестиции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Бюджетные инвестиции Другие вопросы в области жилищно-коммунального хозяйства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ОХРАНА ОКРУЖАЮЩЕЙ СРЕДЫ Прикладные научные исследования в области охраны окружающей среды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охраны окружающей среды Обеспечение реализации соглашений с правительствами иностранных государств и организациями Выполнение функций бюджетными учреждениями Обеспечение деятельности подведомственных учреждений Выполнение функций бюджетными учреждениями ОБРАЗОВАНИЕ Дошкольное образование Детские дошкольные учреждения Продовольственное обеспечение Продовольственное обеспечение в рамках государственного оборонного заказа Выполнение функций бюджетными учреждениями Общее образование Школы - детские сады, школы начальные, неполные средние и средние Субсидии образовательным учреждениям в странах Содружества Независимых Государств и общественным организациям Субсидии некоммерческим организациям Учреждения по внешкольной работе с детьми Субсидии образовательным учреждениям в странах Содружества Независимых Государств и общественным организациям Субсидии некоммерческим организациям Обеспечение деятельности подведомственных учреждений Выполнение функций бюджетными учреждениями Начальное профессиональное образование Профессионально-технические училища Обеспечение деятельности подведомственных учреждений Выполнение функций бюджетными учреждениями Мероприятия в области образования Начальное профессиональное образование военнослужащих, проходящих военную службу по призыву Функционирование органов в сфере национальной безопасности, правоохранительной деятельности и обороны Среднее профессиональное образование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Средние специальные учебные заведения Военный персонал Выполнение функций бюджетными учреждениями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Выполнение функций бюджетными учреждениями Продовольственное обеспечение Продовольственное обеспечение в рамках государственного оборонного заказа Выполнение функций бюджетными учреждениями Продовольственное обеспечение вне рамок государственного оборонного заказа Выполнение функций бюджетными учреждениями Вещевое обеспечение Вещевое обеспечение вне рамок государственного оборонного заказа Выполнение функций бюджетными учреждениями Компенсация стоимости вещевого имущества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Продовольственное обеспечение Продовольственное обеспечение в рамках государственного оборонного заказа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Международное сотрудничество Обеспечение реализации соглашений с правительствами иностранных государств и организациями Выполнение международных обязательств Федеральные целевые программы Федеральная целевая программа "Государственная граница Российской Федерации (2003-2010 годы)" Бюджетные инвестиции Федеральная целевая программа развития образования на 2006-2010 годы Бюджетные инвестиции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Азиатско-Тихоокеанском регионе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Высшие учебные заведения Субсидии на поддержку образовательного кредитования Субсидии юридическим лицам Субсидии образовательным учреждениям в странах Содружества Независимых Государств и общественным организациям Субсидии некоммерческим организациям Военный персонал Выполнение функций бюджетными учреждениями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Выполнение функций бюджетными учреждениями Продовольственное обеспечение Продовольственное обеспечение в рамках государственного оборонного заказа Выполнение функций бюджетными учреждениями Продовольственное обеспечение вне рамок государственного оборонного заказа Выполнение функций бюджетными учреждениями Вещевое обеспечение Вещевое обеспечение в рамках государственного оборонного заказа Выполнение функций бюджетными учреждениями Вещевое обеспечение вне рамок государственного оборонного заказа Выполнение функций бюджетными учреждениями Компенсация стоимости вещевого имущества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Мероприятия в области образования Закупка и поставка подведомственным Рособразованию учреждениям высшего профессионального образования оргтехники и компьютерного оборудования и поддержка специализированного сайта в сети Интернет по вопросам подготовки специалистов Выполнение функций государственными органами Прикладные научные исследования в области образования Прикладные научные исследования и разработки Обеспечение деятельности подведомственных учреждений Выполнение функций бюджетными учреждениями Другие вопросы в области образования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Учреждения, обеспечивающие предоставление услуг в сфере образования Обеспечение деятельности подведомственных учреждений Выполнение функций бюджетными учреждениями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Обеспечение деятельности подведомственных учреждений Выполнение функций бюджетными учреждениями КУЛЬТУРА, КИНЕМАТОГРАФИЯ, СРЕДСТВА МАССОВОЙ ИНФОРМАЦИИ Культура Федеральные целевые программы Федеральная целевая программа "Культура России (2006-2010 годы)"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Дворцы и дома культуры, другие учреждения культуры и средств массовой информации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Библиотеки Создание Президентской библиотеки имени Б.Н.Ельцина Выполнение функций бюджетными учреждениями Выполнение функций государственными органами Театры, цирки, концертные и другие организации исполнительских искусств Обеспечение деятельности подведомственных учреждений Выполнение функций бюджетными учреждениями Мероприятия в сфере культуры, кинематографии, средств массовой информации Государственная поддержка в сфере культуры, кинематографии, средств массовой информации Выполнение функций государственными органами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Прочие расходы Мероприятия по патриотическому воспитанию граждан Российской Федерации Выполнение функций государственными органами Кинематография Мероприятия в сфере культуры, кинематографии, средств массовой информации Мероприятия по патриотическому воспитанию граждан Российской Федерации Выполнение функций государственными органами Телевидение и радиовещание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Телерадиокомпании и телеорганизации Субсидии телерадиокомпаниям и телерадиоорганизациям Субсидии федеральному государственному унитарному предприятию "Телевизионный технический центр "Останкино" на проведение капитального ремонта инженерного оборудования и техническое перевооружение производственно-технологического оборудования Субсидии юридическим лицам Периодическая печать и издательства Издательства Субсидии издательствам и издающим организациям на реализацию социально значимых проектов, выпуск книг, изданий для инвалидов Субсидии издательствам и издающим организациям на реализацию социально значимых проектов, выпуск книг, изданий для инвалидов по зрению Субсидии юридическим лицам Периодические издания, учрежденные органами законодательной и исполнительной власти Пособия и компенсации военнослужащим, приравненным к ним лицам, а также уволенным из их числа Социальные выплаты Обеспечение деятельности подведомственных учреждений Выполнение функций бюджетными учреждениями Другие вопросы в области культуры, кинематографии, средств массовой информации Руководство и управление в сфере установленных функций Центральный аппарат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Дворцы и дома культуры, другие учреждения культуры и средств массовой информации Обеспечение деятельности подведомственных учреждений Выполнение функций бюджетными учреждениями Мероприятия в сфере культуры, кинематографии, средств массовой информации Гранты в области науки, культуры, искусства и средств массовой информации Прочие расходы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Прочие расходы ЗДРАВООХРАНЕНИЕ, ФИЗИЧЕСКАЯ КУЛЬТУРА И СПОРТ Стационарная медицинская помощь Федеральные целевые программы Федеральная целевая программа "Государственная граница Российской Федерации (2003-2010 годы)"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Строительство федеральных центров высоких медицинских технологий, осуществляемое в рамках национального проекта Федеральный центр сердечно-сосудистой хирургии, г. Красноярск Федеральный центр нейрохирургии, г. Тюмень Федеральный центр сердечно-сосудистой хирургии, г. Хабаровск Федеральный научно-клинический центр детской гематологии, онкологии и иммунологии, г. Москва Федеральный центр травматологии, ортопедии и эндопротезирования, г. Барнаул Федеральный центр травматологии, ортопедии и эндопротезирования, г. Владивосток Федеральный центр сердечно-сосудистой хирургии, г. Калининград Федеральный центр нейрохирургии, г. Новосибирск Федеральный центр сердечно-сосудистой хирургии, г. Пермь Федеральный центр травматологии, ортопедии и эндопротезирования, г. Смоленск Федеральный центр сердечно-сосудистой хирургии, г. Челябинск Строительство медицинских центров по оказанию специализированной медицинской помощи в области акушерства, гинекологии и неонатологии (перинатальных центров) Бюджетные инвестиции Больницы, клиники, госпитали, медико-санитарные части Высокотехнологичные виды медицинской помощи Выполнение функций бюджетными учреждениями Военный персонал Выполнение функций бюджетными учреждениями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Выполнение функций бюджетными учреждениями Продовольственное обеспечение Продовольственное обеспечение в рамках государственного оборонного заказа Выполнение функций бюджетными учреждениями Продовольственное обеспечение вне рамок государственного оборонного заказа Выполнение функций бюджетными учреждениями Вещевое обеспечение Вещевое обеспечение вне рамок государственного оборонного заказа Выполнение функций бюджетными учреждениями Компенсация стоимости вещевого имущества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Поликлиники, амбулатории, диагностические центры Обеспечение деятельности подведомственных учреждений Выполнение функций бюджетными учреждениями Реализация государственных функций в области здравоохранения, спорта и туризма Развитие новых высоких медицинских технологий в федеральных специализированных медицинских учреждениях и государственных образовательных учреждениях высшего профессионального и послевузовского образования, имеющих лицензии на осуществление медицинской деятельности Выполнение функций государственными органами Централизованные закупки оборудования и расходных материалов для неонатального и аудиологического скрининга Выполнение функций государственными органами Совершенствование организации медицинской помощи пострадавшим при дорожно-транспортных происшествиях Выполнение функций государственными органами Централизованные закупки медикаментов и медицинского оборудования Выполнение функций государственными органами Социальная помощь Проведение дополнительной диспансеризации работающих граждан Выполнение функций бюджетными учреждениями Иные безвозмездные и безвозвратные перечисления Государственная поддержка деятельности Комитета ветеранов подразделений особого риска Российской Федерации Субсидии некоммерческим организациям Амбулаторная помощь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Больницы, клиники, госпитали, медико-санитарные части Военный персонал Выполнение функций бюджетными учреждениями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Выполнение функций бюджетными учреждениями Вещевое обеспечение Вещевое обеспечение вне рамок государственного оборонного заказа Выполнение функций бюджетными учреждениями Обеспечение деятельности подведомственных учреждений Выполнение функций бюджетными учреждениями Поликлиники, амбулатории, диагностические центры Вещевое обеспечение Компенсация стоимости вещевого имущества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Реализация государственных функций в области здравоохранения, cпорта и туризма Централизованные закупки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Выполнение функций бюджетными учреждениями Выполнение функций государственными органами Скорая медицинская помощь Реализация государственных функций в области здравоохранения, спорта и туризма Совершенствование организации медицинской помощи пострадавшим при дорожно-транспортных происшествиях Выполнение функций государственными органами Санаторно-оздоровительная помощь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Санатории для больных туберкулезом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Санатории для детей и подростков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Санатории, пансионаты, дома отдыха и турбазы Военный персонал Выполнение функций бюджетными учреждениями Продовольственное обеспечение Продовольственное обеспечение вне рамок государственного оборонного заказа Выполнение функций бюджетными учреждениями Пособия и компенсации военнослужащим, приравненным к ним лицам, а также уволенным из их числа Социальные выплаты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Заготовка, переработка, хранение и обеспечение безопасности донорской крови и ее компонентов Центры, станции и отделения переливания крови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Реализация государственных функций в области здравоохранения, cпорта и туризма Мероприятия по развитию службы крови Выполнение функций государственными органами Санитарно- эпидемиологическое благополучие Органы, осуществляющие государственный санитарно- эпидемиологический надзор Пособия и компенсации военнослужащим, приравненным к ним лицам, а также уволенным из их числа Социальные выплаты Физическая культура и спорт Международное сотрудничество Мероприятия в области здравоохранения, спорта и физической культуры, туризма Выполнение функций государственными органами Физкультурно-оздоровительная работа и спортивные мероприятия Мероприятия в области здравоохранения, спорта и физической культуры, туризма Выполнение функций бюджетными учреждениями Выполнение функций государственными органами Прикладные научные исследования в области здравоохранения, физической культуры и спорта Прикладные научные исследования и разработки Выполнение научно-исследовательских и опытно-конструкторских работ по государственным контрактам Выполнение функций государственными органами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здравоохранения, физической культуры и спорта Руководство и управление в сфере установленных функций Центральный аппарат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Федеральный научно-клинический центр детской гематологии, онкологии и иммунологии, г. Москва Строительство медицинских центров по оказанию специализированной медицинской помощи в области акушерства, гинекологии и неонатологии (перинатальных центров) Бюджетные инвестиции Учреждения, обеспечивающие предоставление услуг в сфере здравоохранения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Закон Российской Федерации от 26 июня 1992 года № 3132-I "О статусе судей в Российской Федерации" и Федеральный закон от 10 января 1996 года № 6-ФЗ "О дополнительных гарантиях социальной защиты судей и работников аппаратов судов Российской Федерации" Пожизненное содержание судей Социальные выплаты Социальное обслуживание населения Медико-социальная экспертная комиссия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Дома-интернаты для престарелых и инвалидов Уплата налога на имущество организаций и земельного налога Выполнение функций бюджетными учреждениями Учреждения по обучению инвалидов Уплата налога на имущество организаций и земельного налога Выполнение функций бюджетными учреждениями Реализация государственных функций в области социальной политики Мероприятия в области социальной политики Выполнение функций государственными органами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Меры социальной поддержки граждан, подвергшихся воздействию радиации вследствие радиационных аварий и ядерных испытаний Социальные выплаты Компенсация в возмещение вреда гражданам, подвергшимся воздействию радиации вследствие радиационных аварий Социальные выплаты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Меры социальной поддержки граждан, подвергшихся воздействию радиации вследствие радиационных аварий и ядерных испытаний Социальные выплаты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Меры социальной поддержки граждан, подвергшихся воздействию радиации вследствие радиационных аварий и ядерных испытаний Социальные выплаты Компенсация в возмещение вреда гражданам, подвергшимся воздействию радиации вследствие радиационных аварий Социальные выплаты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Выплата дополнительного материального обеспечения, доплат к пенсиям, пособий и компенсаций Социальные выплаты Обеспечение проведения ремонта индивидуальных жилых домов, принадлежащих членам семей военнослужащих, потерявшим кормильца Социальные выплаты Обеспечение инвалидов транспортными средствами Социальные выплаты Пособия и компенсации военнослужащим, приравненным к ним лицам, а также уволенным из их числа Социальные выплаты Реализация государственных функций в области социальной политики Мероприятия в области социальной политики Прочие расходы Охрана семьи и детства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Пособие по уходу за ребенком гражданам, подвергшимся воздействию радиации вследствие радиационных аварий Социальные выплаты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Пособие по уходу за ребенком гражданам, подвергшимся воздействию радиации вследствие радиационных аварий Социальные выплаты Другие вопросы в области социальной политики Реализация государственных функций в области социальной политики Субсидии отдельным общественным организациям и иным некоммерческим объединениям Субсидии некоммерческим организациям Субсидии федеральным государственным унитарным протезно-ортопедическим предприятиям на возмещение убытков, связанных с реализацией протезно-ортопедических изделий и услуг по протезированию по ценам ниже себестоимости Субсидии юридическим лицам МЕЖБЮДЖЕТНЫЕ ТРАНСФЕРТЫ Дотации бюджетам субъектов Российской Федерации и муниципальных образований Дотации Поддержка мер по обеспечению сбалансированности бюджетов Прочие дотации Субсидии бюджетам субъектов Российской Федерации и муниципальных образований (межбюджетные субсидии) Федеральные целевые программы Федеральная целевая программа "Модернизация транспортной системы России (2002-2010 годы)" Подпрограмма "Автомобильные дороги"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Федеральная целевая программа "Предупреждение и борьба с социально значимыми заболеваниями (2007-2011 годы)" Подпрограмма "Психические расстройства"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Федеральная целевая программа развития Калининградской области на период до 2010 года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и на период до 2012 года" Субсидии бюджетам субъектов Российской Федерации на компенсацию части затрат на приобретение средств химизации Федеральная целевая программа "Социально-экономическое развитие Чеченской Республики на 2008-2011 годы"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Бюджетные инвестиции в объекты капитального строительства собственности муниципальных образований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Строительство объектов общегражданского назначения Строительство медицинских центров по оказанию специализированной медицинской помощи в области акушерства, гинекологии и неонатологии (перинатальных центров)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Федеральная целевая программа "Жилище" на 2002-2010 годы Мероприятия по обеспечению жильем отдельных категорий граждан Мероприятия по обеспечению жильем иных категорий граждан на основании решений Правительства Российской Федерации Иные субсидии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Государственная поддержка сельского хозяйства Субсидии на комбикорма Фонд софинансирования Водохозяйственные мероприятия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Фонд софинансирования Создание технопарков Фонд софинансирования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Реализация государственных функций в области здравоохранения, cпорта и туризма Осуществление организационных мероприятий по обеспечению граждан лекарственными средствами, предназначенными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Фонд софинансирования 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Фонд софинансирования Реформирование региональных и муниципальных финансов Реформирование муниципальных финансов Фонд софинансирования Иные безвозмездные и безвозвратные перечисления Ликвидация последствий землетрясения в Сахалинской области Фонд софинансирования Субвенции бюджетам субъектов Российской Федерации и муниципальных образований Социальная помощь Федеральный закон от 19 мая 1995 года № 81-ФЗ "О государственных пособиях гражданам, имеющим детей" Выплата единовременного пособия при всех формах устройства детей, лишенных родительского попечения, в семью Фонд компенсаций Обеспечение жильем инвалидов войны и инвалидов боевых действий, участников Великой Отечественной войны, ветеранов боевых действий, военнослужащих, проходивших военную службу в период с 22 июня 1941 года по 3 сентября 1945 года, граждан, награжденных знаком "Жителю блокадного Ленинграда", лиц, работавших на военных объектах в период Великой Отечественной войны, членов семей погибших (умерших) инвалидов войны, участников Великой Отечественной войны, ветеранов боевых действий, инвалидов и семей, имеющих детей-инвалидов Фонд компенсаций Федеральный закон от 17 сентября 1998 года № 157-ФЗ "Об иммунопрофилактике инфекционных болезней" Государственные единовременные пособия и ежемесячные денежные компенсации гражданам при возникновении поствакцинальных осложнений Фонд компенсаций Выплаты инвалидам компенсаций страховых премий по договорам обязательного страхования гражданской ответственности владельцев транспортных средств Фонд компенсаций Оплата жилищно-коммунальных услуг отдельным категориям граждан Фонд компенсаций Реализация государственной политики занятости населения Осуществление полномочий Российской Федерации в области содействия занятости населения, включая расходы по осуществлению этих полномочий Фонд компенсаций Мероприятия по борьбе с беспризорностью, по опеке и попечительству Перевозка несовершеннолетних, самовольно ушедших из семей, детских домов, школ-интернатов, специальных учебно-воспитательных и иных детских учреждений Фонд компенсаций Осуществление полномочий по резервированию земель и изъятию земельных участков для федеральных нужд Осуществление Краснодарским краем полномочий по резервированию земель и изъятию земельных участков для федеральных нужд Фонд компенсаций Иные межбюджетные трансферты Руководство и управление в сфере установленных функций Члены Совета Федерации и их помощники Иные межбюджетные трансферты Денежное довольствие и социальные выплаты сотрудникам и заработная плата работникам территориальных подразделений Государственной противопожарной службы, содержащимся за счет средств субъектов Российской Федерации, за исключением подразделений, созданных в субъектах Российской Федерации в соответствии со статьей 5 Федерального закона от 21 декабря 1994 года № 69-ФЗ "О пожарной безопасности" Иные межбюджетные трансферты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Иные субсидии Социальная помощь Компенсационные выплаты за утраченное жилье и имущество пострадавшим в результате разрешения кризиса в Чеченской Республике гражданам, постоянно проживающим на ее территории Иные межбюджетные трансферты Иные безвозмездные и безвозвратные перечисления Премирование победителей Всероссийского конкурса на звание "Самый благоустроенный город России" Иные межбюджетные трансферты Средства, передаваемые для компенсации дополнительных расходов, возникших в результате решений, принятых органами власти другого уровня Иные межбюджетные трансферты Отдельные полномочия в области лекарственного обеспечения Иные межбюджетные трансферты Межбюджетные трансферты бюджетам государственных внебюджетных фондов Пенсии Указ Президента Российской Федерации от 23 августа 2000 года № 1563 "О неотложных мерах социальной поддержки специалистов ядерного оружейного комплекса Российской Федерации" Материальное обеспечение специалистов ядерного оружейного комплекса Российской Федерации Трансферты бюджету Пенсионного фонда Российской Федерации Социальная помощь Федеральный закон от 24 ноября 1995 года № 181-ФЗ "О социальной защите инвалидов в Российской Федерации" Осуществление ежемесячной денежной выплаты инвалидам Трансферты бюджету Пенсионного фонда Российской Федерации Федеральный закон от 12 января 1995 года № 5-ФЗ "О ветеранах" Осуществление ежемесячной денежной выплаты ветеранам Трансферты бюджету Пенсионного фонда Российской Федерации Федеральный закон от 19 мая 1995 года № 81-ФЗ "О государственных пособиях гражданам, имеющим детей" Выплата пособий по уходу за ребенком до достижения им возраста полутора лет гражданам, не подлежащим обязательному социальному страхованию Трансферты бюджету Фонда социального страхования Российской Федерации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Осуществление ежемесячной денежной выплаты гражданам, подвергшимся воздействию радиации вследствие радиационных аварий и ядерных испытаний Трансферты бюджету Пенсионного фонда Российской Федерации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Осуществление ежемесячной денежной выплаты гражданам, подвергшимся воздействию радиации вследствие радиационных аварий и ядерных испытаний Трансферты бюджету Пенсионного фонда Российской Федерации Закон Российской Федерации от 15 января 1993 года № 4301-I "О статусе Героев Советского Союза, Героев Российской Федерации и полных кавалеров ордена Славы" Осуществление ежемесячной денежной выплаты Героям Советского Союза, Героям Российской Федерации и полным кавалерам ордена Славы Трансферты бюджету Пенсионного фонда Российской Федерации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Осуществление ежемесячной денежной выплаты Героям Социалистического Труда и полным кавалерам ордена Трудовой Славы Трансферты бюджету Пенсионного фонда Российской Федерации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Трансферты бюджету Пенсионного фонда Российской Федерации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Трансферты бюджету Пенсионного фонда Российской Федерации Федеральный закон от 17 декабря 2001 года № 173-ФЗ "О трудовых пенсиях в Российской Федерации" Выплата базовой части трудовой пенсии Трансферты бюджету Пенсионного фонда Российской Федерации Указ Президента Российской Федерации от 26 декабря 2006 года № 1455 "О компенсационных выплатах лицам, осуществляющим уход за нетрудоспособными гражданами" Осуществление компенсационных выплат лицам, осуществляющим уход за нетрудоспособными гражданами Трансферты бюджету Пенсионного фонда Российской Федерации Проведение диспансеризации пребывающих в стационарных учреждениях детей-сирот и детей, находящихся в трудной жизненной ситуации Трансферты бюджету Федерального фонда обязательного медицинского страхования Проведение дополнительной диспансеризации работающих граждан Трансферты бюджету Федерального фонда обязательного медицинского страхования Финансовое обеспечение государственного задания в соответствии с программой государственных гарантий оказания гражданам Российской Федерации бесплатной медицинской помощи на оказание дополнительной бесплатной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Трансферты бюджету Федерального фонда обязательного медицинского страхования Покрытие дефицита бюджетов государственных внебюджетных фондов Покрытие дефицита бюджета Пенсионного фонда Российской Федерации Трансферты бюджету Пенсионного фонда Российской Федерации 19) дополнить приложением 112 (секретно) следующего содержания</w:t>
      </w:r>
    </w:p>
    <w:p>
      <w:r>
        <w:rPr>
          <w:b/>
        </w:rPr>
        <w:t xml:space="preserve">11. </w:t>
      </w:r>
      <w:r>
        <w:t>слова заменить словами</w:t>
      </w:r>
    </w:p>
    <w:p>
      <w:r>
        <w:rPr>
          <w:b/>
        </w:rPr>
        <w:t xml:space="preserve">11. </w:t>
      </w:r>
      <w:r>
        <w:t>слова заменить словами</w:t>
      </w:r>
    </w:p>
    <w:p>
      <w:r>
        <w:rPr>
          <w:b/>
        </w:rPr>
        <w:t xml:space="preserve">11. </w:t>
      </w:r>
      <w:r>
        <w:t>слова заменить словами 25) дополнить приложением 222 следующего содержания: "Приложение 222к Федеральному закону"О федеральном бюджете на 2008 год и на плановый период 2009 и 2010 годов" Изменение распределения бюджетных ассигнований на реализацию федеральных целевых программ на 2008 год, предусмотренного приложением 22 к Федеральному закону "О федеральном бюджете на 2008 год и на плановый период 2009 и 2010 годов" (тыс. рублей) Наименование В С Е Г О ФЕДЕРАЛЬНЫЕ ЦЕЛЕВЫЕ ПРОГРАММЫ ФЕДЕРАЛЬНАЯ ЦЕЛЕВАЯ ПРОГРАММА "МОДЕРНИЗАЦИЯ ТРАНСПОРТНОЙ СИСТЕМЫ РОССИИ (2002-2010 ГОДЫ)" ПОДПРОГРАММА "АВТОМОБИЛЬНЫЕ ДОРОГИ" Национальная экономика Дорожное хозяйство Бюджетные инвестиции Межбюджетные трансферты Субсидии бюджетам субъектов Российской Федерации и муниципальных образований (межбюджетные субсидии)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ПОДПРОГРАММА "МОРСКОЙ ТРАНСПОРТ" Национальная экономика Транспорт Бюджетные инвестиции РАСХОДЫ ОБЩЕПРОГРАММНОГО ХАРАКТЕРА ПО ФЕДЕРАЛЬНОЙ ЦЕЛЕВОЙ ПРОГРАММЕ "МОДЕРНИЗАЦИЯ ТРАНСПОРТНОЙ СИСТЕМЫ РОССИИ (2002-2010 ГОДЫ)" Национальная экономика Транспорт Выполнение функций бюджетными учреждениями Уплата налога на имущество организаций и земельного налога учреждениями, функционирующими в рамках федеральных целевых программ ФЕДЕРАЛЬНАЯ ЦЕЛЕВАЯ ПРОГРАММА "КУЛЬТУРА РОССИИ (2006-2010 ГОДЫ)" Культура, кинематография, средства массовой информации Культура Бюджетные инвестиции ФЕДЕРАЛЬНАЯ ЦЕЛЕВАЯ ПРОГРАММА "ГОСУДАРСТВЕННАЯ ГРАНИЦА РОССИЙСКОЙ ФЕДЕРАЦИИ (2003- 2010 ГОДЫ)" Общегосударственные вопросы Обеспечение деятельности финансовых, налоговых и таможенных органов и органов финансового (финансово- бюджетного) надзора Бюджетные инвестиции Образование Высшее и послевузовское профессиональное образование Бюджетные инвестиции Здравоохранение, физическая культура и спорт Стационарная медицинская помощь Бюджетные инвестиции ФЕДЕРАЛЬНАЯ ЦЕЛЕВАЯ ПРОГРАММА РАЗВИТИЯ ОБРАЗОВАНИЯ НА 2006-2010 ГОДЫ Жилищно-коммунальное хозяйство Жилищное хозяйство Бюджетные инвестиции Образование Высшее и послевузовское профессиональное образование Бюджетные инвестиции ФЕДЕРАЛЬНАЯ ЦЕЛЕВАЯ ПРОГРАММА "РЕСТРУКТУРИЗAЦИЯ ЗАПАСОВ РАКЕТ, БОЕПРИПАСОВ И ВЗРЫВЧАТЫХ МАТЕРИАЛОВ, ПРИВЕДЕНИЕ СИСТЕМЫ ИХ ХРАНЕНИЯ И ЭКСПЛУАТАЦИИ ВО ВЗРЫВО-ПОЖАРОБЕЗОПАСНОЕ СОСТОЯНИЕ НА 2005-2010 ГОДЫ" Общегосударственные вопросы Прикладные научные исследования в области общегосударственных вопросов Научно-исследовательские и опытно-конструкторские работы Другие общегосударственные вопросы Мероприятия по обеспечению взрывопожаробезопасного состояния систем хранения и эксплуатации специальных объектов (особых базисных складов) хранения взрывчатых материалов ФЕДЕРАЛЬНАЯ ЦЕЛЕВАЯ ПРОГРАММА "ПРЕДУПРЕЖДЕНИЕ И БОРЬБА С СОЦИАЛЬНО ЗНАЧИМЫМИ ЗАБОЛЕВАНИЯМИ (2007-2011 ГОДЫ)" ПОДПРОГРАММА "ПСИХИЧЕСКИЕ РАССТРОЙСТВА" Межбюджетные трансферты Субсидии бюджетам субъектов Российской Федерации и муниципальных образований (межбюджетные субсидии)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ФЕДЕРАЛЬНАЯ КОСМИЧЕСКАЯ ПРОГРАММА РОССИИ НА 2006-2015 ГОДЫ Национальная экономика Другие вопросы в области национальной экономики Бюджетные инвестиции Взнос в уставный капитал открытого акционерного общества "Конструкторское бюро химавтоматики", г. Воронеж Взнос в уставный капитал открытого акционерного общества "Информационные спутниковые системы" имени академика М.Ф.Решетнёва", г. Железногорск, Красноярский край ФЕДЕРАЛЬНАЯ ЦЕЛЕВАЯ ПРОГРАММА "ГЛОБАЛЬНАЯ НАВИГАЦИОННАЯ СИСТЕМА" ПОДПРОГРАММА "ОБЕСПЕЧЕНИЕ ФУНКЦИОНИРОВАНИЯ И РАЗВИТИЯ СИСТЕМЫ ГЛОНАСС" Национальная экономика Исследование и использование космического пространства Закупки специальной космической техники, организация запусков и управление полетами космических аппаратов Прикладные научные исследования в области национальной экономики Научно-исследовательские и опытно-конструкторские работы Другие вопросы в области национальной экономики Бюджетные инвестиции Взнос в уставный капитал открытого акционерного общества "Информационные спутниковые системы" имени академика М.Ф.Решетнёва", г. Железногорск, Красноярский край ПОДПРОГРАММА "РАЗРАБОТКА И ПОДГОТОВКА ПРОИЗВОДСТВА НАВИГАЦИОННОГО ОБОРУДОВАНИЯ И АППАРАТУРЫ ДЛЯ ГРАЖДАНСКИХ ПОТРЕБИТЕЛЕЙ" Национальная экономика Другие вопросы в области национальной экономики Бюджетные инвестиции Взнос в уставный капитал открытого акционерного общества "Российский институт радионавигации и времени", г. Санкт-Петербург Взнос в уставный капитал открытого акционерного общества "Завод "Навигатор", г. Санкт-Петербург Взнос в уставный капитал открытого акционерного общества "Московское конструкторское бюро "Компас", г. Москва ФЕДЕРАЛЬНАЯ ЦЕЛЕВАЯ ПРОГРАММА "НАЦИОНАЛЬНАЯ ТЕХНОЛОГИЧЕСКАЯ БАЗА" НА 2007-2011 ГОДЫ ПОДПРОГРАММА "РАЗВИТИЕ ЭЛЕКТРОННОЙ КОМПОНЕНТНОЙ БАЗЫ" НА 2007-2011 ГОДЫ Национальная экономика Другие вопросы в области национальной экономики Бюджетные инвестиции Взнос в уставный капитал открытого акционерного общества "НИИ молекулярной электроники и завод "Микрон", г. Москва Взнос в уставный капитал открытого акционерного общества "Корпорация "Тактическое ракетное вооружение", г. Королев, Московская область Взнос в уставный капитал открытого акционерного общества "Светлана", г. Санкт-Петербург Взнос в уставный капитал открытого акционерного общества "Научно- производственное объединение "Алмаз" имени академика А.А.Расплетина", г. Москва Взнос в уставный капитал открытого акционерного общества "Российская электроника", г. Москва ФЕДЕРАЛЬНАЯ ЦЕЛЕВАЯ ПРОГРАММА РАЗВИТИЯ КАЛИНИНГРАДСКОЙ ОБЛАСТИ НА ПЕРИОД ДО 2010 ГОДА Национальная экономика Сельское хозяйство и рыболовство Бюджетные инвестиции Межбюджетные трансферты Субсидии бюджетам субъектов Российской Федерации и муниципальных образований (межбюджетные субсидии)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ФЕДЕРАЛЬНАЯ ЦЕЛЕВАЯ ПРОГРАММА "ЭКОНОМИЧЕСКОЕ И СОЦИАЛЬНОЕ РАЗВИТИЕ ДАЛЬНЕГО ВОСТОКА И ЗАБАЙКАЛЬЯ НА ПЕРИОД ДО 2013 ГОДА" РАЗВИТИЕ Г. ВЛАДИВОСТОКА КАК ЦЕНТРА МЕЖДУНАРОДНОГО СОТРУДНИЧЕСТВА В АЗИАТСКО- ТИХООКЕАНСКОМ РЕГИОНЕ Национальная экономика Другие вопросы в области национальной экономики Бюджетные инвестиции Прочие расходы Образование Высшее и послевузовское профессиональное образование Бюджетные инвестиции ЭКОНОМИЧЕСКОЕ И СОЦИАЛЬНОЕ РАЗВИТИЕ ДАЛЬНЕГО ВОСТОКА И ЗАБАЙКАЛЬЯ НА ПЕРИОД ДО 2013 ГОДА Национальная экономика Транспорт Бюджетные инвестиции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И НА ПЕРИОД ДО 2012 ГОДА" Межбюджетные трансферты Субсидии бюджетам субъектов Российской Федерации и муниципальных образований (межбюджетные субсидии) Субсидии бюджетам субъектов Российской Федерации на компенсацию части затрат на приобретение средств химизации ФЕДЕРАЛЬНАЯ ЦЕЛЕВАЯ ПРОГРАММА "РАЗВИТИЕ ЭЛЕКТРОННОЙ КОМПОНЕНТНОЙ БАЗЫ И РАДИОЭЛЕКТРОНИКИ НА 2008-2015 ГОДЫ" Национальная экономика Другие вопросы в области национальной экономики Бюджетные инвестиции Взнос в уставный капитал открытого акционерного общества "Корпорация "Тактическое ракетное вооружение", г. Королев, Московская область Взнос в уставный капитал открытого акционерного общества "Российская электроника", г. Москва Взнос в уставный капитал открытого акционерного общества "Владыкинский механический завод", г. Москва Взнос в уставный капитал открытого акционерного общества "Информационные телекоммуникационные технологии", г. Санкт-Петербург ФЕДЕРАЛЬНАЯ ЦЕЛЕВАЯ ПРОГРАММА "СОЦИАЛЬНО-ЭКОНОМИЧЕСКОЕ РАЗВИТИЕ ЧЕЧЕНСКОЙ РЕСПУБЛИКИ НА 2008-2011 ГОДЫ" Межбюджетные трансферты Субсидии бюджетам субъектов Российской Федерации и муниципальных образований (межбюджетные субсидии)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Жилищно-коммунальное хозяйство Жилищное хозяйство Бюджетные инвестиции Социальная политика Социальное обеспечение населения Социальные выплаты МЕРОПРИЯТИЯ ПО ОБЕСПЕЧЕНИЮ ЖИЛЬЕМ ИНЫХ КАТЕГОРИЙ ГРАЖДАН НА ОСНОВАНИИ РЕШЕНИЙ ПРАВИТЕЛЬСТВА РОССИЙСКОЙ ФЕДЕРАЦИИ Межбюджетные трансферты Субсидии бюджетам субъектов Российской Федерации и муниципальных образований (межбюджетные субсидии) Иные субсидии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26) дополнить приложением 231 (секретно) следующего содержания</w:t>
      </w:r>
    </w:p>
    <w:p>
      <w:r>
        <w:rPr>
          <w:b/>
        </w:rPr>
        <w:t xml:space="preserve">11. </w:t>
      </w:r>
      <w:r>
        <w:t>слова 1040802 05 01 108 заменить словами 1040802 05 01 108</w:t>
      </w:r>
    </w:p>
    <w:p>
      <w:r>
        <w:rPr>
          <w:b/>
        </w:rPr>
        <w:t xml:space="preserve">11. </w:t>
      </w:r>
      <w:r>
        <w:t>слова 1040802 05 01 117 заменить словами 1040802 05 01 117 28) в приложении 28:</w:t>
      </w:r>
    </w:p>
    <w:p>
      <w:r>
        <w:rPr>
          <w:b/>
        </w:rPr>
        <w:t xml:space="preserve">11. </w:t>
      </w:r>
      <w:r>
        <w:t>слова 058 11 02 4500600 заменить словами 058 11 02 4500600</w:t>
      </w:r>
    </w:p>
    <w:p>
      <w:r>
        <w:rPr>
          <w:b/>
        </w:rPr>
        <w:t xml:space="preserve">11. </w:t>
      </w:r>
      <w:r>
        <w:t>слова 061 05 01 1040802 114 заменить словами Государственное образовательное учреждение дополнительного профессионального образования "Санкт-Петербургская медицинская академия последипломного образования Федерального агентства по здравоохранению и социальному развитию", завершение строительства общежития по проспекту Просвещения, 45, г. Санкт-Петербург 061 05 01 1040802 114</w:t>
      </w:r>
    </w:p>
    <w:p>
      <w:r>
        <w:rPr>
          <w:b/>
        </w:rPr>
        <w:t xml:space="preserve">11. </w:t>
      </w:r>
      <w:r>
        <w:t>слова Государственное образовательное учреждение высшего профессионального образования "Московский государственный институт стали и сплавов (технологический университет)", общежитие, г. Москва 073 05 01 1040802 108 заменить словами "Федеральное государственное образовательное учреждение высшего профессионального образования "Государственный технологический университет "Московский институт стали и сплавов", общежитие, г. Москва 073 05 01 1040802 108</w:t>
      </w:r>
    </w:p>
    <w:p>
      <w:r>
        <w:rPr>
          <w:b/>
        </w:rPr>
        <w:t xml:space="preserve">11. </w:t>
      </w:r>
      <w:r>
        <w:t>слова "Государственное образовательное учреждение высшего профессионального образования "Нижегородский государственный технический университет", г. Нижний Новгород, строительство комплекса общежитий с блоком обслуживания по Казанскому шоссе в Нижегородском районе г. Нижний Новгород (2-я очередь) 073 05 01 1040802 117 заменить словами "Государственное образовательное учреждение высшего профессионального образования "Нижегородский государственный технический университет им. Р.Е.Алексеева", комплекс общежитий с блоком обслуживания по Казанскому шоссе в Нижегородском районе г. Нижний Новгород (2-я очередь строительства) 073 05 01 1040802 117</w:t>
      </w:r>
    </w:p>
    <w:p>
      <w:r>
        <w:rPr>
          <w:b/>
        </w:rPr>
        <w:t xml:space="preserve">11. </w:t>
      </w:r>
      <w:r>
        <w:t>слова Субсидии на проведение закупочных и товарных интервенций продовольственного зерна 082 04 05 2620100 заменить словами Субсидии на проведение закупочных и товарных интервенций продовольственного зерна, залоговых операций 082 04 05 2620100</w:t>
      </w:r>
    </w:p>
    <w:p>
      <w:r>
        <w:rPr>
          <w:b/>
        </w:rPr>
        <w:t xml:space="preserve">11. </w:t>
      </w:r>
      <w:r>
        <w:t>слова Проведение диспансеризации находящихся в стационарных учреждениях детей-сирот и детей, оставшихся без попечения родителей 092 11 05 5052100 заменить словами Проведение диспансеризации пребывающих в стационарных учреждениях детей-сирот и детей, находящихся в трудной жизненной ситуации 092 11 05 5052100</w:t>
      </w:r>
    </w:p>
    <w:p>
      <w:r>
        <w:rPr>
          <w:b/>
        </w:rPr>
        <w:t xml:space="preserve">11. </w:t>
      </w:r>
      <w:r>
        <w:t>слова Субсидии открытому акционерному обществу "Первый канал", открытому акционерному обществу "Телекомпания НТВ" и открытому акционерному обществу "Телерадиокомпания "Петербург" на оплату услуг связи, предоставляемых федеральным государственным унитарным предприятием "Российская телевизионная и радиовещательная сеть" на основе договоров, заключенных на распространение и трансляцию программ в населенных пунктах с численностью населения менее 200 тысяч человек 135 08 03 4530104 заменить словами Субсидии открытому акционерному обществу "Первый канал", открытому акционерному обществу "Телекомпания НТВ" и открытому акционерному обществу "Телерадиокомпания "Петербург"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200 тысяч человек 135 08 03 4530104</w:t>
      </w:r>
    </w:p>
    <w:p>
      <w:r>
        <w:rPr>
          <w:b/>
        </w:rPr>
        <w:t xml:space="preserve">11. </w:t>
      </w:r>
      <w:r>
        <w:t>слова Малое предпринимательство 140 11 02 3450000 заменить словами Малое и среднее предпринимательство 140 11 02 3450000</w:t>
      </w:r>
    </w:p>
    <w:p>
      <w:r>
        <w:rPr>
          <w:b/>
        </w:rPr>
        <w:t xml:space="preserve">11. </w:t>
      </w:r>
      <w:r>
        <w:t>слова Субсидии на государственную поддержку малого предпринимательства, включая крестьянские (фермерские) хозяйства 140 11 02 3450100 заменить словами Субсидии на государственную поддержку малого и среднего предпринимательства, включая крестьянские (фермерские) хозяйства 140 11 02 3450100</w:t>
      </w:r>
    </w:p>
    <w:p>
      <w:r>
        <w:rPr>
          <w:b/>
        </w:rPr>
        <w:t xml:space="preserve">11. </w:t>
      </w:r>
      <w:r>
        <w:t>слова Субсидии автономной некоммерческой организации "Редакция журнала "Российская Федерация сегодня", автономной некоммерческой организации "Парламентская газета" и автономной некоммерческой организации "Редакция газеты "Государственная Дума" 330 01 03 4570100 заменить словами Субсидии автономной некоммерческой организации "Редакция журнала "Российская Федерация сегодня", автономной некоммерческой организации "Парламентская газета" 330 01 03 4570100 л) слова Субсидии автономной некоммерческой организации "Редакция журнала "Российская Федерация сегодня", автономной некоммерческой организации "Парламентская газета" и автономной некоммерческой организации "Редакция газеты "Государственная Дума" 333 01 03 4570100 заменить словами Субсидии автономной некоммерческой организации "Редакция журнала "Российская Федерация сегодня", автономной некоммерческой организации "Парламентская газета" 333 01 03 4570100 29) в приложении 281:</w:t>
      </w:r>
    </w:p>
    <w:p>
      <w:r>
        <w:rPr>
          <w:b/>
        </w:rPr>
        <w:t xml:space="preserve">11. </w:t>
      </w:r>
      <w:r>
        <w:t>слова Осуществление полномочий Российской Федерации по контролю, надзору и выдаче лицензий в области охраны здоровья граждан 060 11 03 0014900 заменить словами Осуществление передаваемых полномочий Российской Федерации в области охраны здоровья граждан 060 11 03 0014900</w:t>
      </w:r>
    </w:p>
    <w:p>
      <w:r>
        <w:rPr>
          <w:b/>
        </w:rPr>
        <w:t xml:space="preserve">11. </w:t>
      </w:r>
      <w:r>
        <w:t>слова Субсидии на проведение закупочных и товарных интервенций продовольственного зерна 082 04 05 2620100 заменить словами Субсидии на проведение закупочных и товарных интервенций продовольственного зерна, залоговых операций 082 04 05 2620100</w:t>
      </w:r>
    </w:p>
    <w:p>
      <w:r>
        <w:rPr>
          <w:b/>
        </w:rPr>
        <w:t xml:space="preserve">11. </w:t>
      </w:r>
      <w:r>
        <w:t>после строки " Государственная программа по оказанию содействия добровольному переселению в Российскую Федерацию соотечественников, проживающих за рубежом " дополнить строкой следующего содержания: " Переселение в Российскую Федерацию соотечественников, проживающих за рубежом "</w:t>
      </w:r>
    </w:p>
    <w:p>
      <w:r>
        <w:rPr>
          <w:b/>
        </w:rPr>
        <w:t xml:space="preserve">11. </w:t>
      </w:r>
      <w:r>
        <w:t>слова Выполнение функций государственными органами 092 03 11 1310000 012 заменить словами Выполнение функций государственными органами 092 03 11 1310100 012</w:t>
      </w:r>
    </w:p>
    <w:p>
      <w:r>
        <w:rPr>
          <w:b/>
        </w:rPr>
        <w:t xml:space="preserve">11. </w:t>
      </w:r>
      <w:r>
        <w:t>слова Проведение диспансеризации находящихся в стационарных учреждениях детей-сирот и детей, оставшихся без попечения родителей 092 11 05 5052100 заменить словами Проведение диспансеризации пребывающих в стационарных учреждениях детей-сирот и детей, находящихся в трудной жизненной ситуации 092 11 05 5052100</w:t>
      </w:r>
    </w:p>
    <w:p>
      <w:r>
        <w:rPr>
          <w:b/>
        </w:rPr>
        <w:t xml:space="preserve">11. </w:t>
      </w:r>
      <w:r>
        <w:t>слова Субсидии открытому акционерному обществу "Первый канал", открытому акционерному обществу "Телекомпания НТВ" и открытому акционерному обществу "Телерадиокомпания "Петербург" на оплату услуг связи, предоставляемых федеральным государственным унитарным предприятием "Российская телевизионная и радиовещательная сеть" на основе договоров, заключенных на распространение и трансляцию программ в населенных пунктах с численностью населения менее 200 тысяч человек 135 08 03 4530104 заменить словами Субсидии открытому акционерному обществу "Первый канал", открытому акционерному обществу "Телекомпания НТВ" и открытому акционерному обществу "Телерадиокомпания "Петербург"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200 тысяч человек 135 08 03 4530104</w:t>
      </w:r>
    </w:p>
    <w:p>
      <w:r>
        <w:rPr>
          <w:b/>
        </w:rPr>
        <w:t xml:space="preserve">11. </w:t>
      </w:r>
      <w:r>
        <w:t>слова Обеспечение создания государственной системы изготовления, оформления и контроля паспортно-визовых документов нового поколения 310 01 14 5260000 заменить словами Обеспечение создания, эксплуатации государственной системы изготовления, оформления и контроля паспортно-визовых документов нового поколения 310 01 14 5260000 30) дополнить приложением 282 следующего содержания: "Приложение 282к Федеральному закону"О федеральном бюджете на 2008 год и на плановый период 2009 и 2010 годов" Изменение ведомственной структуры расходов федерального бюджета на 2008 год, предусмотренной приложением 28 к Федеральному закону "О федеральном бюджете на 2008 год и на плановый период 2009 и 2010 годов" (тыс. рублей) Наименование В С Е Г О МИНИСТЕРСТВО ПРОМЫШЛЕННОСТИ И ЭНЕРГЕТИКИ РОССИЙСКОЙ ФЕДЕРАЦИИ Национальная оборона Другие вопросы в области национальной обороны Реализация государственных функций, связанных с обеспечением национальной обороны Субсидии стратегическим организациям оборонно-промышленного комплекса с целью предупреждения банкротства Субсидии юридическим лицам Национальная экономика Другие вопросы в области национальной экономики Реализация государственных функций в области национальной экономики Государственная поддержка отдельных отраслей промышленности и топливно-энергетического комплекса Субсидии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в 2008-2010 годах на закупку гражданских судов, изготовленных на российских верфях Субсидии юридическим лицам Субсидии дочерним и зависимым акционерным обществам открытого акционерного общества "Объединенная авиастроительная корпорация" на возмещение части затрат на уплату процентов по кредитам, полученным в российских кредитных организациях в 2008-2010 годах на техническое перевооружение на срок до пяти лет Субсидии юридическим лицам Субсидии российским лизинговым компаниям на возмещение части затрат на уплату процентов по кредитам, полученным в российских кредитных организациях в 2008-2010 годах на закупку воздушных судов отечественного производства с последующей передачей их российским авиакомпаниям по договорам лизинга Субсидии юридическим лицам Субсидии открытому акционерному обществу "Производственное объединение "Северное машиностроительное предприятие" на возмещение части затрат на уплату процентов по кредитам, полученным в российских кредитных организациях в 2006-2008 годах на производство продукции для российских потребителей и в рамках государственного оборонного заказа Субсидии юридическим лицам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ПО ЭНЕРГЕТИКЕ Национальная экономика Топливно-энергетический комплекс Мероприятия в топливно-энергетической области Выполнение функций государственными органами Дополнительное пенсионное обеспечение (негосударственные пенсии) работников организаций по добыче (переработке) угля (горючих сланцев), подразделений военизированных аварийно-спасательных частей и шахтостроительных организаций в соответствии с Федеральным законом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Выполнение функций государственными органами ФЕДЕРАЛЬНАЯ СЛУЖБА ПО НАДЗОРУ В СФЕРЕ ПРИРОДОПОЛЬЗОВАНИЯ Охрана окружающей среды Прикладные научные исследования в области охраны окружающей среды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ПО НЕДРОПОЛЬЗОВАНИЮ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МИНИСТЕРСТВО ПРИРОДНЫХ РЕСУРСОВ РОССИЙСКОЙ ФЕДЕРАЦИИ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ВОДНЫХ РЕСУРСОВ Национальная экономика Водные ресурсы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Водохозяйственные мероприятия Мероприятия в области использования, охраны водных объектов и гидротехнических сооружений Выполнение функций бюджетными учреждениями Мероприятия по информационному обеспечению и другие работы в области водных ресурсов Выполнение функций бюджетными учреждениями Выполнение функций государственными органами Водоохранные и водохозяйственные учреждения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Межбюджетные трансферты Субсидии бюджетам субъектов Российской Федерации и муниципальных образований (межбюджетные субсидии) Водохозяйственные мероприятия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Фонд софинансирования ФЕДЕРАЛЬНОЕ АГЕНТСТВО ЛЕСНОГО ХОЗЯЙСТВА Национальная экономика Лесное хозяйство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Учреждения, обеспечивающие предоставление услуг в сфере лесных отношений Обеспечение деятельности подведомственных учреждений Выполнение функций бюджетными учреждениями Образование Среднее профессиональное образование Средние специальные учебные заведения Обеспечение деятельности подведомственных учреждений Выполнение функций бюджетными учреждениями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МИНИСТЕРСТВО ЗДРАВООХРАНЕНИЯ И СОЦИАЛЬНОГО РАЗВИТИЯ РОССИЙСКОЙ ФЕДЕРАЦИИ Здравоохранение, физическая культура и спорт Амбулаторная помощь Реализация государственных функций в области здравоохранения, cпорта и туризма Централизованные закупки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Выполнение функций государственными органами Другие вопросы в области здравоохранения, физической культуры и спорта Руководство и управление в сфере установленных функций Центральный аппарат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Социальная политика Социальное обслуживание населения Реализация государственных функций в области социальной политики Мероприятия в области социальной политики Выполнение функций государственными органами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Социальная помощь Обеспечение инвалидов транспортными средствами Социальные выплаты Межбюджетные трансферты Субсидии бюджетам субъектов Российской Федерации и муниципальных образований (межбюджетные субсидии) Федеральные целевые программы Федеральная целевая программа "Предупреждение и борьба с социально значимыми заболеваниями (2007-2011 годы)" Подпрограмма "Психические расстройства"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медицинских центров по оказанию специализированной медицинской помощи в области акушерства, гинекологии и неонатологии (перинатальных центров)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Реализация государственных функций в области здравоохранения, cпорта и туризма Осуществление организационных мероприятий по обеспечению граждан лекарственными средствами, предназначенными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Фонд софинансирования Иные межбюджетные трансферты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Иные субсидии Иные безвозмездные и безвозвратные перечисления Средства, передаваемые для компенсации дополнительных расходов, возникших в результате решений, принятых органами власти другого уровня Иные межбюджетные трансферты Отдельные полномочия в области лекарственного обеспечения Иные межбюджетные трансферты МИНИСТЕРСТВО КУЛЬТУРЫ И МАССОВЫХ КОММУНИКАЦИЙ РОССИЙСКОЙ ФЕДЕРАЦИИ Общегосударственные вопросы Международные отношения и международное сотрудничество Международное сотрудничество Взносы в международные организации Выполнение международных обязательств Культура, кинематография, средства массовой информации Культура Федеральные целевые программы Федеральная целевая программа "Культура России (2006-2010 годы)"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Мероприятия в сфере культуры, кинематографии, средств массовой информации Государственная поддержка в сфере культуры, кинематографии, средств массовой информации Выполнение функций государственными органами Другие вопросы в области культуры, кинематографии, средств массовой информации Руководство и управление в сфере установленных функций Центральный аппарат Выполнение функций государственными органами Международное сотрудничество Обеспечение мероприятий, предусмотренных соглашениями с международными финансовыми организациями Реализация соглашений с международными финансовыми организациями Выполнение международных обязательств Софинансирование, связанное с реализацией соглашений с международными финансовыми организациями Выполнение международных обязательств Мероприятия в сфере культуры, кинематографии, средств массовой информации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Прочие расходы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Межбюджетные трансферты Субсидии бюджетам субъектов Российской Федерации и муниципальных образований (межбюджетные субсидии)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ФЕДЕРАЛЬНОЕ АГЕНТСТВО ПО КУЛЬТУРЕ И КИНЕМАТОГРАФИИ Культура, кинематография, средства массовой информации Культура Дворцы и дома культуры, другие учреждения культуры и средств массовой информации Обеспечение деятельности подведомственных учреждений Выполнение функций бюджетными учреждениями Театры, цирки, концертные и другие организации исполнительских искусств Обеспечение деятельности подведомственных учреждений Выполнение функций бюджетными учреждениями Мероприятия в сфере культуры, кинематографии, средств массовой информации Государственная поддержка в сфере культуры, кинематографии, средств массовой информации Выполнение функций государственными органами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Прочие расходы Мероприятия по патриотическому воспитанию граждан Российской Федерации Выполнение функций государственными органами Кинематография Мероприятия в сфере культуры, кинематографии, средств массовой информации Мероприятия по патриотическому воспитанию граждан Российской Федерации Выполнение функций государственными органами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ПО НАДЗОРУ В СФЕРЕ ЗДРАВООХРАНЕНИЯ И СОЦИАЛЬНОГО РАЗВИТИЯ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ПО ЗДРАВООХРАНЕНИЮ И СОЦИАЛЬНОМУ РАЗВИТИЮ Образование Среднее профессиональное образование Средние специальные учебные заведения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образования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федеральных центров высоких медицинских технологий, осуществляемое в рамках национального проекта Федеральный центр сердечно-сосудистой хирургии, г. Красноярск Федеральный центр нейрохирургии, г. Тюмень Федеральный центр сердечно-сосудистой хирургии, г. Хабаровск Федеральный научно-клинический центр детской гематологии, онкологии и иммунологии, г. Москва Федеральный центр травматологии, ортопедии и эндопротезирования, г. Барнаул Федеральный центр травматологии, ортопедии и эндопротезирования, г. Владивосток Федеральный центр сердечно-сосудистой хирургии, г. Калининград Федеральный центр нейрохирургии, г. Новосибирск Федеральный центр сердечно-сосудистой хирургии, г. Пермь Федеральный центр травматологии, ортопедии и эндопротезирования, г. Смоленск Федеральный центр сердечно-сосудистой хирургии, г. Челябинск Строительство медицинских центров по оказанию специализированной медицинской помощи в области акушерства, гинекологии и неонатологии (перинатальных центров) Бюджетные инвестиции Больницы, клиники, госпитали, медико-санитарные части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Реализация государственных функций в области здравоохранения, cпорта и туризма Централизованные закупки оборудования и расходных материалов для неонатального и аудиологического скрининга Выполнение функций государственными органами Совершенствование организации медицинской помощи пострадавшим при дорожно-транспортных происшествиях Выполнение функций государственными органами Централизованные закупки медикаментов и медицинского оборудования Выполнение функций государственными органами Амбулаторная помощь Поликлиники, амбулатории, диагностические центры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Реализация государственных функций в области здравоохранения, cпорта и туризма Централизованные закупки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Выполнение функций бюджетными учреждениями Скорая медицинская помощь Реализация государственных функций в области здравоохранения, cпорта и туризма Совершенствование организации медицинской помощи пострадавшим при дорожно-транспортных происшествиях Выполнение функций государственными органами Санаторно-оздоровительная помощь Санатории для больных туберкулезом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Санатории для детей и подростков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Санатории, пансионаты, дома отдыха и турбазы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Заготовка, переработка, хранение и обеспечение безопасности донорской крови и ее компонентов Центры, станции и отделения переливания крови Обеспечение деятельности подведомственных учреждений Выполнение функций бюджетными учреждениями Прикладные научные исследования в области здравоохранения, физической культуры и спорта Прикладные научные исследования и разработки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Другие вопросы в области здравоохранения, физической культуры и спорта Центральный аппарат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Федеральный научно-клинический центр детской гематологии, онкологии и иммунологии, г. Москва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