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наименованиях географических объектов"</w:t>
      </w:r>
    </w:p>
    <w:p>
      <w:r>
        <w:rPr>
          <w:b/>
        </w:rPr>
        <w:t>Статья None. Федеральный закон   от 27.10.2008 № 191-ФЗ</w:t>
      </w:r>
    </w:p>
    <w:p>
      <w:r>
        <w:t>О внесении изменений в Федеральный закон "О наименованиях географических объектов" РОССИЙСКАЯ ФЕДЕРАЦИЯ ФЕДЕРАЛЬНЫЙ ЗАКОН О внесении изменений в Федеральный закон "О наименованиях географических объектов" Принят Государственной Думой 10 октября 2008 года Одобрен Советом Федерации 15 октября 2008 года (В редакции Федерального закона от 10.07.2012 № 99-ФЗ ) Внести в Федеральный закон от 18 декабря 1997 года № 152-ФЗ "О наименованиях географических объектов" (Собрание законодательства Российской Федерации, 1997, № 51, ст. 5718; 2008, № 30, ст. 3616) следующие изменения</w:t>
      </w:r>
    </w:p>
    <w:p>
      <w:r>
        <w:t>в статье 1: а) абзац второй изложить в следующей редакции: "географические объекты - существующие или существовавшие относительно устойчивые, характеризующиеся определенным местоположением целостные образования Земли: материки, океаны, моря, заливы, проливы, острова, горы, реки, озера, ледники, пустыни и иные природные объекты; республики, края, области, автономная область, автономные округа; города, в том числе города федерального значения, и другие населенные пункты; районы, административные районы, аймаки, кожууны, национальные районы, улусы, волости, поселковые советы, наслеги, сельские советы, национальные сельские советы, сельские округа, сомоны, станичные округа и другие административно-территориальные образования (административно-территориальные единицы); железнодорожные станции, морские порты и речные порты, аэропорты;"; б) (Утратил силу - Федеральный закон от 10.07.2012 № 99-ФЗ ) 2) статью 3 изложить в следующей редакции: " Статья 3. Сфера действия настоящего Федерального закона Действие настоящего Федерального закона распространяется на деятельность в области установления, нормализации, употребления, регистрации, учета и сохранения наименований географических объектов, указанных в статье 1 настоящего Федерального закона, географических объектов континентального шельфа и исключительной экономической зоны Российской Федерации, а также географических объектов, открытых или выделенных российскими исследователями в пределах открытого моря и Антарктики, если иное не предусмотрено международными договорами Российской Федерации."</w:t>
      </w:r>
    </w:p>
    <w:p>
      <w:r>
        <w:t>в абзаце шестом статьи 4 слова "специально уполномоченного федерального органа исполнительной власти в области наименований географических объектов" заменить словами "федерального органа исполнительной власти, уполномоченного в области наименований географических объектов,"</w:t>
      </w:r>
    </w:p>
    <w:p>
      <w:r>
        <w:t>в статье 5: а) наименование изложить в следующей редакции: "Статья 5. Федеральный орган исполнительной власти, уполномоченный в области наименований географических объектов"; б) слова "Специально уполномоченный федеральный орган исполнительной власти в области наименований географических объектов" заменить словами "Федеральный орган исполнительной власти, уполномоченный в области наименований географических объектов,"</w:t>
      </w:r>
    </w:p>
    <w:p>
      <w:r>
        <w:t>в части 1 статьи 6 слова "специально уполномоченным федеральным органом исполнительной власти в области наименований географических объектов" заменить словами "федеральным органом исполнительной власти, уполномоченным в области наименований географических объектов"</w:t>
      </w:r>
    </w:p>
    <w:p>
      <w:r>
        <w:t>в статье 7: а) (Утратил силу - Федеральный закон от 10.07.2012 № 99-ФЗ ) б) в абзаце третьем части 2 слова "территориального образования" заменить словами "административно-территориального образования (административно-территориальной единицы)"; в) в абзаце втором части 3 слова "территориального образования" заменить словами "административно-территориального образования (административно-территориальной единицы)"</w:t>
      </w:r>
    </w:p>
    <w:p>
      <w:r>
        <w:t>в статье 8: а) в части 1: абзац первый после слова "осуществляется" дополнить словами "федеральным органом исполнительной власти, уполномоченным в области наименований географических объектов,"; (Абзац утратил силу - Федеральный закон от 10.07.2012 № 99-ФЗ ) (Абзац утратил силу - Федеральный закон от 10.07.2012 № 99-ФЗ ) б) абзац второй части 2 после слов "географических объектов Российской Федерации," дополнить словами "географических объектов континентального шельфа и исключительной экономической зоны Российской Федерации,"</w:t>
      </w:r>
    </w:p>
    <w:p>
      <w:r>
        <w:t>в статье 9: а) в части 1: абзац второй после слов "географическим объектам Российской Федерации" дополнить словами ", за исключением железнодорожных станций, морских портов и речных портов, аэропортов,", после слов "географических объектов Российской Федерации" дополнить словами ", за исключением железнодорожных станций, морских портов и речных портов, аэропортов,"; абзац третий изложить в следующей редакции: "Предложения о присвоении наименований железнодорожным станциям, морским портам и речным портам, аэропортам, географическим объектам в пределах внутренних вод, географическим объектам территориального моря, континентального шельфа и исключительной экономической зоны Российской Федерации, географическим объектам, открытым или выделенным российскими исследователями в пределах открытого моря и Антарктики, или о переименовании указанных географических объектов направляются в федеральный орган исполнительной власти, уполномоченный в области наименований географических объектов."; б) в абзаце втором части 2 слова "специально уполномоченный федеральный орган исполнительной власти в области наименований географических объектов" заменить словами "федеральный орган исполнительной власти, уполномоченный в области наименований географических объектов"; в) в части 3 слова "Специально уполномоченный федеральный орган исполнительной власти в области наименований географических объектов рассматривает предложения о присвоении наименований географическим объектам и о переименовании географических объектов" заменить словами "Федеральный орган исполнительной власти, осуществляющий функции по рассмотрению предложений о присвоении наименований географическим объектам и переименовании географических объектов, рассматривает такие предложения"; г) часть 4 изложить в следующей редакции: "4. Присвоение наименований республикам, краям, областям, городам федерального значения, автономной области, автономным округам и переименование республик, краев, областей, городов федерального значения, автономной области, автономных округов осуществляются в соответствии с законодательством Российской Федерации. Присвоение наименований столицам и административным центрам субъектов Российской Федерации и переименование столиц и административных центров субъектов Российской Федерации осуществляются федеральными законами по представлениям органов государственной власти субъектов Российской Федерации. Переименование городов Российской Федерации осуществляется федеральными законами по представлениям органов государственной власти субъектов Российской Федерации."; д) в части 5: абзац первый после слов "административных центров субъектов Российской Федерации," дополнить словами "железнодорожных станций, морских портов и речных портов, аэропортов,", после слов "по представлениям" дополнить словами "органов государственной власти"; в абзаце втором слова "и городов Российской Федерации," заменить словами ", городов Российской Федерации, железнодорожных станций, морских портов и речных портов, аэропортов,", после слов "по представлениям" дополнить словами "органов государственной власти"; абзац третий изложить в следующей редакции: "Присвоение наименований железнодорожным станциям, морским портам и речным портам, аэропортам, географическим объектам в пределах внутренних вод, географическим объектам территориального моря, континентального шельфа и исключительной экономической зоны Российской Федерации, географическим объектам, открытым или выделенным российскими исследователями в пределах открытого моря и Антарктики, или переименование указанных географических объектов осуществляется Правительством Российской Федерации по представлению федерального органа исполнительной власти, уполномоченного в области наименований географических объектов."</w:t>
      </w:r>
    </w:p>
    <w:p>
      <w:r>
        <w:t>в статье 10: а) в части 2 слова "специально уполномоченный федеральный орган исполнительной власти в области наименований географических объектов" заменить словами "федеральный орган исполнительной власти, уполномоченный в области наименований географических объектов"; б) в абзаце втором части 3 слова "со специально уполномоченным федеральным органом исполнительной власти в области наименований географических объектов" заменить словами "с федеральным органом исполнительной власти, уполномоченным в области наименований географических объектов". Президент Российской Федерации Д.Медведев Москва, Кремль 27 октября 2008 года № 191-ФЗ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