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Договор об учреждении Евразийского экономического сообщества от 10 октября 2000 года</w:t>
      </w:r>
    </w:p>
    <w:p>
      <w:r>
        <w:rPr>
          <w:b/>
        </w:rPr>
        <w:t>Статья None. Федеральный закон   от 27.10.2008 № 192-ФЗ</w:t>
      </w:r>
    </w:p>
    <w:p>
      <w:r>
        <w:t>О ратификации Протокола о внесении изменений в Договор об учреждении Евразийского экономического сообщества от 10 октября 2000 года РОССИЙСКАЯ ФЕДЕРАЦИЯ ФЕДЕРАЛЬНЫЙ ЗАКОН О ратификации Протокола о внесении изменений в Договор об учреждении Евразийского экономического сообщества от 10 октября 2000 года Принят Государственной Думой 8 октября 2008 года Одобрен Советом Федерации 15 октября 2008 года Ратифицировать Протокол о внесении изменений в Договор об учреждении Евразийского экономического сообщества от 10 октября 2000 года, подписанный в городе Душанбе 6 октября 2007 года. Президент Российской Федерации Д.Медведев Москва, Кремль 27 октября 2008 года № 192-ФЗ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