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"Об отходах производства и потребления"</w:t>
      </w:r>
    </w:p>
    <w:p>
      <w:r>
        <w:rPr>
          <w:b/>
        </w:rPr>
        <w:t>Статья None. Федеральный закон   от 08.11.2008 № 196-ФЗ</w:t>
      </w:r>
    </w:p>
    <w:p>
      <w:r>
        <w:t>О внесении изменения в статью 12 Федерального закона "Об отходах производства и потребления" РОССИЙСКАЯ ФЕДЕРАЦИЯ ФЕДЕРАЛЬНЫЙ ЗАКОН О внесении изменения в статью 12 Федерального закона "Об отходах производства и потребления" Принят Государственной Думой 17 октября 2008 года Одобрен Советом Федерации 27 октября 2008 года Внести в пункт 5 статьи 12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2008, № 30, ст. 3616) изменение, заменив слова "на территориях городских и других поселений," словами "в границах населенных пунктов,". Президент Российской Федерации Д.Медведев Москва, Кремль 8 ноября 2008 года № 196-ФЗ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