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Народной Республикой Бангладеш</w:t>
      </w:r>
    </w:p>
    <w:p>
      <w:r>
        <w:rPr>
          <w:b/>
        </w:rPr>
        <w:t>Статья None. Федеральный закон   от 08.11.2008 № 198-ФЗ</w:t>
      </w:r>
    </w:p>
    <w:p>
      <w:r>
        <w:t>О ратификации Консульской конвенции между Российской Федерацией и Народной Республикой Бангладеш РОССИЙСКАЯ ФЕДЕРАЦИЯ ФЕДЕРАЛЬНЫЙ ЗАКОН О ратификации Консульской конвенции между Российской Федерацией и Народной Республикой Бангладеш Принят Государственной Думой 17 октября 2008 года Одобрен Советом Федерации 27 октября 2008 года Ратифицировать Консульскую конвенцию между Российской Федерацией и Народной Республикой Бангладеш, подписанную в городе Москве 3 сентября 2007 года. Президент Российской Федерации Д.Медведев Москва, Кремль 8 ноября 2008 года № 198-ФЗ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