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Филиппины об условиях взаимных поездок владельцев дипломатических и служебных (официальных) паспортов</w:t>
      </w:r>
    </w:p>
    <w:p>
      <w:r>
        <w:rPr>
          <w:b/>
        </w:rPr>
        <w:t>Статья None. Федеральный закон   от 08.11.2008 № 199-ФЗ</w:t>
      </w:r>
    </w:p>
    <w:p>
      <w:r>
        <w:t>О ратификации Соглашения между Правительством Российской Федерации и Правительством Республики Филиппины об условиях взаимных поездок владельцев дипломатических и служебных (официальных) паспортов РОССИЙСКАЯ ФЕДЕРАЦИЯ ФЕДЕРАЛЬНЫЙ ЗАКОН О ратификации Соглашения между Правительством Российской Федерации и Правительством Республики Филиппины об условиях взаимных поездок владельцев дипломатических и служебных (официальных) паспортов Принят Государственной Думой 17 октября 2008 года Одобрен Советом Федерации 27 октября 2008 года Ратифицировать Соглашение между Правительством Российской Федерации и Правительством Республики Филиппины об условиях взаимных поездок владельцев дипломатических и служебных (официальных) паспортов, подписанное в городе Маниле 3 августа 2007 года. Президент Российской Федерации Д.Медведев Москва, Кремль 8 ноября 2008 года № 199-ФЗ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