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медико-психологической реабилитации военнослужащих</w:t>
      </w:r>
    </w:p>
    <w:p>
      <w:r>
        <w:rPr>
          <w:b/>
        </w:rPr>
        <w:t>Статья 1</w:t>
      </w:r>
    </w:p>
    <w:p>
      <w:r>
        <w:t>(Утратила силу - Федеральный закон от 21.11.2011 № 323-ФЗ)</w:t>
      </w:r>
    </w:p>
    <w:p>
      <w:r>
        <w:rPr>
          <w:b/>
        </w:rPr>
        <w:t>Статья 2</w:t>
      </w:r>
    </w:p>
    <w:p>
      <w:r>
        <w:t>Внести в Федеральный закон от 27 мая 1998 года № 76-ФЗ "О статусе военнослужащих" (Собрание законодательства Российской Федерации, 1998, № 22, ст. 2331; 2000, № 1, ст. 12; № 33, ст. 3348; 2001, № 31, ст. 3173; 2003, № 46, ст. 4437; 2004, № 18, ст. 1687; № 35, ст. 3607; 2006, № 6, ст. 637; № 19, ст. 2062; № 29, ст. 3122; № 31, ст. 3452; № 50, ст. 5281) следующие изменения</w:t>
      </w:r>
    </w:p>
    <w:p>
      <w:r>
        <w:t>в статье 11: а) второе предложение абзаца первого пункта 3 изложить в следующей редакции: "Дополнительные сутки отдыха, компенсирующего военнослужащим участие в указанных мероприятиях, в счет основного и дополнительных отпусков не засчитываются и предоставляются в порядке и на условиях, которые определяются Положением о порядке прохождения военной службы."; б) дополнить пунктом 91 следующего содержания: "91. Военнослужащим, подлежащим медико-психологической реабилитации в соответствии с пунктом 21 статьи 16 настоящего Федерального закона, на период медико-психологической реабилитации предоставляются реабилитационные отпуска в порядке, определяемом Положением о порядке прохождения военной службы."</w:t>
      </w:r>
    </w:p>
    <w:p>
      <w:r>
        <w:t>в статье 16: а) дополнить пунктом 21 следующего содержания: "21. Военнослужащие после выполнения ими задач, неблагоприятно отражающихся на состоянии здоровья, при наличии показаний к медико-психологической реабилитации подлежат медико-психологической реабилитации продолжительностью до 30 суток. Предусмотренная настоящим пунктом медико-психологическая реабилитация проводится для военнослужащих бесплатно. Перечень показаний к медико-психологической реабилитации и соответствующую им продолжительность медико-психологической реабилитации, перечень категорий военнослужащих, подлежащих при наличии указанных показаний медико-психологической реабилитации, порядок и места проведения медико-психологической реабилитации определяет Министерство обороны Российской Федерации (иной федеральный орган исполнительной власти, в котором федеральным законом предусмотрена военная служба)."; б) в абзаце первом пункта 5 цифры "2 - 4" заменить словами "2, 3 и 4"; в) абзац первый пункта 7 после слов "медицинской помощи," дополнить словами "проведением медико-психологической реабилитации,"</w:t>
      </w:r>
    </w:p>
    <w:p>
      <w:r>
        <w:rPr>
          <w:b/>
        </w:rPr>
        <w:t>Статья 3</w:t>
      </w:r>
    </w:p>
    <w:p>
      <w:r>
        <w:t>Внести в статью 19 Федерального закона от 6 марта 2006 года № 35-ФЗ "О противодействии терроризму" (Собрание законодательства Российской Федерации, 2006, № 11, ст. 1146) следующие изменения: а) наименование дополнить словами ", и лиц, участвующих в борьбе с терроризмом"; б) слово "Социальная" заменить словами "1. Социальная"; в) дополнить частью 2 следующего содержания: "2. Для лиц, указанных в статье 20 настоящего Федерального закона, федеральными законами и иными нормативными правовыми актами Российской Федерации помимо социальной реабилитации могут быть предусмотрены реабилитационные мероприятия иного характера.".</w:t>
      </w:r>
    </w:p>
    <w:p>
      <w:r>
        <w:rPr>
          <w:b/>
        </w:rPr>
        <w:t>Статья 4</w:t>
      </w:r>
    </w:p>
    <w:p>
      <w:r>
        <w:t>Финансирование расходов на предусмотренную пунктом 21 статьи 16 Федерального закона от 27 мая 1998 года № 76-ФЗ "О статусе военнослужащих" (в редакции настоящего Федерального закона) медико-психологическую реабилитацию военнослужащих производится за счет средств, выделяемых Министерству обороны Российской Федерации (иному федеральному органу исполнительной власти, в котором федеральным законом предусмотрена военная служба) из федерального бюджета в соответствии с федеральным законом о федеральном бюджете на очередной финансовый год и плановый период, в порядке, установленном пунктом 7 статьи 16 Федерального закона от 27 мая 1998 года № 76-ФЗ "О статусе военнослужащих" (в редакции настоящего Федерального закона).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 1 января 2009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