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2008 год и на плановый период 2009 и 2010 годов"</w:t>
      </w:r>
    </w:p>
    <w:p>
      <w:r>
        <w:rPr>
          <w:b/>
        </w:rPr>
        <w:t>Статья 1</w:t>
      </w:r>
    </w:p>
    <w:p>
      <w:r>
        <w:t>Внести в Федеральный закон от 24 июля 2007 года № 198-ФЗ "О федеральном бюджете на 2008 год и на плановый период 2009 и 2010 годов" (Собрание законодательства Российской Федерации, 2007, № 31, ст. 3995; № 48, ст. 5813; № 49, ст. 6079; 2008, № 10, ст. 894; № 30, ст. 3578) следующие изменения: 1) в статье 7: а) пункт 1 части 1 изложить в следующей редакции: "1) на 2008 год согласно приложениям 10, 101, 102, 103, 11 (секретно), 111 (секретно), 112 (секретно) и 113 (секретно) к настоящему Федеральному закону;"; б) в части 2 слова "в сумме 1 330 179 379,4 тыс. рублей" заменить словами "в сумме 1 333 797 186,5 тыс. рублей"; в) пункт 1 части 3 изложить в следующей редакции: "1) на 2008 год согласно приложениям 14 (секретно), 141 (секретно) и 142 (секретно) к настоящему Федеральному закону;"; г) в части 4 слова "приложениями 14 (секретно) и 141 (секретно)" заменить словами "приложениями 14 (секретно), 141 (секретно) и 142 (секретно)"; д) пункт 1 части 5 изложить в следующей редакции: "1) на 2008 год согласно приложениям 16, 161, 162, 163, 17 (секретно), 171 (секретно), 172 (секретно), 173 (секретно), 18 (совершенно секретно), 181 (совершенно секретно) и 182 (совершенно секретно) к настоящему Федеральному закону;"; е) пункт 1 части 6 изложить в следующей редакции: "1) на 2008 год согласно приложениям 22, 221, 222, 223, 23 (секретно), 231 (секретно), 232 (секретно) и 24 (совершенно секретно) к настоящему Федеральному закону;"; ж) пункт 1 части 7 изложить в следующей редакции: "1) на 2008 год согласно приложениям 28, 281, 282, 283, 29 (секретно), 291 (секретно), 292 (секретно), 293 (секретно), 30 (совершенно секретно), 301 (совершенно секретно), 302 (совершенно секретно) и 303 (совершенно секретно) к настоящему Федеральному закону;"; 2) в статье 13: а) в части 1: в пункте 2 слова "в сумме 8 000 000,0 тыс. рублей и в 2009 году в сумме 4 000 000,0 тыс. рублей" заменить словами "в сумме 12 000 000,0 тыс. рублей"; в пункте 4 слова "в сумме 6 000 000,0 тыс. рублей и в 2009 году в сумме 8 000 000,0 тыс. рублей" заменить словами "в сумме 66 000 000,0 тыс. рублей"; в пункте 9 слова "Федеральная гидрогенерирующая компания" заменить словами "РусГидро"; в пункте 10 слова "Системный оператор - Центральное диспетчерское управление Единой энергетической системы" заменить словами "Системный оператор Единой энергетической системы"; в пункте 111 слова "в сумме 1 500 000,0 тыс. рублей" заменить словами "в сумме 24 575 000,0 тыс. рублей"; в пункте 12: в абзаце пятнадцатом слова "в 2008 году в сумме 31 000,0 тыс. рублей, в 2009 году в сумме 38 000,0 тыс. рублей" заменить словами "в 2009 году в сумме 69 000,0 тыс. рублей"; в абзаце шестнадцатом слова "в 2008 году в сумме 14 000,0 тыс. рублей, в 2009 году в сумме 15 000,0 тыс. рублей" заменить словами "в 2009 году в сумме 29 000,0 тыс. рублей"; абзац двадцать третий признать утратившим силу; в абзаце двадцать четвертом слова "в сумме 1 950 000,0 тыс. рублей" заменить словами "в сумме 2 450 000,0 тыс. рублей"; в абзаце тридцатом слова "в 2008 году в сумме 98 000,0 тыс. рублей, в 2009 году в сумме 101 000,0 тыс. рублей" заменить словами "в 2009 году в сумме 199 000,0 тыс. рублей"; в абзаце тридцать первом слова "в 2008 году в сумме 470 500,0 тыс. рублей, в 2009 году в сумме 1 147 500,0 тыс. рублей" заменить словами "в 2009 году в сумме 1 618 000,0 тыс. рублей"; б) дополнить частью 4 следующего содержания: "4. Правительство Российской Федерации вправе направить в 2008 году бюджетные ассигнования в виде имущественного взноса в уставный капитал государственной корпорации "Банк развития и внешнеэкономической деятельности (Внешэкономбанк)" на реализацию мер по поддержке финансового рынка Российской Федерации в сумме 75 000 000,0 тыс. рублей."; в) дополнить частью 5 следующего содержания: "5. Правительство Российской Федерации в целях формирования источников расходов государственной корпорации "Агентство по страхованию вкладов", предусмотренных федеральными законами, вправе в 2008 году осуществить имущественный взнос Российской Федерации в государственную корпорацию "Агентство по страхованию вкладов" в размере до 200 000 000,0 тыс. рублей для его использования в порядке, установленном Советом директоров указанной государственной корпорации, за счет остатков средств федерального бюджета, направляемых на покрытие временных кассовых разрывов, возникающих в ходе исполнения федерального бюджета."; 3) в части 1 статьи 16 слова ", не выходящий за пределы 2008 года," заменить словами "не более года"; 4) в части 5 статьи 25 слова "в объеме до 100 000 000,0 тыс. рублей" заменить словами "в объеме до 200 000 000,0 тыс. рублей"; 5) в статье 29: а) часть 3 дополнить пунктами 37 - 42 следующего содержания: "37) направление бюджетных ассигнований на строительство и приобретение жилых помещений для постоянного проживания военнослужащих федеральных органов исполнительной власти, в которых законом предусмотрена военная служба, в соответствии с частью 12 настоящей статьи; 38) перераспределение средств Инвестиционного фонда Российской Федерации на предоставление субсидий бюджетам субъектов Российской Федерации на компенсацию сельскохозяйственным товаропроизводителям части расходов на дизельное топливо, использованное на проведение сезонных сельскохозяйственных работ, в соответствии с частью 13 настоящей статьи; 39) перераспределение бюджетных ассигнований, предусмотренных Министерству экономического развития Российской Федерации для предоставления субсидий бюджетам субъектов Российской Федерации на поддержку малого и среднего предпринимательства, другим главным распорядителям средств федерального бюджета на осуществление бюджетных инвестиций в объекты государственной собственности Российской Федерации в целях создания инфраструктуры поддержки малого и среднего предпринимательства в научно-технической сфере; 40) осуществление имущественного взноса Российской Федерации в соответствии с частью 5 статьи 13 настоящего Федерального закона; 41) направление бюджетных ассигнований Инвестиционного фонда Российской Федерации на Программу предоставления государственных финансовых и государственных экспортных кредитов на 2008 год в соответствии с частью 14 настоящей статьи; 42) перераспределение бюджетных ассигнований, предусмотренных на предоставление субсидий в виде имущественного взноса в Государственную корпорацию по строительству олимпийских объектов и развитию города Сочи как горноклиматического курорта, на мероприятия подпрограммы "Выполнение государственных обязательств по обеспечению жильем категорий граждан, установленных федеральным законодательством" (второй этап) федеральной целевой программы "Жилище" на 2002 - 2010 годы в соответствии с частью 16 настоящей статьи;"; б) дополнить частями 12 - 17 следующего содержания: "12. Правительство Российской Федерации вправе в 2008 году бюджетные ассигнования, предусмотренные Федеральному дорожному агентству по подразделу "Дорожное хозяйство" раздела "Национальная экономика" на реализацию подпрограммы "Автомобильные дороги" федеральной целевой программы "Модернизация транспортной системы России (2002 - 2010 годы)" и подпрограммы "Развитие г. Владивостока как центра международного сотрудничества в Азиатско-Тихоокеанском регионе" федеральной целевой программы "Экономическое и социальное развитие Дальнего Востока и Забайкалья на период до 2013 года", направить Министерству обороны Российской Федерации на строительство и приобретение жилых помещений для постоянного проживания военнослужащих федеральных органов исполнительной власти, в которых законом предусмотрена военная служба, в сумме до 21 000 000,0 тыс. рублей.</w:t>
      </w:r>
    </w:p>
    <w:p>
      <w:r>
        <w:rPr>
          <w:b/>
        </w:rPr>
        <w:t xml:space="preserve">13. </w:t>
      </w:r>
      <w:r>
        <w:t>Правительство Российской Федерации вправе в случае неполного использования средств Инвестиционного фонда Российской Федерации направить бюджетные ассигнования в сумме до 10 000 000,0 тыс. рублей на предоставление субсидий бюджетам субъектов Российской Федерации на компенсацию сельскохозяйственным товаропроизводителям части расходов на дизельное топливо, использованное на проведение сезонных сельскохозяйственных работ. Порядок распределения указанных субсидий устанавливается Правительством Российской Федерации</w:t>
      </w:r>
    </w:p>
    <w:p>
      <w:r>
        <w:rPr>
          <w:b/>
        </w:rPr>
        <w:t xml:space="preserve">14. </w:t>
      </w:r>
      <w:r>
        <w:t>Правительство Российской Федерации вправе в случае неполного использования средств Инвестиционного фонда Российской Федерации направить бюджетные ассигнования в рублевом эквиваленте суммы до 500,0 млн. долларов США на Программу предоставления государственных финансовых и государственных экспортных кредитов на 2008 год</w:t>
      </w:r>
    </w:p>
    <w:p>
      <w:r>
        <w:rPr>
          <w:b/>
        </w:rPr>
        <w:t xml:space="preserve">15. </w:t>
      </w:r>
      <w:r>
        <w:t>Правительство Российской Федерации вправе направить в 2008 году в установленном им порядке средства федерального бюджета в размере до 175 000 000,0 тыс. рублей на реализацию мер по поддержке финансового рынка и отраслей экономики Российской Федерации</w:t>
      </w:r>
    </w:p>
    <w:p>
      <w:r>
        <w:rPr>
          <w:b/>
        </w:rPr>
        <w:t xml:space="preserve">16. </w:t>
      </w:r>
      <w:r>
        <w:t>Правительство Российской Федерации вправе в случае неполного использования бюджетных ассигнований, предусмотренных на предоставление субсидий в виде имущественного взноса в Государственную корпорацию по строительству олимпийских объектов и развитию города Сочи как горноклиматического курорта, направить бюджетные ассигнования в сумме до 11 601 000,0 тыс. рублей на реализацию мероприятий подпрограммы "Выполнение государственных обязательств по обеспечению жильем категорий граждан, установленных федеральным законодательством" (второй этап) федеральной целевой программы "Жилище" на 2002 - 2010 годы</w:t>
      </w:r>
    </w:p>
    <w:p>
      <w:r>
        <w:rPr>
          <w:b/>
        </w:rPr>
        <w:t xml:space="preserve">17. </w:t>
      </w:r>
      <w:r>
        <w:t>Установить, что бюджетные ассигнования, предусмотренные Министерству регионального развития Российской Федерации на строительство объектов социального и производственного комплексов, в том числе объектов общегражданского назначения, жилья, инфраструктуры по подразделу "Другие общегосударственные вопросы" раздела "Общегосударственные вопросы" классификации расходов бюджетов, в сумме 3 000 000,0 тыс. рублей направляются на приобретение здания для размещения Министерства регионального развития Российской Федерации по адресу: город Москва, ул. Красная Пресня, д. 3.";</w:t>
      </w:r>
    </w:p>
    <w:p>
      <w:r>
        <w:rPr>
          <w:b/>
        </w:rPr>
        <w:t xml:space="preserve">17. </w:t>
      </w:r>
      <w:r>
        <w:t>приложение 7 после строки дополнить строкой следующего содержания:</w:t>
      </w:r>
    </w:p>
    <w:p>
      <w:r>
        <w:rPr>
          <w:b/>
        </w:rPr>
        <w:t xml:space="preserve">17. </w:t>
      </w:r>
      <w:r>
        <w:t>в приложении 10:</w:t>
      </w:r>
    </w:p>
    <w:p>
      <w:r>
        <w:rPr>
          <w:b/>
        </w:rPr>
        <w:t xml:space="preserve">17. </w:t>
      </w:r>
      <w:r>
        <w:t>в приложении 12:</w:t>
      </w:r>
    </w:p>
    <w:p>
      <w:r>
        <w:rPr>
          <w:b/>
        </w:rPr>
        <w:t xml:space="preserve">17. </w:t>
      </w:r>
      <w:r>
        <w:t>дополнить приложением 163 следующего содержания: "Приложение 163к Федеральному закону "О федеральном бюджете на 2008 год и на плановый период 2009 и 2010 годов" Изменение распределения бюджетных ассигнований по разделам, подразделам классификации расходов бюджетов на осуществление бюджетных инвестиций в объекты капитального строительства государственной собственности Российской Федерации, включаемые в федеральную адресную инвестиционную программу, и субсидий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или на предоставление соответствующих субсидий из бюджетов субъектов Российской Федерации местным бюджетам на софинансирование объектов капитального строительства муниципальной собственности на 2008 год, предусмотренного приложением 16 к Федеральному закону "О федеральном бюджете на 2008 год и на плановый период 2009 и 2010 годов" (тыс. рублей) Наименование Рз ПР Сумма В С Е Г О ОБЩЕГОСУДАРСТВЕННЫЕ ВОПРОСЫ Другие общегосударственные вопросы НАЦИОНАЛЬНАЯ ОБОРОНА Другие вопросы в области национальной обороны НАЦИОНАЛЬНАЯ БЕЗОПАСНОСТЬ И ПРАВООХРАНИТЕЛЬНАЯ ДЕЯТЕЛЬНОСТЬ Органы по контролю за оборотом наркотических средств и психотропных веществ НАЦИОНАЛЬНАЯ ЭКОНОМИКА Транспорт Дорожное хозяйство Другие вопросы в области национальной экономики ЖИЛИЩНО-КОММУНАЛЬНОЕ ХОЗЯЙСТВО Жилищное хозяйство Коммунальное хозяйство ОБРАЗОВАНИЕ Высшее и послевузовское профессиональное образование ЗДРАВООХРАНЕНИЕ, ФИЗИЧЕСКАЯ КУЛЬТУРА И СПОРТ Стационарная медицинская помощь Санитарно-эпидемиологическое благополучие Физическая культура и спорт МЕЖБЮДЖЕТНЫЕ ТРАНСФЕРТЫ Субсидии бюджетам субъектов Российской Федерации и муниципальных образований (межбюджетные субсидии) 13) дополнить приложением 173 (секретно) следующего содержания</w:t>
      </w:r>
    </w:p>
    <w:p>
      <w:r>
        <w:rPr>
          <w:b/>
        </w:rPr>
        <w:t xml:space="preserve">17. </w:t>
      </w:r>
      <w:r>
        <w:t>дополнить приложением 182 (совершенно секретно) следующего содержания</w:t>
      </w:r>
    </w:p>
    <w:p>
      <w:r>
        <w:rPr>
          <w:b/>
        </w:rPr>
        <w:t xml:space="preserve">17. </w:t>
      </w:r>
      <w:r>
        <w:t>в приложении 22 слова заменить словами 16) дополнить приложением 223 следующего содержания: "Приложение 223к Федеральному закону "О федеральном бюджете на 2008 год и на плановый период 2009 и 2010 годов" Изменение распределения бюджетных ассигнований на реализацию федеральных целевых программ на 2008 год, предусмотренного приложением 22 к Федеральному закону "О федеральном бюджете на 2008 год и на плановый период 2009 и 2010 годов" (тыс. рублей) Наименование ЦСР Рз ПР ВР Сумма ВСЕГО ФЕДЕРАЛЬНЫЕ ЦЕЛЕВЫЕ ПРОГРАММЫ ФЕДЕРАЛЬНАЯ ЦЕЛЕВАЯ ПРОГРАММА "МОДЕРНИЗАЦИЯ ТРАНСПОРТНОЙ СИСТЕМЫ РОССИИ (2002-2010 ГОДЫ)" ПОДПРОГРАММА "АВТОМОБИЛЬНЫЕ ДОРОГИ" Национальная экономика Дорожное хозяйство Бюджетные инвестиции ПОДПРОГРАММА "ГРАЖДАНСКАЯ АВИАЦИЯ" Национальная экономика Транспорт Бюджетные инвестиции ПОДПРОГРАММА "МОРСКОЙ ТРАНСПОРТ" Национальная экономика Транспорт Бюджетные инвестиции РАСХОДЫ ОБЩЕПРОГРАММНОГО ХАРАКТЕРА ПО ФЕДЕРАЛЬНОЙ ЦЕЛЕВОЙ ПРОГРАММЕ "МОДЕРНИЗАЦИЯ ТРАНСПОРТНОЙ СИСТЕМЫ РОССИИ (2002-2010 ГОДЫ)" Национальная экономика Транспорт Выполнение функций бюджетными учреждениями ПОДПРОГРАММА "РАЗВИТИЕ ЭКСПОРТА ТРАНСПОРТНЫХ УСЛУГ РОССИИ" Национальная экономика Транспорт Бюджетные инвестиции Прикладные научные исследования в области национальной экономики Научно-исследовательские и опытно-конструкторские работы РАСХОДЫ ОБЩЕПРОГРАММНОГО ХАРАКТЕРА ПО ФЕДЕРАЛЬНОЙ ЦЕЛЕВОЙ ПРОГРАММЕ "СОЦИАЛЬНАЯ ПОДДЕРЖКА ИНВАЛИДОВ НА 2006-2010 ГОДЫ" Социальная политика Другие вопросы в области социальной политики Мероприятия в области социальной политики Субсидии общероссийским общественным организациям инвалидов на реализацию мероприятий по созданию новых рабочих мест для инвалидов и производство новых технических средств реабилитации инвалидов ФЕДЕРАЛЬНАЯ ЦЕЛЕВАЯ ПРОГРАММА "СОЦИАЛЬНОЕ РАЗВИТИЕ СЕЛА ДО 2012 ГОДА" Межбюджетные трансферты Субсидии бюджетам субъектов Российской Федерации и муниципальных образований (межбюджетные субсидии) Субсидии на обеспечение жильем молодых семей и молодых специалистов, проживающих и работающих в сельской местности Субсидии на осуществление мероприятий по обеспечению жильем граждан Российской Федерации, проживающих в сельской местности ФЕДЕРАЛЬНАЯ ЦЕЛЕВАЯ ПРОГРАММА "ДЕТИ РОССИИ" НА 2007-2010 ГОДЫ ПОДПРОГРАММА "ЗДОРОВОЕ ПОКОЛЕНИЕ" Здравоохранение, физическая культура и спорт Другие вопросы в области здравоохранения, физической культуры и спорта Мероприятия в области здравоохранения ПОДПРОГРАММА "ДЕТИ И СЕМЬЯ" Здравоохранение, физическая культура и спорт Другие вопросы в области здравоохранения, физической культуры и спорта Мероприятия в области здравоохранения Социальная политика Охрана семьи и детства Мероприятия в области социальной политики Другие вопросы в области социальной политики Мероприятия в области социальной политики ФЕДЕРАЛЬНАЯ ЦЕЛЕВАЯ ПРОГРАММА "ПРЕДУПРЕЖДЕНИЕ И БОРЬБА С СОЦИАЛЬНО ЗНАЧИМЫМИ ЗАБОЛЕВАНИЯМИ (2007-2011 ГОДЫ)" ПОДПРОГРАММА "САХАРНЫЙ ДИАБЕТ" Здравоохранение, физическая культура и спорт Другие вопросы в области здравоохранения, физической культуры и спорта Мероприятия в области здравоохранения ПОДПРОГРАММА "ТУБЕРКУЛЕЗ" Здравоохранение, физическая культура и спорт Другие вопросы в области здравоохранения, физической культуры и спорта Мероприятия в области здравоохранения ПОДПРОГРАММА "ВАКЦИНОПРОФИЛАКТИКА" Здравоохранение, физическая культура и спорт Другие вопросы в области здравоохранения, физической культуры и спорта Мероприятия в области здравоохранения ПОДПРОГРАММА "ВИЧ-ИНФЕКЦИЯ" Здравоохранение, физическая культура и спорт Другие вопросы в области здравоохранения, физической культуры и спорта Мероприятия в области здравоохранения ПОДПРОГРАММА "ОНКОЛОГИЯ" Здравоохранение, физическая культура и спорт Другие вопросы в области здравоохранения, физической культуры и спорта Мероприятия в области здравоохранения ПОДПРОГРАММА "ИНФЕКЦИИ, ПЕРЕДАВАЕМЫЕ ПОЛОВЫМ ПУТЕМ" Здравоохранение, физическая культура и спорт Другие вопросы в области здравоохранения, физической культуры и спорта Мероприятия в области здравоохранения ПОДПРОГРАММА "ВИРУСНЫЕ ГЕПАТИТЫ" Здравоохранение, физическая культура и спорт Другие вопросы в области здравоохранения, физической культуры и спорта Мероприятия в области здравоохранения ПОДПРОГРАММА "ПСИХИЧЕСКИЕ РАССТРОЙСТВА" Здравоохранение, физическая культура и спорт Другие вопросы в области здравоохранения, физической культуры и спорта Мероприятия в области здравоохранения ПОДПРОГРАММА "АРТЕРИАЛЬНАЯ ГИПЕРТОНИЯ" Здравоохранение, физическая культура и спорт Другие вопросы в области здравоохранения, физической культуры и спорта Мероприятия в области здравоохранения ФЕДЕРАЛЬНАЯ КОСМИЧЕСКАЯ ПРОГРАММА РОССИИ НА 2006-2015 ГОДЫ Национальная экономика Прикладные научные исследования в области национальной экономики Научно-исследовательские и опытно-конструкторские работы ФЕДЕРАЛЬНАЯ ЦЕЛЕВАЯ ПРОГРАММА "НАЦИОНАЛЬНАЯ ТЕХНОЛОГИЧЕСКАЯ БАЗА" НА 2007-2011 ГОДЫ РАСХОДЫ ОБЩЕПРОГРАММНОГО ХАРАКТЕРА ПО ФЕДЕРАЛЬНОЙ ЦЕЛЕВОЙ ПРОГРАММЕ "НАЦИОНАЛЬНАЯ ТЕХНОЛОГИЧЕСКАЯ БАЗА" НА 2007-2011 ГОДЫ Национальная экономика Другие вопросы в области национальной экономики Бюджетные инвестиции Взнос в уставный капитал открытого акционерного общества "Национальный институт авиационных технологий", г. Москва Взнос в уставный капитал открытого акционерного общества "Всероссийский институт легких сплавов", г. Москва ФЕДЕРАЛЬНАЯ ЦЕЛЕВАЯ ПРОГРАММА "РАЗВИТИЕ ОБОРОННО-ПРОМЫШЛЕННОГО КОМПЛЕКСА РОССИЙСКОЙ ФЕДЕРАЦИИ НА 2007-2010 ГОДЫ И НА ПЕРИОД ДО 2015 ГОДА" РАСХОДЫ ОБЩЕПРОГРАММНОГО ХАРАКТЕРА ПО ФЕДЕРАЛЬНОЙ ЦЕЛЕВОЙ ПРОГРАММЕ "РАЗВИТИЕ ОБОРОННО-ПРОМЫШЛЕННОГО КОМПЛЕКСА РОССИЙСКОЙ ФЕДЕРАЦИИ НА 2007-2010 ГОДЫ И НА ПЕРИОД ДО 2015 ГОДА" Национальная экономика Другие вопросы в области национальной экономики Мероприятия в области оборонно-промышленного комплекса ФЕДЕРАЛЬНАЯ ЦЕЛЕВАЯ ПРОГРАММА "ЭКОНОМИЧЕСКОЕ И СОЦИАЛЬНОЕ РАЗВИТИЕ ДАЛЬНЕГО ВОСТОКА И ЗАБАЙКАЛЬЯ НА ПЕРИОД ДО 2013 ГОДА" ПОДПРОГРАММА "РАЗВИТИЕ Г. ВЛАДИВОСТОКА КАК ЦЕНТРА МЕЖДУНАРОДНОГО СОТРУДНИЧЕСТВА В АЗИАТСКО-ТИХООКЕАНСКОМ РЕГИОНЕ" Общегосударственные вопросы Другие общегосударственные вопросы Бюджетные инвестиции Жилищно-коммунальное хозяйство Коммунальное хозяйство Взнос в уставный капитал открытого акционерного общества "Дальневосточная генерирующая компания" (филиал "Приморские тепловые сети", г. Владивосток, Приморский край) Взнос в уставный капитал открытого акционерного общества "Федеральная сетевая компания Единой энергетической системы" (г. Москва) Образование Высшее и послевузовское профессиональное образование Бюджетные инвестиции ФЕДЕРАЛЬНАЯ ЦЕЛЕВАЯ ПРОГРАММА "ЭКОНОМИЧЕСКОЕ И СОЦИАЛЬНОЕ РАЗВИТИЕ ДАЛЬНЕГО ВОСТОКА И ЗАБАЙКАЛЬЯ НА ПЕРИОД ДО 2013 ГОДА", ЗА ИСКЛЮЧЕНИЕМ ПОДПРОГРАММЫ "РАЗВИТИЕ Г. ВЛАДИВОСТОКА КАК ЦЕНТРА МЕЖДУНАРОДНОГО СОТРУДНИЧЕСТВА В АЗИАТСКО-ТИХООКЕАНСКОМ РЕГИОНЕ" Национальная экономика Прикладные научные исследования в области национальной экономики Научно-исследовательские и опытно-конструкторские работы ФЕДЕРАЛЬНАЯ ЦЕЛЕВАЯ ПРОГРАММА "ЖИЛИЩЕ" 2002-2010 ГОДЫ ПОДПРОГРАММА "ВЫПОЛНЕНИЕ ГОСУДАРСТВЕННЫХ ОБЯЗАТЕЛЬСТВ ПО ОБЕСПЕЧЕНИЮ ЖИЛЬЕМ КАТЕГОРИЙ ГРАЖДАН, УСТАНОВЛЕННЫХ ФЕДЕРАЛЬНЫМ ЗАКОНОДАТЕЛЬСТВОМ" (ВТОРОЙ ЭТАП) ПРИОБРЕТЕНИЕ ЖИЛЬЯ ВОЕННОСЛУЖАЩИМИ, СОТРУДНИКАМИ ОРГАНОВ ВНУТРЕННИХ ДЕЛ, ПОДЛЕЖАЩИМИ УВОЛЬНЕНИЮ С ВОЕННОЙ СЛУЖБЫ (СЛУЖБЫ), И ПРИРАВНЕННЫМИ К НИМ ЛИЦАМИ Социальная политика Социальное обеспечение населения Социальные выплаты ПРИОБРЕТЕНИЕ ЖИЛЬЯ ГРАЖДАНАМИ, УВОЛЕННЫМИ С ВОЕННОЙ СЛУЖБЫ (СЛУЖБЫ), И ПРИРАВНЕННЫМИ К НИМ ЛИЦАМИ Социальная политика Социальное обеспечение населения Социальные выплаты ПРИОБРЕТЕНИЕ ЖИЛЬЯ ГРАЖДАНАМИ, ПОДЛЕЖАЩИМИ ОТСЕЛЕНИЮ С КОМПЛЕКСА "БАЙКОНУР" Социальная политика Социальное обеспечение населения Социальные выплаты ПРИОБРЕТЕНИЕ ЖИЛЬЯ ГРАЖДАНАМИ - УЧАСТНИКАМИ ЛИКВИДАЦИИ ПОСЛЕДСТВИЙ РАДИАЦИОННЫХ АВАРИЙ И КАТАСТРОФ, ПОСТРАДАВШИМИ В РЕЗУЛЬТАТЕ ЭТИХ АВАРИЙ, И ПРИРАВНЕННЫМИ К НИМ ЛИЦАМИ Социальная политика Социальное обеспечение населения Социальные выплаты ПРИОБРЕТЕНИЕ ЖИЛЬЯ ВЫНУЖДЕННЫМИ ПЕРЕСЕЛЕНЦАМИ Социальная политика Социальное обеспечение населения Социальные выплаты ПРИОБРЕТЕНИЕ ЖИЛЬЯ ГРАЖДАНАМИ, ВЫЕЗЖАЮЩИМИ ИЗ РАЙОНОВ КРАЙНЕГО СЕВЕРА И ПРИРАВНЕННЫХ К НИМ МЕСТНОСТЕЙ Социальная политика Социальное обеспечение населения Социальные выплаты МЕРОПРИЯТИЯ ПО РЕАЛИЗАЦИИ КОНЦЕПЦИИ РАЗВИТИЯ УНИФИЦИРОВАННОЙ СИСТЕМЫ РЕФИНАНСИРОВАНИЯ ИПОТЕЧНЫХ ЖИЛИЩНЫХ КРЕДИТОВ В РОССИИ Жилищно-коммунальное хозяйство Другие вопросы в области жилищно-коммунального хозяйства Взнос в уставный капитал открытого акционерного общества "Агентство по ипотечному жилищному кредитованию" МЕРОПРИЯТИЯ ПО ОБЕСПЕЧЕНИЮ ЖИЛЬЕМ ОТДЕЛЬНЫХ КАТЕГОРИЙ ГРАЖДАН МЕРОПРИЯТИЯ ПО ОБЕСПЕЧЕНИЮ ЖИЛЬЕМ ФЕДЕРАЛЬНЫХ ГОСУДАРСТВЕННЫХ ГРАЖДАНСКИХ СЛУЖАЩИХ Жилищно-коммунальное хозяйство Жилищное хозяйство Бюджетные инвестиции Социальная политика Социальное обеспечение населения Социальные выплаты 17) дополнить приложением 232 (секретно) следующего содержания</w:t>
      </w:r>
    </w:p>
    <w:p>
      <w:r>
        <w:rPr>
          <w:b/>
        </w:rPr>
        <w:t xml:space="preserve">17. </w:t>
      </w:r>
      <w:r>
        <w:t>в приложении 25 слова заменить словами 19) в приложении 28:</w:t>
      </w:r>
    </w:p>
    <w:p>
      <w:r>
        <w:rPr>
          <w:b/>
        </w:rPr>
        <w:t xml:space="preserve">17. </w:t>
      </w:r>
      <w:r>
        <w:t>дополнить приложением 303 (совершенно секретно) следующего содержания</w:t>
      </w:r>
    </w:p>
    <w:p>
      <w:r>
        <w:rPr>
          <w:b/>
        </w:rPr>
        <w:t xml:space="preserve">17. </w:t>
      </w:r>
      <w:r>
        <w:t>в приложении 31:</w:t>
      </w:r>
    </w:p>
    <w:p>
      <w:r>
        <w:rPr>
          <w:b/>
        </w:rPr>
        <w:t xml:space="preserve">17. </w:t>
      </w:r>
      <w:r>
        <w:t>в приложении 37:</w:t>
      </w:r>
    </w:p>
    <w:p>
      <w:r>
        <w:rPr>
          <w:b/>
        </w:rPr>
        <w:t xml:space="preserve">17. </w:t>
      </w:r>
      <w:r>
        <w:t>слова заменить словами</w:t>
      </w:r>
    </w:p>
    <w:p>
      <w:r>
        <w:rPr>
          <w:b/>
        </w:rPr>
        <w:t xml:space="preserve">17. </w:t>
      </w:r>
      <w:r>
        <w:t>слова заменить словами</w:t>
      </w:r>
    </w:p>
    <w:p>
      <w:r>
        <w:rPr>
          <w:b/>
        </w:rPr>
        <w:t xml:space="preserve">17. </w:t>
      </w:r>
      <w:r>
        <w:t>слова заменить словами 8) дополнить приложением 103 следующего содержания: "Приложение 103к Федеральному закону "О федеральном бюджете на 2008 год и на плановый период 2009 и 2010 годов" Изменение распределения бюджетных ассигнований на 2008 год по разделам и подразделам, целевым статьям и видам расходов классификации расходов бюджета, предусмотренного приложением 10 к Федеральному закону "О федеральном бюджете на 2008 год и на плановый период 2009 и 2010 годов" (тыс. рублей) Наименование Рз ПР ЦСР ВР Сумма В С Е Г О ОБЩЕГОСУДАРСТВЕННЫЕ ВОПРОСЫ Функционирование Президента Российской Федерации Руководство и управление в сфере установленных функций Администрация Президента Российской Федерации Выполнение функций государственными органами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Руководство и управление в сфере установленных функций Центральный аппарат Выполнение функций государственными органами Судебная система Руководство и управление в сфере установленных функций Обеспечение деятельности аппаратов судов Выполнение функций государственными органами Обеспечение деятельности финансовых, налоговых и таможенных органов и органов финансового (финансово- бюджетного) надзора Руководство и управление в сфере установленных функций Территориальные органы Выполнение функций государственными органами Зарубежный аппарат Выполнение функций государственными органами Военный персонал Выполнение функций государственными органами Функционирование органов в сфере национальной безопасности и правоохранительной деятельности Выполнение функций государственными органами Уплата налога на имущество организаций и земельного налога Выполнение функций государственными органами Реализация государственных функций, связанных с общегосударственным управлением Выполнение других обязательств государства Прочие выплаты по обязательствам государства Прочие расходы Материально-техническое обеспечение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Воинские формирования (органы, подразделения)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Международные отношения и международное сотрудничество Реализация межгосударственных договоров в рамках Содружества Независимых Государств Долевое участие в содержании координационных структур Содружества Независимых Государств Выполнение международных обязательств Фундаментальные исследования Поддержка организаций, осуществляющих фундаментальные исследования Гранты в области науки, культуры, искусства и средств массовой информации Субсидии юридическим лицам Обеспечение функционирования аппаратов фондов поддержки научной и (или) научно-технической деятельности Выполнение функций бюджетными учреждениями Уплата налога на имущество организаций и земельного налога Выполнение функций бюджетными учреждениями Обслуживание государственного и муниципального долга Процентные платежи по долговым обязательствам Процентные платежи по государственному долгу Российской Федерации Прочие расходы Резервные фонды Резервные фонды Резервный фонд Правительства Российской Федерации по предупреждению и ликвидации чрезвычайных ситуаций и последствий стихийных бедствий Прочие расходы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Инвестиционный фонд Инвестиционный фонд Бюджетные инвестиции Общее руководство и управление общими службами и услугами Управления делами Президента Российской Федерации Субсидии федеральному государственному унитарному предприятию "Рублево-Успенский лечебно-оздоровительный комплекс" на развитие объекта "Замок "Майендорф" Субсидии юридическим лицам Реализация государственных функций, связанных с общегосударственным управлением Выполнение других обязательств государства Прочие выплаты по обязательствам государства Прочие расходы Федеральные целевые программы Федеральная целевая программа "Экономическое и социальное развитие Дальнего Востока и Забайкалья на период до 2013 года" Подпрограмма "Развитие г. Владивостока как центра международного сотрудничества в Азиатско-Тихоокеанском регионе" Бюджетные инвестиции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НАЦИОНАЛЬНАЯ ОБОРОНА Вооруженные Силы Российской Федерации Боевая подготовка Специальные объекты Функционирование органов в сфере национальной безопасности, правоохранительной деятельности и обороны Материально-техническое обеспечение Оплата и хранение специального топлива и горюче-смазочных материалов Оплата и хранение специального топлива и горюче-смазочных материалов в рамках государственного оборонного заказа Функционирование органов в сфере национальной безопасности, правоохранительной деятельности и обороны Оплата и хранение специального топлива и горюче-смазочных материалов вне рамок государственного оборонного заказа Функционирование органов в сфере национальной безопасности, правоохранительной деятельности и обороны Обеспечение функционирования Вооруженных Сил Российской Федерации Функционирование органов в сфере национальной безопасности, правоохранительной деятельности и обороны Воинские формирования (органы, подразделения) Обеспечение функционирования Вооруженных Сил Российской Федерации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Мобилизационная и вневойсковая подготовка Мобилизационная подготовка и переподготовка резервов, учебно-сборовые мероприятия Субсидии на совершенствование учебно-материальной базы Российской оборонной спортивно-технической организации - РОСТО (ДОСААФ) для подготовки граждан Российской Федерации, подлежащих призыву на военную службу, по военно-учетным специальностям Субсидии некоммерческим организациям Другие вопросы в области национальной обороны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Строительство специальных и военных объектов Бюджетные инвестиции НАЦИОНАЛЬНАЯ БЕЗОПАСНОСТЬ И ПРАВООХРАНИТЕЛЬНАЯ ДЕЯТЕЛЬНОСТЬ Органы прокуратуры Руководство и управление в сфере установленных функций Функционирование органов в сфере национальной безопасности и правоохранительной деятельности Выполнение функций государственными органами Уплата налога на имущество организаций и земельного налога Выполнение функций государственными органами Органы внутренних дел Воинские формирования (органы, подразделения)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Компенсация стоимости вещевого имущества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Внутренние войска Материально-техническое обеспечение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Воинские формирования (органы, подразделения) Военный персонал Функционирование органов в сфере национальной безопасности, правоохранительной деятельности и обороны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Система исполнения наказаний Материально-техническое обеспечение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Воинские формирования (органы, подразделения) Военный персонал Функционирование органов в сфере национальной безопасности, правоохранительной деятельности и обороны Органы по контролю за оборотом наркотических средств и психотропных веществ Руководство и управление в сфере установленных функций Военный персонал Выполнение функций государственными органами Функционирование органов в сфере национальной безопасности и правоохранительной деятельности Выполнение функций государственными органами Бюджетные инвестиции в объекты капитального строительства, не включенные в целевые программы Строительство специальных и военных объектов Бюджетные инвестиции Материально-техническое обеспечение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Воинские формирования (органы, подразделения) Военный персонал Функционирование органов в сфере национальной безопасности, правоохранительной деятельности и обороны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Миграционная политика Государственная программа по оказанию содействия добровольному переселению в Российскую Федерацию соотечественников, проживающих за рубежом Переселение в Российскую Федерацию соотечественников, проживающих за рубежом Выполнение функций государственными органами Другие вопросы в области национальной безопасности и правоохранительной деятельности Руководство и управление в сфере установленных функций Пособия и компенсации военнослужащим, приравненным к ним лицам, а также уволенным из их числа Социальные выплаты Материально-техническое обеспечение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Воинские формирования (органы, подразделения) Компенсации членам семей погибших военнослужащих Социальные выплаты Пособия и компенсации военнослужащим, приравненным к ним лицам, а также уволенным из их числа Социальные выплаты НАЦИОНАЛЬНАЯ ЭКОНОМИКА Общеэкономические вопросы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Уплата налога на имущество организаций и земельного налога Выполнение функций государственными органами Учреждения по обеспечению хозяйственного обслуживания Обеспечение деятельности подведомственных учреждений Выполнение функций бюджетными учреждениями Топливно-энергетический комплекс Международное сотрудничество Субсидии на возмещение части затрат на обеспечение деятельности Международного центра устойчивого энергетического развития под эгидой ЮНЕСКО в г. Москве Субсидии некоммерческим организациям Взнос Российской Федерации в уставные капиталы Взнос в уставный капитал открытого акционерного общества "Усть-Среднеканская ГЭС", г. Магадан, Магаданская область Взнос в уставный капитал открытого акционерного общества "Калининградская ТЭЦ-2", г. Калининград Сельское хозяйство и рыболовство Учреждения, обеспечивающие предоставление услуг в сфере рыбохозяйственной деятельности Обеспечение деятельности подведомственных учреждений Выполнение функций бюджетными учреждениями Транспорт Руководство и управление в сфере установленных функций Уплата налога на имущество организаций и земельного налога Выполнение функций государственными органами Федеральные целевые программы Федеральная целевая программа "Модернизация транспортной системы России (2002-2010 годы)" Подпрограмма "Гражданская авиация" Бюджетные инвестиции Подпрограмма "Морской транспорт" Бюджетные инвестиции Расходы общепрограммного характера по федеральной целевой программе "Модернизация транспортной системы России (2002-2010 годы)" Выполнение функций бюджетными учреждениями Подпрограмма "Развитие экспорта транспортных услуг России" Бюджетные инвестиции Водный транспорт Уплата налога на имущество организаций и земельного налога Выполнение функций бюджетными учреждениями Реализация государственных функций в области национальной экономики Взнос Российской Федерации в уставные капиталы Взнос в уставный капитал открытого акционерного общества "Российские железные дороги" Дорожное хозяйство Федеральные целевые программы Федеральная целевая программа "Модернизация транспортной системы России (2002-2010 годы)" Подпрограмма "Автомобильные дороги" Бюджетные инвестиции Связь и информатика Информационные технологии и связь Отдельные мероприятия в области информационно-коммуникационных технологий и связи Субсидии на возмещение операторам связи убытков, причиняемых оказанием универсальных услуг связи Субсидии юридическим лицам Прикладные научные исследования в области национальной экономики Прикладные научные исследования и разработки Выполнение научно-исследовательских и опытно-конструкторских работ по государственным контрактам Выполнение функций государственными органами Федеральные целевые программы Федеральная целевая программа "Модернизация транспортной системы России (2002-2010 годы)" Подпрограмма "Развитие экспорта транспортных услуг России" Научно-исследовательские и опытно-конструкторские работы Федеральная космическая программа России на 2006-2015 годы Научно-исследовательские и опытно-конструкторские работы Федеральная целевая программа "Экономическое и социальное развитие Дальнего Востока и Забайкалья на период до 2013 года" Федеральная целевая программа "Экономическое и социальное развитие Дальнего Востока и Забайкалья на период до 2013 года", за исключением подпрограммы "Развитие г. Владивостока как центра международного сотрудничества в Азиатско-Тихоокеанском регионе" Научно-исследовательские и опытно-конструкторские работы Другие вопросы в области национальной экономики Руководство и управление в сфере установленных функций Уплата налога на имущество организаций и земельного налога Выполнение функций государственными органами Субсидии государственным корпорациям Субсидии государственной корпорации "Банк развития и внешнеэкономической деятельности (Внешэкономбанк)" Имущественный взнос Российской Федерации в уставный капитал государственной корпорации "Банк развития и внешнеэкономической деятельности (Внешэкономбанк)" на реализацию мер по поддержке финансового рынка Российской Федерации Субсидии некоммерческим организациям Субсидии Государственной корпорации по содействию разработке, производству и экспорту высокотехнологичной промышленной продукции "Ростехнологии" Имущественный взнос в Государственную корпорацию по содействию разработке, производству и экспорту высокотехнологичной промышленной продукции "Ростехнологии" Субсидии некоммерческим организациям Федеральные целевые программы Федеральная целевая программа "Национальная технологическая база" на 2007-2011 годы Расходы общепрограммного характера по федеральной целевой программе "Национальная технологическая база" на 2007-2011 годы Бюджетные инвестиции Взнос в уставный капитал открытого акционерного общества "Национальный институт авиационных технологий", г. Москва Взнос в уставный капитал открытого акционерного общества "Всероссийский институт легких сплавов", г. Москва Федеральная целевая программа "Развитие оборонно-промышленного комплекса Российской Федерации на 2007-2010 годы и на период до 2015 года" Расходы общепрограммного характера по федеральной целевой программе "Развитие оборонно-промышленного комплекса Российской Федерации на 2007-2010 годы и на период до 2015 года" Мероприятия в области оборонно-промышленного комплекса Реализация государственных функций в области национальной экономики Взнос Российской Федерации в уставные капиталы Взнос в уставный капитал открытого акционерного общества "Росагролизинг" Государственная поддержка отдельных отраслей промышленности и топливно- энергетического комплекса 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2007-2010 годах, на осуществление сезонных закупок сырья и материалов для производства товаров народного потребления и продукции производственно-технического назначения Субсидии юридическим лицам 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2008-2010 годах, на осуществление технического перевооружения Субсидии юридическим лицам ЖИЛИЩНО-КОММУНАЛЬНОЕ ХОЗЯЙСТВО Жилищное хозяйство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Бюджетные инвестиции Коммунальное хозяйство Федеральные целевые программы Федеральная целевая программа "Экономическое и социальное развитие Дальнего Востока и Забайкалья на период до 2013 года" Подпрограмма "Развитие г. Владивостока как центра международного сотрудничества в Азиатско-Тихоокеанском регионе" Взнос в уставный капитал открытого акционерного общества "Дальневосточная генерирующая компания" (филиал "Приморские тепловые сети", г. Владивосток, Приморский край) Взнос в уставный капитал открытого акционерного общества "Федеральная сетевая компания Единой энергетической системы" (г. Москва) Другие вопросы в области жилищно-коммунального хозяйства Федеральная целевая программа "Жилище" на 2002-2010 годы Мероприятия по реализации Концепции развития унифицированной системы рефинансирования ипотечных жилищных кредитов в России Взнос в уставный капитал открытого акционерного общества "Агентство по ипотечному жилищному кредитованию" ОБРАЗОВАНИЕ Начальное профессиональное образование Мероприятия в области образования Подготовка рабочих кадров и специалистов для высокотехнологичных производств, включая приобретение современного учебно-лабораторного и учебно-производственного оборудования Выполнение функций бюджетными учреждениями Среднее профессиональное образование Средние специальные учебные заведения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Военный персонал Выполнение функций бюджетными учреждениями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Федеральные целевые программы Федеральная целевая программа "Экономическое и социальное развитие Дальнего Востока и Забайкалья на период до 2013 года" Подпрограмма "Развитие г. Владивостока как центра международного сотрудничества в Азиатско-Тихоокеанском регионе" Бюджетные инвестиции Высшие учебные заведения Обеспечение деятельности подведомственных учреждений Выполнение функций бюджетными учреждениями КУЛЬТУРА, КИНЕМАТОГРАФИЯ, СРЕДСТВА МАССОВОЙ ИНФОРМАЦИИ Культура Библиотеки Создание Президентской библиотеки имени Б.Н.Ельцина Выполнение функций государственными органами Мероприятия в сфере культуры, кинематографии, средств массовой информации Государственная поддержка в сфере культуры, кинематографии, средств массовой информации Выполнение функций государственными органами ЗДРАВООХРАНЕНИЕ, ФИЗИЧЕСКАЯ КУЛЬТУРА И СПОРТ Стационарная медицинская помощь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медицинских центров по оказанию специализированной медицинской помощи в области акушерства, гинекологии и неонатологии (перинатальных центров) Бюджетные инвестиции Больницы, клиники, госпитали, медико-санитарные части Денежные выплаты врачам и медицинским сестрам, оказывающим первичную медико-санитарную помощь в федеральных учреждениях здравоохранения ведомственного подчинения, выполняющих государственное задание по оказанию дополнительной бесплатной медицинской помощи, при условии размещения в этих медицинских учреждениях муниципального заказа Выполнение функций бюджетными учреждениями Денежные выплаты медицинскому персоналу фельдшерско-акушерских пунктов, врачам, фельдшерам и медицинским сестрам скорой медицинской помощи Выполнение функций бюджетными учреждениями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Социальная помощь Проведение дополнительной диспансеризации работающих граждан Выполнение функций бюджетными учреждениями Амбулаторная помощь Поликлиники, амбулатории, диагностические центры Военный персонал Выполнение функций бюджетными учреждениями Обеспечение деятельности подведомственных учреждений Выполнение функций бюджетными учреждениями Реализация государственных функций в области здравоохранения, спорта и туризма Централизованные закупки в рамках национального календаря профилактических прививок Выполнение функций государственными органами Централизованные закупки лекарственных средств, предназначенных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Выполнение функций бюджетными учреждениями Выполнение функций государственными органами Санаторно-оздоровительная помощь Санатории для больных туберкулезом Уплата налога на имущество организаций и земельного налога Выполнение функций бюджетными учреждениями Санатории для детей и подростков Обеспечение деятельности подведомственных учреждений Выполнение функций бюджетными учреждениями Санатории, пансионаты, дома отдыха и турбазы Военный персонал Выполнение функций бюджетными учреждениями Обеспечение деятельности подведомственных учреждений Выполнение функций бюджетными учреждениями Санитарно-эпидемиологическое благополучие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Физическая культура и спорт Бюджетные инвестиции в объекты капитального строительства, не включенные в целевые программы Строительство специальных и военных объектов Бюджетные инвестиции Прикладные научные исследования в области здравоохранения, физической культуры и спорта Прикладные научные исследования и разработки Выполнение научно-исследовательских и опытно-конструкторских работ по государственным контрактам Выполнение функций государственными органами Другие вопросы в области здравоохранения, физической культуры и спорта Федеральные целевые программы Федеральная целевая программа "Дети России" на 2007-2010 годы Подпрограмма "Здоровое поколение" Мероприятия в области здравоохранения Подпрограмма "Дети и семья" Мероприятия в области здравоохранения Федеральная целевая программа "Предупреждение и борьба с социально значимыми заболеваниями (2007-2011 годы)" Подпрограмма "Сахарный диабет" Мероприятия в области здравоохранения Подпрограмма "Туберкулез" Мероприятия в области здравоохранения Подпрограмма "Вакцинопрофилактика" Мероприятия в области здравоохранения Подпрограмма "ВИЧ-инфекция" Мероприятия в области здравоохранения Подпрограмма "Онкология" Мероприятия в области здравоохранения Подпрограмма "Инфекции, передаваемые половым путем" Мероприятия в области здравоохранения Подпрограмма "Вирусные гепатиты" Мероприятия в области здравоохранения Подпрограмма "Психические расстройства" Мероприятия в области здравоохранения Подпрограмма "Артериальная гипертония" Мероприятия в области здравоохранения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Закон Российской Федерации от 26 июня 1992 года № 3132-I "О статусе судей в Российской Федерации" и Федеральный закон от 10 января 1996 года № 6-ФЗ "О дополнительных гарантиях социальной защиты судей и работников аппаратов судов Российской Федерации" Пожизненное содержание судей Социальные выплаты Социальное обслуживание населения Дома-интернаты для престарелых и инвалидов Обеспечение деятельности подведомственных учреждений Выполнение функций бюджетными учреждениями Учреждения по обучению инвалидов Уплата налога на имущество организаций и земельного налога Выполнение функций бюджетными учреждениями Социальное обеспечение населения Федеральная целевая программа "Жилище" на 2002-2010 годы Подпрограмма "Выполнение государственных обязательств по обеспечению жильем категорий граждан, установленных федеральным законодательством" (второй этап) Приобретение жилья военнослужащими, сотрудниками органов внутренних дел, подлежащими увольнению с военной службы (службы), и приравненными к ним лицами Социальные выплаты Приобретение жилья гражданами, уволенными с военной службы (службы), и приравненными к ним лицами Социальные выплаты Приобретение жилья гражданами, подлежащими отселению с комплекса "Байконур" Социальные выплаты Приобретение жилья гражданами - участниками ликвидации последствий радиационных аварий и катастроф, пострадавшими в результате этих аварий, и приравненными к ним лицами Социальные выплаты Приобретение жилья вынужденными переселенцами Социальные выплаты Приобретение жилья гражданами, выезжающими из районов Крайнего Севера и приравненных к ним местностей Социальные выплаты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Меры социальной поддержки граждан, подвергшихся воздействию радиации вследствие радиационных аварий и ядерных испытаний Социальные выплаты Пособие по уходу за ребенком гражданам, подвергшимся воздействию радиации вследствие радиационных аварий Социальные выплаты Компенсация в возмещение вреда гражданам, подвергшимся воздействию радиации вследствие радиационных аварий Социальные выплаты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Компенсация в возмещение вреда гражданам, подвергшимся воздействию радиации вследствие радиационных аварий Социальные выплаты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1941-1945 годов Социальные выплаты Указ Президента Российской Федерации от 1 августа 2005 года № 887 "О мерах по улучшению материального положения инвалидов вследствие военной травмы" Дополнительное ежемесячное материальное обеспечение инвалидов вследствие военной травмы Социальные выплаты Пособия и компенсации военнослужащим, приравненным к ним лицам, а также уволенным из их числа Социальные выплаты Реализация государственных функций в области социальной политики Реформирование системы оплаты труда работников федеральных бюджетных учреждений Прочие расходы Охрана семьи и детства Федеральные целевые программы Федеральная целевая программа "Дети России" на 2007-2010 годы Подпрограмма "Дети и семья" Мероприятия в области социальной политики Другие вопросы в области социальной политики Федеральные целевые программы Расходы общепрограммного характера по федеральной целевой программе "Социальная поддержка инвалидов на 2006-2010 годы" Мероприятия в области социальной политики Субсидии общероссийским общественным организациям инвалидов на реализацию мероприятий по созданию новых рабочих мест для инвалидов и производство новых технических средств реабилитации инвалидов Федеральная целевая программа "Дети России" на 2007-2010 годы Подпрограмма "Дети и семья" Мероприятия в области социальной политики Реализация государственных функций в области социальной политики Мероприятия в области социальной политики Выполнение функций государственными органами МЕЖБЮДЖЕТНЫЕ ТРАНСФЕРТЫ Дотации бюджетам субъектов Российской Федерации и муниципальных образований Дотации Поддержка мер по обеспечению сбалансированности бюджетов Прочие дотации Субсидии бюджетам субъектов Российской Федерации и муниципальных образований (межбюджетные субсидии) Федеральные целевые программы Федеральная целевая программа "Социальное развитие села до 2012 года" Субсидии на обеспечение жильем молодых семей и молодых специалистов, проживающих и работающих в сельской местности Субсидии на осуществление мероприятий по обеспечению жильем граждан Российской Федерации, проживающих в сельской местности Бюджетные инвестиции в объекты капитального строительства, не включенные в целевые программы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Бюджетные инвестиции в объекты капитального строительства государственной собственности субъектов Российской Федерации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Больницы, клиники, госпитали, медико-санитарные части Высокотехнологичные виды медицинской помощи Выполнение функций государственными органами Иные безвозмездные и безвозвратные перечисления Ежемесячное денежное вознаграждение за классное руководство Фонд софинансирования Компенсация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 Фонд софинансирования Денежные выплаты медицинскому персоналу фельдшерско-акушерских пунктов, врачам, фельдшерам и медицинским сестрам скорой медицинской помощи Фонд софинансирования Субвенции бюджетам субъектов Российской Федерации и муниципальных образований Социальная помощь Единовременное пособие беременной жене военнослужащего, проходящего военную службу по призыву, а также ежемесячное пособие на ребенка военнослужащего, проходящего военную службу по призыву Фонд компенсаций Выплаты инвалидам компенсаций страховых премий по договорам обязательного страхования гражданской ответственности владельцев транспортных средств Фонд компенсаций Оплата жилищно-коммунальных услуг отдельным категориям граждан Фонд компенсаций 9) дополнить приложением 113 (секретно) следующего содержания</w:t>
      </w:r>
    </w:p>
    <w:p>
      <w:r>
        <w:rPr>
          <w:b/>
        </w:rPr>
        <w:t xml:space="preserve">17. </w:t>
      </w:r>
      <w:r>
        <w:t>слова заменить словами</w:t>
      </w:r>
    </w:p>
    <w:p>
      <w:r>
        <w:rPr>
          <w:b/>
        </w:rPr>
        <w:t xml:space="preserve">17. </w:t>
      </w:r>
      <w:r>
        <w:t>слова заменить словами 11) дополнить приложением 142 (секретно) следующего содержания</w:t>
      </w:r>
    </w:p>
    <w:p>
      <w:r>
        <w:rPr>
          <w:b/>
        </w:rPr>
        <w:t xml:space="preserve">17. </w:t>
      </w:r>
      <w:r>
        <w:t>слова заменить словами</w:t>
      </w:r>
    </w:p>
    <w:p>
      <w:r>
        <w:rPr>
          <w:b/>
        </w:rPr>
        <w:t xml:space="preserve">17. </w:t>
      </w:r>
      <w:r>
        <w:t>слова заменить словами</w:t>
      </w:r>
    </w:p>
    <w:p>
      <w:r>
        <w:rPr>
          <w:b/>
        </w:rPr>
        <w:t xml:space="preserve">17. </w:t>
      </w:r>
      <w:r>
        <w:t>слова заменить словами 20) дополнить приложением 283 следующего содержания: "Приложение 283к Федеральному закону "О федеральном бюджете на 2008 год и на плановый период 2009 и 2010 годов" Изменение ведомственной структуры расходов федерального бюджета на 2008 год, предусмотренной приложением 28 к Федеральному закону "О федеральном бюджете на 2008 год и на плановый период 2009 и 2010 годов" (тыс. рублей) Наименование Мин Рз ПР ЦСР ВР Сумма В С Е Г О МИНИСТЕРСТВО ПРОМЫШЛЕННОСТИ И ТОРГОВЛИ РОССИЙСКОЙ ФЕДЕРАЦИИ Национальная экономика Прикладные научные исследования в области национальной экономики Прикладные научные исследования и разработки Выполнение научно- исследовательских и опытно-конструкторских работ по государственным контрактам Выполнение функций государственными органами Другие вопросы в области национальной экономики Федеральные целевые программы Федеральная целевая программа "Национальная технологическая база" на 2007-2011 годы Расходы общепрограммного характера по федеральной целевой программе "Национальная технологическая база" на 2007-2011 годы Бюджетные инвестиции Взнос в уставный капитал открытого акционерного общества "Национальный институт авиационных технологий", г. Москва Взнос в уставный капитал открытого акционерного общества "Всероссийский институт легких сплавов", г. Москва Федеральная целевая программа "Развитие оборонно-промышленного комплекса Российской Федерации на 2007-2010 годы и на период до 2015 года" Расходы общепрограммного характера по федеральной целевой программе "Развитие оборонно-промышленного комплекса Российской Федерации на 2007-2010 годы и на период до 2015 года" Мероприятия в области оборонно-промышленного комплекса Реализация государственных функций в области национальной экономики Государственная поддержка отдельных отраслей промышленности и топливно- энергетического комплекса 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2007-2010 годах, на осуществление сезонных закупок сырья и материалов для производства товаров народного потребления и продукции производственно-технического назначения Субсидии юридическим лицам 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2008-2010 годах, на осуществление технического перевооружения Субсидии юридическим лицам МИНИСТЕРСТВО ЭНЕРГЕТИКИ РОССИЙСКОЙ ФЕДЕРАЦИИ Национальная экономика Топливно-энергетический комплекс Международное сотрудничество Субсидии на возмещение части затрат на обеспечение деятельности Международного центра устойчивого энергетического развития под эгидой ЮНЕСКО в г. Москве Субсидии некоммерческим организациям Взнос Российской Федерации в уставные капиталы Взнос в уставный капитал открытого акционерного общества "Усть-Среднеканская ГЭС", г. Магадан, Магаданская область Взнос в уставный капитал открытого акционерного общества "Калининградская ТЭЦ-2", г. Калининград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МИНИСТЕРСТВО ПРИРОДНЫХ РЕСУРСОВ И ЭКОЛОГИИ РОССИЙСКОЙ ФЕДЕРАЦИИ Национальная экономика Общеэкономические вопросы Руководство и управление в сфере установленных функций Центральный аппарат Выполнение функций государственными органами Уплата налога на имущество организаций и земельного налога Выполнение функций государственными органами Учреждения по обеспечению хозяйственного обслуживания Обеспечение деятельности подведомственных учреждений Выполнение функций бюджетными учреждениями Прикладные научные исследования в области национальной экономики Прикладные научные исследования и разработки Выполнение научно- исследовательских и опытно-конструкторских работ по государственным контрактам Выполнение функций государственными органами Образование Профессиональная подготовка, переподготовка и повышение квалификации Институты повышения квалификации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МИНИСТЕРСТВО КУЛЬТУРЫ РОССИЙСКОЙ ФЕДЕРАЦИИ Культура, кинематография, средства массовой информации Культура Мероприятия в сфере культуры, кинематографии, средств массовой информации Государственная поддержка в сфере культуры, кинематографии, средств массовой информации Выполнение функций государственными органами МИНИСТЕРСТВО ЗДРАВООХРАНЕНИЯ И СОЦИАЛЬНОГО РАЗВИТИЯ РОССИЙСКОЙ ФЕДЕРАЦИИ Образование Среднее профессиональное образование Средние специальные учебные заведения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Профессиональная подготовка, переподготовка и повышение квалификации Институты повышения квалификации Обеспечение деятельности подведомственных учреждений Выполнение функций бюджетными учреждениями Высшее и послевузовское профессиональное образование Высшие учебные заведения Обеспечение деятельности подведомственных учреждений Выполнение функций бюджетными учреждениями Здравоохранение, физическая культура и спорт Стационарная медицинская помощь Больницы, клиники, госпитали, медико-санитарные части Уплата налога на имущество организаций и земельного налога Выполнение функций бюджетными учреждениями Обеспечение деятельности подведомственных учреждений Выполнение функций бюджетными учреждениями Амбулаторная помощь Поликлиники, амбулатории, диагностические центры Обеспечение деятельности подведомственных учреждений Выполнение функций бюджетными учреждениями Санаторно-оздоровительная помощь Санатории для больных туберкулезом Уплата налога на имущество организаций и земельного налога Выполнение функций бюджетными учреждениями Санатории для детей и подростков Обеспечение деятельности подведомственных учреждений Выполнение функций бюджетными учреждениями Социальная политика Социальное обслуживание населения Дома-интернаты для престарелых и инвалидов Обеспечение деятельности подведомственных учреждений Выполнение функций бюджетными учреждениями Учреждения по обучению инвалидов Уплата налога на имущество организаций и земельного налога Выполнение функций бюджетными учреждениями Другие вопросы в области социальной политики Федеральные целевые программы Федеральная целевая программа "Социальная поддержка инвалидов на 2006-2010 годы" Расходы общепрограммного характера по федеральной целевой программе "Социальная поддержка инвалидов на 2006-2010 годы" Субсидии общероссийским общественным организациям инвалидов на реализацию мероприятий по созданию новых рабочих мест для инвалидов и производство новых технических средств реабилитации инвалидов Реализация государственных функций в области социальной политики Мероприятия в области социальной политики Выполнение функций государственными органами Межбюджетные трансферты Субсидии бюджетам субъектов Российской Федерации и муниципальных образований (межбюджетные субсидии) Больницы, клиники, госпитали, медико-санитарные части Высокотехнологичные виды медицинской помощи Выполнение функций государственными органами Иные безвозмездные и безвозвратные перечисления Денежные выплаты медицинскому персоналу фельдшерско-акушерских пунктов, врачам, фельдшерам и медицинским сестрам скорой медицинской помощи Фонд софинансирования Субвенции бюджетам субъектов Российской Федерации и муниципальных образований Социальная помощь Единовременное пособие беременной жене военнослужащего, проходящего военную службу по призыву, а также ежемесячное пособие на ребенка военнослужащего, проходящего военную службу по призыву Фонд компенсаций Выплаты инвалидам компенсаций страховых премий по договорам обязательного страхования гражданской ответственности владельцев транспортных средств Фонд компенсаций ФЕДЕРАЛЬНОЕ АГЕНТСТВО ПО ЗДРАВООХРАНЕНИЮ И СОЦИАЛЬНОМУ РАЗВИТИЮ Здравоохранение, физическая культура и спорт Стационарная медицинская помощь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медицинских центров по оказанию специализированной медицинской помощи в области акушерства, гинекологии и неонатологии (перинатальных центров) Бюджетные инвестиции Амбулаторная помощь Реализация государственных функций в области здравоохранения, спорта и туризма Централизованные закупки в рамках национального календаря профилактических прививок Выполнение функций государственными органами Централизованные закупки лекарственных средств, предназначенных для лечения больных гемофилией, муковисцидозом, гипофизарным нанизмом, болезнью Гоше, миелолейкозом, рассеянным склерозом, а также после трансплантации органов и (или) тканей Выполнение функций бюджетными учреждениями Выполнение функций государственными органами Другие вопросы в области здравоохранения, физической культуры и спорта Федеральные целевые программы Федеральная целевая программа "Дети России" на 2007-2010 годы Подпрограмма "Здоровое поколение" Мероприятия в области здравоохранения Подпрограмма "Дети и семья" Мероприятия в области здравоохранения Федеральная целевая программа "Предупреждение и борьба с социально значимыми заболеваниями (2007-2011 годы)" Подпрограмма "Сахарный диабет" Мероприятия в области здравоохранения Подпрограмма "Туберкулез" Мероприятия в области здравоохранения Подпрограмма "Вакцинопрофилактика" Мероприятия в области здравоохранения Подпрограмма "ВИЧ-инфекция" Мероприятия в области здравоохранения Подпрограмма "Онкология" Мероприятия в области здравоохранения Подпрограмма "Инфекции, передаваемые половым путем" Мероприятия в области здравоохранения Подпрограмма "Вирусные гепатиты" Мероприятия в области здравоохранения Подпрограмма "Психические расстройства" Мероприятия в области здравоохранения Подпрограмма "Артериальная гипертония" Мероприятия в области здравоохранения Социальная политика Охрана семьи и детства Федеральные целевые программы Федеральная целевая программа "Дети России" на 2007-2010 годы Подпрограмма "Дети и семья" Мероприятия в области социальной политики Другие вопросы в области социальной политики Федеральные целевые программы Федеральная целевая программа "Социальная поддержка инвалидов на 2006-2010 годы" Расходы общепрограммного характера по федеральной целевой программе "Социальная поддержка инвалидов на 2006-2010 годы" Мероприятия в области социальной политики Федеральная целевая программа "Дети России" на 2007-2010 годы Подпрограмма "Дети и семья" Мероприятия в области социальной политики ФЕДЕРАЛЬНОЕ АГЕНТСТВО КАДАСТРА ОБЪЕКТОВ НЕДВИЖИМОСТИ Жилищно-коммунальное хозяйство Жилищное хозяйство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Бюджетные инвестиции ФЕДЕРАЛЬНОЕ АГЕНТСТВО ПО ОБРАЗОВАНИЮ Образование Начальное профессиональное образование Мероприятия в области образования Подготовка рабочих кадров и специалистов для высокотехнологичных производств, включая приобретение современного учебно-лабораторного и учебно-производственного оборудования Выполнение функций бюджетными учреждениями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Межбюджетные трансферты Субсидии бюджетам субъектов Российской Федерации и муниципальных образований (межбюджетные субсидии) Иные безвозмездные и безвозвратные перечисления Ежемесячное денежное вознаграждение за классное руководство Фонд софинансирования Компенсация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 Фонд софинансирования МИНИСТЕРСТВО ОБРАЗОВАНИЯ И НАУКИ РОССИЙСКОЙ ФЕДЕРАЦИИ Жилищно-коммунальное хозяйство Жилищное хозяйство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Бюджетные инвестиции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ФЕДЕРАЛЬНОЕ АГЕНТСТВО ПО РЫБОЛОВСТВУ Национальная экономика Сельское хозяйство и рыболовство Учреждения, обеспечивающие предоставление услуг в сфере рыбохозяйственной деятельности Обеспечение деятельности подведомственных учреждений Выполнение функций бюджетными учреждениями МИНИСТЕРСТВО СЕЛЬСКОГО ХОЗЯЙСТВА РОССИЙСКОЙ ФЕДЕРАЦИИ Национальная экономика Другие вопросы в области национальной экономики Реализация государственных функций в области национальной экономики Взнос Российской Федерации в уставные капиталы Взнос в уставный капитал открытого акционерного общества "Росагролизинг" Межбюджетные трансферты Субсидии бюджетам субъектов Российской Федерации и муниципальных образований (межбюджетные субсидии) Федеральные целевые программы Федеральная целевая программа "Социальное развитие села до 2012 года" Субсидии на обеспечение жильем молодых семей и молодых специалистов, проживающих и работающих в сельской местности Субсидии на осуществление мероприятий по обеспечению жильем граждан Российской Федерации, проживающих в сельской местности ФЕДЕРАЛЬНОЕ АГЕНТСТВО СВЯЗИ Национальная экономика Связь и информатика Информационные технологии и связь Отдельные мероприятия в области информационно- коммуникационных технологий и связи Субсидии на возмещение операторам связи убытков, причиняемых оказанием универсальных услуг связи Субсидии юридическим лицам ФЕДЕРАЛЬНАЯ СЛУЖБА ПО НАДЗОРУ В СФЕРЕ СВЯЗИ И МАССОВЫХ КОММУНИКАЦИЙ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ФЕДЕРАЛЬНАЯ СЛУЖБА ПО НАДЗОРУ ЗА СОБЛЮДЕНИЕМ ЗАКОНОДАТЕЛЬСТВА В ОБЛАСТИ ОХРАНЫ КУЛЬТУРНОГО НАСЛЕДИЯ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ГОСУДАРСТВЕННАЯ ФЕЛЬДЪЕГЕРСКАЯ СЛУЖБА РОССИЙСКОЙ ФЕДЕРАЦИИ Национальная безопасность и правоохранительная деятельность Другие вопросы в области национальной безопасности и правоохранительной деятельности Руководство и управление в сфере установленных функций Пособия и компенсации военнослужащим, приравненным к ним лицам, а также уволенным из их числа Социальные выплаты Материально-техническое обеспечение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Воинские формирования (органы, подразделения) Компенсации членам семей погибших военнослужащих Социальные выплаты Пособия и компенсации военнослужащим, приравненным к ним лицам, а также уволенным из их числа Социальные выплаты МИНИСТЕРСТВО ФИНАНСОВ РОССИЙСКОЙ ФЕДЕРАЦИИ Общегосударственные вопросы Международные отношения и международное сотрудничество Международное сотрудничество Обеспечение реализации соглашений с правительствами иностранных государств и организациями Выполнение международных обязательств Реализация межгосударственных договоров в рамках Содружества Независимых Государств Долевое участие в содержании координационных структур Содружества Независимых Государств Выполнение международных обязательств Обслуживание государственного и муниципального долга Процентные платежи по долговым обязательствам Процентные платежи по государственному долгу Российской Федерации Прочие расходы Резервные фонды Резервные фонды Резервный фонд Правительства Российской Федерации по предупреждению и ликвидации чрезвычайных ситуаций и последствий стихийных бедствий Прочие расходы Другие общегосударственные вопросы Реализация государственных функций, связанных с общегосударственным управлением Выполнение других обязательств государства Прочие выплаты по обязательствам государства Прочие расходы Национальная безопасность и правоохранительная деятельность Миграционная политика Государственная программа по оказанию содействия добровольному переселению в Российскую Федерацию соотечественников, проживающих за рубежом Переселение в Российскую Федерацию соотечественников, проживающих за рубежом Выполнение функций государственными органами Национальная экономика Другие вопросы в области национальной экономики Субсидии государственным корпорациям Субсидии государственной корпорации "Банк развития и внешнеэкономической деятельности (Внешэкономбанк)" Имущественный взнос Российской Федерации в уставный капитал государственной корпорации "Банк развития и внешнеэкономической деятельности (Внешэкономбанк)" на реализацию мер по поддержке финансового рынка Российской Федерации Субсидии некоммерческим организациям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Социальное обеспечение населения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Меры социальной поддержки граждан, подвергшихся воздействию радиации вследствие радиационных аварий и ядерных испытаний Социальные выплаты Реализация государственных функций в области социальной политики Реформирование системы оплаты труда работников федеральных бюджетных учреждений Прочие расходы Межбюджетные трансферты Дотации бюджетам субъектов Российской Федерации и муниципальных образований Дотации Поддержка мер по обеспечению сбалансированности бюджетов Прочие дотации Субвенции бюджетам субъектов Российской Федерации и муниципальных образований Социальная помощь Оплата жилищно-коммунальных услуг отдельным категориям граждан Фонд компенсаций 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 Общегосударственные вопросы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МИНИСТЕРСТВО ТРАНСПОРТА РОССИЙСКОЙ ФЕДЕРАЦИИ Национальная экономика Транспорт Руководство и управление в сфере установленных функций Уплата налога на имущество организаций и земельного налога Выполнение функций государственными органами Федеральные целевые программы Федеральная целевая программа "Модернизация транспортной системы России (2002-2010 годы)" Расходы общепрограммного характера по федеральной целевой программе "Модернизация транспортной системы России (2002-2010 годы)" Выполнение функций бюджетными учреждениями Подпрограмма "Развитие экспорта транспортных услуг России" Бюджетные инвестиции Прикладные научные исследования в области национальной экономики Прикладные научные исследования и разработки Выполнение научно- исследовательских и опытно-конструкторских работ по государственным контрактам Выполнение функций государственными органами Федеральные целевые программы Федеральная целевая программа "Модернизация транспортной системы России (2002-2010 годы)" Подпрограмма "Развитие экспорта транспортных услуг России" Научно-исследовательские и опытно-конструкторские работы Другие вопросы в области национальной экономики Субсидии государственным корпорациям Субсидии Государственной корпорации по содействию разработке, производству и экспорту высокотехнологичной промышленной продукции "Ростехнологии" Имущественный взнос в Государственную корпорацию по содействию разработке, производству и экспорту высокотехнологичной промышленной продукции "Ростехнологии" Субсидии некоммерческим организациям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ФЕДЕРАЛЬНАЯ СЛУЖБА ПО НАДЗОРУ В СФЕРЕ ТРАНСПОРТА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ФЕДЕРАЛЬНОЕ АГЕНТСТВО ВОЗДУШНОГО ТРАНСПОРТА Национальная экономика Транспорт Федеральные целевые программы Федеральная целевая программа "Модернизация транспортной системы России (2002-2010 годы)" Подпрограмма "Гражданская авиация" Бюджетные инвестиции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ФЕДЕРАЛЬНОЕ ДОРОЖНОЕ АГЕНТСТВО Национальная экономика Дорожное хозяйство Федеральные целевые программы Федеральная целевая программа "Модернизация транспортной системы России (2002-2010 годы)" Подпрограмма "Автомобильные дороги" Бюджетные инвестиции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ФЕДЕРАЛЬНОЕ АГЕНТСТВО ЖЕЛЕЗНОДОРОЖНОГО ТРАНСПОРТА Национальная экономика Транспорт Реализация государственных функций в области национальной экономики Взнос Российской Федерации в уставные капиталы Взнос в уставный капитал открытого акционерного общества "Российские железные дороги"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ФЕДЕРАЛЬНОЕ АГЕНТСТВО МОРСКОГО И РЕЧНОГО ТРАНСПОРТА Национальная экономика Транспорт Федеральные целевые программы Федеральная целевая программа "Модернизация транспортной системы России (2002-2010 годы)" Подпрограмма "Морской транспорт" Бюджетные инвестиции Водный транспорт Уплата налога на имущество организаций и земельного налога Выполнение функций бюджетными учреждениями Прикладные научные исследования в области национальной экономики Прикладные научные исследования и разработки Выполнение научно- исследовательских и опытно-конструкторских работ по государственным контрактам Выполнение функций государственными органами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ФЕДЕРАЛЬНОЕ АГЕНТСТВО ПО ПЕЧАТИ И МАССОВЫМ КОММУНИКАЦИЯМ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ФЕДЕРАЛЬНАЯ СЛУЖБА ПО НАДЗОРУ В СФЕРЕ ЗАЩИТЫ ПРАВ ПОТРЕБИТЕЛЕЙ И БЛАГОПОЛУЧИЯ ЧЕЛОВЕКА Здравоохранение, физическаякультура и спорт Санитарно-эпидемиологическое благополучие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ФЕДЕРАЛЬНОЕ АГЕНТСТВО ПО НАУКЕ И ИННОВАЦИЯМ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ФЕДЕРАЛЬНАЯ СЛУЖБА ПО ТРУДУ И ЗАНЯТОСТИ Социальная политика Социальное обеспечение населения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Компенсация в возмещение вреда гражданам, подвергшимся воздействию радиации вследствие радиационных аварий Социальные выплаты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Компенсация в возмещение вреда гражданам, подвергшимся воздействию радиации вследствие радиационных аварий Социальные выплаты ФЕДЕРАЛЬНАЯ ТАМОЖЕННАЯ СЛУЖБА Общегосударственные вопросы Обеспечение деятельности финансовых, налоговых и таможенных органов и органов финансового (финансово-бюджетного) надзора Руководство и управление в сфере установленных функций Зарубежный аппарат Выполнение функций государственными органами Военный персонал Выполнение функций государственными органами Функционирование органов в сфере национальной безопасности и правоохранительной деятельности Выполнение функций государственными органами Материально-техническое обеспечение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Воинские формирования (органы, подразделения)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Здравоохранение, физическая культура и спорт Санаторно-оздоровительная помощь Санатории, пансионаты, дома отдыха и турбазы Обеспечение деятельности подведомственных учреждений Выполнение функций бюджетными учреждениями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Социальное обеспечение населения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Меры социальной поддержки граждан, подвергшихся воздействию радиации вследствие радиационных аварий и ядерных испытаний Социальные выплаты Пособие по уходу за ребенком гражданам, подвергшимся воздействию радиации вследствие радиационных аварий Социальные выплаты Компенсация в возмещение вреда гражданам, подвергшимся воздействию радиации вследствие радиационных аварий Социальные выплаты Указ Президента Российской Федерации от 1 августа 2005 года № 887 "О мерах по улучшению материального положения инвалидов вследствие военной травмы" Дополнительное ежемесячное материальное обеспечение инвалидов вследствие военной травмы Социальные выплаты Пособия и компенсации военнослужащим, приравненным к ним лицам, а также уволенным из их числа Социальные выплаты ФЕДЕРАЛЬНАЯ СЛУЖБА ГОСУДАРСТВЕННОЙ СТАТИСТИКИ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ФЕДЕРАЛЬНАЯ АНТИМОНОПОЛЬНАЯ СЛУЖБА Национальная экономика Общеэкономические вопросы Руководство и управление в сфере установленных функций Центральный аппарат Выполнение функций государственными органами Территориальные органы Выполнение функций государственными органами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ФЕДЕРАЛЬНАЯ СЛУЖБА ПО ИНТЕЛЛЕКТУАЛЬНОЙ СОБСТВЕННОСТИ, ПАТЕНТАМ И ТОВАРНЫМ ЗНАКАМ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ФЕДЕРАЛЬНОЕ АГЕНТСТВО ГЕОДЕЗИИ И КАРТОГРАФИИ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ФЕДЕРАЛЬНОЕ АГЕНТСТВО ПО ФИЗИЧЕСКОЙ КУЛЬТУРЕ И СПОРТУ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Межбюджетные трансферты Субсидии бюджетам субъектов Российской Федерации и муниципальных образований (межбюджетные субсидии) Бюджетные инвестиции в объекты капитального строительства, не включенные в целевые программы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Бюджетные инвестиции в объекты капитального строительства государственной собственности субъектов Российской Федерации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ФЕДЕРАЛЬНАЯ АЭРОНАВИГАЦИОННАЯ СЛУЖБА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ФЕДЕРАЛЬНАЯ НАЛОГОВАЯ СЛУЖБА Общегосударственные вопросы Обеспечение деятельности финансовых, налоговых и таможенных органов и органов финансового (финансово-бюджетного) надзора Руководство и управление в сфере установленных функций Территориальные органы Выполнение функций государственными органами Уплата налога на имущество организаций и земельного налога Выполнение функций государственными органами СЛУЖБА ВНЕШНЕЙ РАЗВЕДКИ РОССИЙСКОЙ ФЕДЕРАЦИИ Социальная политика Социальное обеспечение населения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Меры социальной поддержки граждан, подвергшихся воздействию радиации вследствие радиационных аварий и ядерных испытаний Социальные выплаты Компенсация в возмещение вреда гражданам, подвергшимся воздействию радиации вследствие радиационных аварий Социальные выплаты МИНИСТЕРСТВО ОБОРОНЫ РОССИЙСКОЙ ФЕДЕРАЦИИ Национальная оборона Вооруженные Силы Российской Федерации Боевая подготовка Специальные объекты Функционирование органов в сфере национальной безопасности, правоохранительной деятельности и обороны Материально-техническое обеспечение Оплата и хранение специального топлива и горюче-смазочных материалов Оплата и хранение специального топлива и горюче-смазочных материалов в рамках государственного оборонного заказа Функционирование органов в сфере национальной безопасности, правоохранительной деятельности и обороны Оплата и хранение специального топлива и горюче-смазочных материалов вне рамок государственного оборонного заказа Функционирование органов в сфере национальной безопасности, правоохранительной деятельности и обороны Обеспечение функционирования Вооруженных Сил Российской Федерации Функционирование органов в сфере национальной безопасности, правоохранительной деятельности и обороны Воинские формирования (органы, подразделения) Обеспечение функционирования Вооруженных Сил Российской Федерации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 рамках государственного оборонного заказа Функционирование органов в сфере национальной безопасности, правоохранительной деятельности и обороны Мобилизационная и вневойсковая подготовка Мобилизационная подготовка и переподготовка резервов, учебно-сборовые мероприятия Субсидии на совершенствование учебно-материальной базы Российской оборонной спортивно-технической организации - РОСТО (ДОСААФ) для подготовки граждан Российской Федерации, подлежащих призыву на военную службу, по военно-учетным специальностям Субсидии некоммерческим организациям Другие вопросы в области национальной обороны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Строительство специальных и военных объектов Бюджетные инвестиции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МИНИСТЕРСТВО ВНУТРЕННИХ ДЕЛ РОССИЙСКОЙ ФЕДЕРАЦИИ Национальная безопасность и правоохранительная деятельность Органы внутренних дел Воинские формирования (органы, подразделения)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Компенсация стоимости вещевого имущества Функционирование органов в сфере национальной безопасности, правоохранительной деятельности и обороны Пособия и компенсации военнослужащим, приравненным к ним лицам, а также уволенным из их числа Социальные выплаты Внутренние войска Материально-техническое обеспечение Оплата и хранение специального топлива и горюче-смазочных материалов Оплата и хранение специального топлива и горюче-смазочных материалов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Воинские формирования (органы, подразделения) Военный персонал Функционирование органов в сфере национальной безопасности, правоохранительной деятельности и обороны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Вещевое обеспечение Вещевое обеспечение вне рамок государственного оборонного заказа Функционирование органов в сфере национальной безопасности, правоохранительной деятельности и обороны Социальная политика Социальное обеспечение населения Социальная помощь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Компенсация в возмещение вреда гражданам, подвергшимся воздействию радиации вследствие радиационных аварий Социальные выплаты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1941-1945 годов Социальные выплаты Пособия и компенсации военнослужащим, приравненным к ним лицам, а также уволенным из их числа Социальные выплаты ФЕДЕРАЛЬНАЯ СЛУЖБА РОССИЙСКОЙ ФЕДЕРАЦИИ ПО КОНТРОЛЮ ЗА ОБОРОТОМ НАРКОТИКОВ Национальная безопасность и правоохранительная деятельность Органы по контролю за оборотом наркотических средств и психотропных веществ Руководство и управление в сфере установленных функций Военный персонал Выполнение функций государственными органами Функционирование органов в сфере национальной безопасности и правоохранительной деятельности Выполнение функций государственными органами Бюджетные инвестиции в объекты капитального строительства, не включенные в целевые программы Строительство специальных и военных объектов Бюджетные инвестиции Материально-техническое обеспечение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Воинские формирования (органы, подразделения) Военный персонал Функционирование органов в сфере национальной безопасности, правоохранительной деятельности и обороны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Продовольственное обеспечение Продовольственное обеспечениевне рамок государственного оборонного заказа Функционирование органов в сфере национальной безопасности, правоохранительной деятельности и обороны Образование Профессиональная подготовка, переподготовка и повышение квалификации Институты повышения квалификации Военный персонал Выполнение функций бюджетными учреждениями Обеспечение деятельности подведомственных учреждений Выполнение функций бюджетными учреждениями Здравоохранение, физическая культура и спорт Амбулаторная помощь Поликлиники, амбулатории, диагностические центры Военный персонал Выполнение функций бюджетными учреждениями Обеспечение деятельности подведомственных учреждений Выполнение функций бюджетными учреждениями Санаторно-оздоровительная помощь Санатории, пансионаты, дома отдыха и турбазы Военный персонал Выполнение функций бюджетными учреждениями Обеспечение деятельности подведомственных учреждений Выполнение функций бюджетными учреждениями Физическая культура и спорт Бюджетные инвестиции в объекты капитального строительства, не включенные в целевые программы Строительство специальных и военных объектов Бюджетные инвестиции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ФЕДЕРАЛЬНОЕ КОСМИЧЕСКОЕ АГЕНТСТВО Национальная экономика Прикладные научные исследования в области национальной экономики Федеральные целевые программы Федеральная космическая программа России на 2006-2015 годы Научно-исследовательские и опытно-конструкторские работы Другие вопросы в области национальной экономики Руководство и управление в сфере установленных функций Уплата налога на имущество организаций и земельного налога Выполнение функций государственными органами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ФЕДЕРАЛЬНОЕ АГЕНТСТВО ПО ОБУСТРОЙСТВУ ГОСУДАРСТВЕННОЙ ГРАНИЦЫ РОССИЙСКОЙ ФЕДЕРАЦИИ Общегосударственные вопросы Другие общегосударственные вопросы Руководство и управление в сфере установленных функций Центральный аппарат Выполнение функций государственными органами УПРАВЛЕНИЕ ДЕЛАМИ ПРЕЗИДЕНТА РОССИЙСКОЙ ФЕДЕРАЦИИ Общегосударственные вопросы Функционирование Президента Российской Федерации Руководство и управление в сфере установленных функций Администрация Президента Российской Федерации Выполнение функций государственными органами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Руководство и управление в сфере установленных функций Центральный аппарат Выполнение функций государственными органами Другие общегосударственные вопросы Общее руководство и управление общими службами и услугами Управления делами Президента Российской Федерации Субсидии федеральному государственному унитарному предприятию "Рублево-Успенский лечебно-оздоровительный комплекс" на развитие объекта "Замок "Майендорф" Субсидии юридическим лицам Культура, кинематография, средства массовой информации Культура Библиотеки Создание Президентской библиотеки имени Б.Н.Ельцина Выполнение функций государственными органами МИНИСТЕРСТВО РЕГИОНАЛЬНОГО РАЗВИТИЯ РОССИЙСКОЙ ФЕДЕРАЦИИ Общегосударственные вопросы Другие общегосударственные вопросы Инвестиционный фонд Инвестиционный фонд Бюджетные инвестиции Федеральные целевые программы Федеральная целевая программа "Экономическое и социальное развитие Дальнего Востока и Забайкалья на период до 2013 года" Подпрограмма "Развитие г. Владивостока как центра международного сотрудничества в Азиатско-Тихоокеанском регионе" Бюджетные инвестиции Бюджетные инвестиции в объекты капитального строительства, не включенные в целевые программы Строительство объектов общегражданского назначения Строительство объектов социального и производственного комплексов, в том числе объектов общегражданского назначения, жилья, инфраструктуры Бюджетные инвестиции Национальная экономика Прикладные научные исследования в области национальной экономики Федеральные целевые программы Федеральная целевая программа "Экономическое и социальное развитие Дальнего Востока и Забайкалья на период до 2013 года" Федеральная целевая программа "Экономическое и социальное развитие Дальнего Востока и Забайкалья на период до 2013 года", за исключением подпрограммы "Развитие г. Владивостока как центра международного сотрудничества в Азиатско-Тихоокеанском регионе" Научно-исследовательские и опытно-конструкторские работы Жилищно-коммунальное хозяйство Коммунальное хозяйство Федеральные целевые программы Федеральная целевая программа "Экономическое и социальное развитие Дальнего Востока и Забайкалья на период до 2013 года" Подпрограмма "Развитие г. Владивостока как центра международного сотрудничества в Азиатско-Тихоокеанском регионе" Взнос в уставный капитал открытого акционерного общества "Дальневосточная генерирующая компания" (филиал "Приморские тепловые сети", г. Владивосток, Приморский край) Взнос в уставный капитал открытого акционерного общества "Федеральная сетевая компания Единой энергетической системы" (г. Москва) Другие вопросы в области жилищно-коммунального хозяйства Федеральная целевая программа "Жилище" на 2002-2010 годы Мероприятия по реализации Концепции развития унифицированной системы рефинансирования ипотечных жилищных кредитов в России Взнос в уставный капитал открытого акционерного общества "Агентство по ипотечному жилищному кредитованию" Образование Высшее и послевузовское профессиональное образование Федеральные целевые программы Федеральная целевая программа "Экономическое и социальное развитие Дальнего Востока и Забайкалья на период до 2013 года" Подпрограмма "Развитие г. Владивостока как центра международного сотрудничества в Азиатско-Тихоокеанском регионе" Бюджетные инвестиции Социальная политика Социальное обеспечение населения Федеральная целевая программа "Жилище" на 2002-2010 годы Подпрограмма "Выполнение государственных обязательств по обеспечению жильем категорий граждан, установленных федеральным законодательством" (второй этап) Приобретение жилья военнослужащими, сотрудниками органов внутренних дел, подлежащими увольнению с военной службы (службы), и приравненными к ним лицами Социальные выплаты Приобретение жилья гражданами, уволенными с военной службы (службы), и приравненными к ним лицами Социальные выплаты Приобретение жилья гражданами, подлежащими отселению с комплекса "Байконур" Социальные выплаты Приобретение жилья гражданами - участниками ликвидации последствий радиационных аварий и катастроф, пострадавшими в результате этих аварий, и приравненными к ним лицами Социальные выплаты Приобретение жилья вынужденными переселенцами Социальные выплаты Приобретение жилья гражданами, выезжающими из районов Крайнего Севера и приравненных к ним местностей Социальные выплаты МИНИСТЕРСТВО ИНОСТРАННЫХ ДЕЛ РОССИЙСКОЙ ФЕДЕРАЦИИ Общегосударственные вопросы Международные отношения и международное сотрудничество Международное сотрудничество Обеспечение реализации соглашений с правительствами иностранных государств и организациями Выполнение международных обязательств Жилищно-коммунальное хозяйство Жилищное хозяйство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Бюджетные инвестиции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МИНИСТЕРСТВО ЮСТИЦИИ РОССИЙСКОЙ ФЕДЕРАЦИИ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ФЕДЕРАЛЬНАЯ СЛУЖБА ИСПОЛНЕНИЯ НАКАЗАНИЙ Национальная безопасность и правоохранительная деятельность Система исполнения наказаний Материально-техническое обеспечение Функционирование органов в сфере национальной безопасности и правоохранительной деятельности Функционирование органов в сфере национальной безопасности, правоохранительной деятельности и обороны Воинские формирования (органы, подразделения) Военный персонал Функционирование органов в сфере национальной безопасности, правоохранительной деятельности и обороны ФЕДЕРАЛЬНАЯ РЕГИСТРАЦИОННАЯ СЛУЖБА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ФЕДЕРАЛЬНАЯ СЛУЖБА СУДЕБНЫХ ПРИСТАВОВ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МОСКОВСКИЙ ГОСУДАРСТВЕННЫЙ УНИВЕРСИТЕТ ИМЕНИ М.В.ЛОМОНОСОВА Общегосударственные вопросы Фундаментальные исследования Поддержка организаций, осуществляющих фундаментальные исследования Уплата налога на имущество организаций и земельного налога Выполнение функций бюджетными учреждениями ФЕДЕРАЛЬНОЕ МЕДИКО- БИОЛОГИЧЕСКОЕ АГЕНТСТВО Здравоохранение, физическая культура и спорт Стационарная медицинская помощь Больницы, клиники, госпитали, медико-санитарные части Денежные выплаты врачам и медицинским сестрам, оказывающим первичную медико-санитарную помощь в федеральных учреждениях здравоохранения ведомственного подчинения, выполняющих государственное задание по оказанию дополнительной бесплатной медицинской помощи, при условии размещения в этих медицинских учреждениях муниципального заказа Выполнение функций бюджетными учреждениями Денежные выплаты медицинскому персоналу фельдшерско-акушерских пунктов, врачам, фельдшерам и медицинским сестрам скорой медицинской помощи Выполнение функций бюджетными учреждениями Уплата налога на имущество организаций и земельного налога Выполнение функций бюджетными учреждениями Социальная помощь Проведение дополнительной диспансеризации работающих граждан Выполнение функций бюджетными учреждениями Прикладные научные исследования в области здравоохранения, физической культуры и спорта Прикладные научные исследования и разработки Выполнение научно- исследовательских и опытно-конструкторских работ по государственным контрактам Выполнение функций государственными органами ГЕНЕРАЛЬНАЯ ПРОКУРАТУРА РОССИЙСКОЙ ФЕДЕРАЦИИ Национальная безопасность и правоохранительная деятельность Органы прокуратуры Руководство и управление в сфере установленных функций Функционирование органов в сфере национальной безопасности и правоохранительной деятельности Выполнение функций государственными органами Социальная политика Пенсионное обеспечение Пенсии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Пенсии военнослужащим и членам их семей, а также лицам, приравненным к ним по пенсионному обеспечению Социальные выплаты Социальное обеспечение населения Социальная помощь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1941-1945 годов Социальные выплаты Пособия и компенсации военнослужащим, приравненным к ним лицам, а также уволенным из их числа Социальные выплаты СЛЕДСТВЕННЫЙ КОМИТЕТ ПРИ ПРОКУРАТУРЕ РОССИЙСКОЙ ФЕДЕРАЦИИ Национальная безопасность и правоохранительная деятельность Органы прокуратуры Руководство и управление в сфере установленных функций Уплата налога на имущество организаций и земельного налога Выполнение функций государственными органами ВЫСШИЙ АРБИТРАЖНЫЙ СУД РОССИЙСКОЙ ФЕДЕРАЦИИ Общегосударственные вопросы Судебная система Руководство и управление в сфере установленных функций Обеспечение деятельности аппаратов судов Выполнение функций государственными органами Жилищно-коммунальное хозяйство Жилищное хозяйство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Бюджетные инвестиции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СУДЕБНЫЙ ДЕПАРТАМЕНТ ПРИ ВЕРХОВНОМ СУДЕ РОССИЙСКОЙ ФЕДЕРАЦИИ Общегосударственные вопросы Судебная система Руководство и управление в сфере установленных функций Обеспечение деятельности аппаратов судов Выполнение функций государственными органами Социальная политика Пенсионное обеспечение Пенсии Закон Российской Федерации от 26 июня 1992 года № 3132-I "О статусе судей в Российской Федерации" и Федеральный закон от 10 января 1996 года № 6-ФЗ "О дополнительных гарантиях социальной защиты судей и работников аппаратов судов Российской Федерации" Пожизненное содержание судей Социальные выплаты ФЕДЕРАЛЬНАЯ СЛУЖБА ПО ЭКОЛОГИЧЕСКОМУ, ТЕХНОЛОГИЧЕСКОМУ И АТОМНОМУ НАДЗОРУ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ФЕДЕРАЛЬНАЯ СЛУЖБА ПО ФИНАНСОВЫМ РЫНКАМ Социальная политика Социальное обеспечение населения Федеральная целевая программа "Жилище" на 2002-2010 годы Мероприятия по обеспечению жильем отдельных категорий граждан Мероприятия по обеспечению жильем федеральных государственных гражданских служащих Социальные выплаты РОССИЙСКИЙ ФОНД ФУНДАМЕНТАЛЬНЫХ ИССЛЕДОВАНИЙ Общегосударственные вопросы Фундаментальные исследования Гранты в области науки, культуры, искусства и средств массовой информации Субсидии юридическим лицам Обеспечение функционирования аппаратов фондов поддержки научной и (или) научно- технической деятельности Выполнение функций бюджетными учреждениями ФЕДЕРАЛЬНАЯ СЛУЖБА ПО ФИНАНСОВОМУ МОНИТОРИНГУ Общегосударственные вопросы Обеспечение деятельности финансовых, налоговых и таможенных органов и органов финансового (финансово-бюджетного) надзора Реализация государственных функций, связанных с общегосударственным управлением Выполнение других обязательств государства Прочие выплаты по обязательствам государства Прочие расходы 21) дополнить приложением 293 (секретно) следующего содержания</w:t>
      </w:r>
    </w:p>
    <w:p>
      <w:r>
        <w:rPr>
          <w:b/>
        </w:rPr>
        <w:t xml:space="preserve">17. </w:t>
      </w:r>
      <w:r>
        <w:t>слова заменить словами</w:t>
      </w:r>
    </w:p>
    <w:p>
      <w:r>
        <w:rPr>
          <w:b/>
        </w:rPr>
        <w:t xml:space="preserve">17. </w:t>
      </w:r>
      <w:r>
        <w:t>слова заменить словами 24) приложение 34 изложить в следующей редакции: "Приложение 34к Федеральному закону "О федеральном бюджете на 2008 год и на плановый период 2009 и 2010 годов" (в редакции Федерального закона "О внесении изменений в Федеральный закон "О федеральном бюджете на 2008 год и на плановый период 2009 и 2010 годов") Распределение бюджетных ассигнований на 2008 год по субъектам Российской Федерации на осуществление социальных выплат для приобретения жилья гражданами, выезжающими из районов Крайнего Севера и приравненных к ним местностей, а также гражданами, выехавшими из указанных районов и местностей не ранее 1 января 1992 года, в соответствии с федеральной целевой программой "Жилище" на 2002-2010 годы (тыс. рублей) Наименование субъекта Российской Федерации Сумма 1 2 25) приложение 36 (совершенно секретно) изложить в следующей редакции</w:t>
      </w:r>
    </w:p>
    <w:p>
      <w:r>
        <w:rPr>
          <w:b/>
        </w:rPr>
        <w:t xml:space="preserve">17. </w:t>
      </w:r>
      <w:r>
        <w:t>таблицу 2 изложить в следующей редакции: "Таблица 2 приложения 37(в редакции Федерального закона "О внесении изменений в Федеральный закон "О федеральном бюджете на 2008 год и на плановый период 2009 и 2010 годов") Распределение субсидий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на 2008 год (тыс. рублей) Наименование субъекта Российской Федерации Сумма 1 2</w:t>
      </w:r>
    </w:p>
    <w:p>
      <w:r>
        <w:rPr>
          <w:b/>
        </w:rPr>
        <w:t xml:space="preserve">17. </w:t>
      </w:r>
      <w:r>
        <w:t>в таблице 3: строку изложить в следующей редакции: после строки дополнить строкой следующего содержания:</w:t>
      </w:r>
    </w:p>
    <w:p>
      <w:r>
        <w:rPr>
          <w:b/>
        </w:rPr>
        <w:t xml:space="preserve">17. </w:t>
      </w:r>
      <w:r>
        <w:t>таблицу 6 изложить в следующей редакции: "Таблица 6 приложения 37(в редакции Федерального закона "О внесении изменений в Федеральный закон "О федеральном бюджете на 2008 год и на плановый период 2009 и 2010 годов") Распределение субсидий бюджетам субъектов Российской Федерации на ежемесячное денежное вознаграждение за классное руководство в государственных и муниципальных образовательных учреждениях, перечень типов которых определен Правительством Российской Федерации, на 2008 год (тыс. рублей) Наименование субъекта Российской Федерации Сумма 1 2</w:t>
      </w:r>
    </w:p>
    <w:p>
      <w:r>
        <w:rPr>
          <w:b/>
        </w:rPr>
        <w:t xml:space="preserve">17. </w:t>
      </w:r>
      <w:r>
        <w:t>таблицу 11 изложить в следующей редакции: "Таблица 11 приложения 37(в редакции Федерального закона "О внесении изменений в Федеральный закон "О федеральном бюджете на 2008 год и на плановый период 2009 и 2010 годов") Распределение субсидий на денежные выплаты медицинскому персоналу фельдшерско-акушерских пунктов, врачам, фельдшерам и медсестрам "Скорой медицинской помощи" на 2008 год (тыс. рублей) Наименование субъекта Российской Федерации Сумма 1 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