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3227; 2006, № 50, ст. 5287-5302; 2007, № 26, ст. 3078-3085; № 30, ст. 3761-3795; № 31, ст. 4004, 4005; № 49, ст. 6049-6054; 2008, № 7, ст. 547-550; № 14, ст. 1354; № 19, ст. 2095-2097; № 26, ст. 3016-3018; № 30, ст. 3595) изменение, заменив слова "Новосибирская область - 122" словами "Новосибирская область - 135".</w:t>
      </w:r>
    </w:p>
    <w:p>
      <w:r>
        <w:rPr>
          <w:b/>
        </w:rPr>
        <w:t>Статья 2</w:t>
      </w:r>
    </w:p>
    <w:p>
      <w:r>
        <w:t>Финансирование расходов, предусмотренных пунктом 1 статьи 10 Федерального закона от 17 декабря 1998 года № 188-ФЗ "О мировых судьях в Российской Федерации", в Новосибирской области в 2008 году осуществляется за счет федерального бюджета в пределах средств, выделенных на содержание мировых судей.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