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применении специальных защитных, антидемпинговых и компенсационных мер по отношению к третьим странам</w:t>
      </w:r>
    </w:p>
    <w:p>
      <w:r>
        <w:rPr>
          <w:b/>
        </w:rPr>
        <w:t>Статья None. Федеральный закон   от 22.12.2008 № 252-ФЗ</w:t>
      </w:r>
    </w:p>
    <w:p>
      <w:r>
        <w:t>О ратификации Соглашения о применении специальных защитных, антидемпинговых и компенсационных мер по отношению к третьим странам РОССИЙСКАЯ ФЕДЕРАЦИЯ ФЕДЕРАЛЬНЫЙ ЗАКОН О ратификации Соглашения о применении специальных защитных, антидемпинговых и компенсационных мер по отношению к третьим странам Принят Государственной Думой 10 декабря 2008 года Одобрен Советом Федерации 17 декабря 2008 года Ратифицировать Соглашение о применении специальных защитных, антидемпинговых и компенсационных мер по отношению к третьим странам, подписанное в городе Москве 25 января 2008 года. Президент Российской Федерации Д.Медведев Москва, Кремль 22 декабря 2008 года № 252-ФЗ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