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22.12.2008 № 256-ФЗ</w:t>
      </w:r>
    </w:p>
    <w:p>
      <w:r>
        <w:t>О ратификации Соглашения между Правительством Российской Федерации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доходы Принят Государственной Думой 5 декабря 2008 года Одобрен Советом Федерации 17 декабря 2008 года Ратифицировать Соглашение между Правительством Российской Федерации и Правительством Республики Сингапур об избежании двойного налогообложения и предотвращении уклонения от налогообложения в отношении налогов на доходы, подписанное в городе Москве 9 сентября 2002 года. Президент Российской Федерации Д.Медведев Москва, Кремль 22 декабря 2008 года № 256-ФЗ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