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противодействии коррупции</w:t>
      </w:r>
    </w:p>
    <w:p>
      <w:r>
        <w:rPr>
          <w:b/>
        </w:rPr>
        <w:t>Статья 1.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коррупция: 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б) совершение деяний, указанных в подпункте "а" настоящего пункта, от имени или в интересах юридического лица</w:t>
      </w:r>
    </w:p>
    <w:p>
      <w:r>
        <w:t>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 а) по предупреждению коррупции, в том числе по выявлению и последующему устранению причин коррупции (профилактика коррупции); б) по выявлению, предупреждению, пресечению, раскрытию и расследованию коррупционных правонарушений (борьба с коррупцией); в) по минимизации и (или) ликвидации последствий коррупционных правонарушений</w:t>
      </w:r>
    </w:p>
    <w:p>
      <w:r>
        <w:t>нормативные правовые акты Российской Федерации: 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 б) законы и иные нормативные правовые акты субъектов Российской Федерации; (В редакции Федерального закона от 28.12.2025 № 505-ФЗ) в) муниципальные правовые акты; (Дополнение пунктом - Федеральный закон от 21.11.2011 № 329-ФЗ) 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 (Дополнение пунктом - Федеральный закон от 21.11.2011 № 329-ФЗ)</w:t>
      </w:r>
    </w:p>
    <w:p>
      <w:r>
        <w:rPr>
          <w:b/>
        </w:rPr>
        <w:t>Статья 2. Правовая основа противодействия коррупции</w:t>
      </w:r>
    </w:p>
    <w:p>
      <w:r>
        <w:t>Правовую основу противодействия коррупции составляют Конституция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r>
        <w:rPr>
          <w:b/>
        </w:rPr>
        <w:t>Статья 3. Основные принципы противодействия коррупции</w:t>
      </w:r>
    </w:p>
    <w:p>
      <w:r>
        <w:t>Противодействие коррупции в Российской Федерации основывается на следующих основных принципах</w:t>
      </w:r>
    </w:p>
    <w:p>
      <w:r>
        <w:t>признание, обеспечение и защита основных прав и свобод человека и гражданина</w:t>
      </w:r>
    </w:p>
    <w:p>
      <w:r>
        <w:t>законность</w:t>
      </w:r>
    </w:p>
    <w:p>
      <w:r>
        <w:t>публичность и открытость деятельности государственных органов и органов местного самоуправления</w:t>
      </w:r>
    </w:p>
    <w:p>
      <w:r>
        <w:t>неотвратимость ответственности за совершение коррупционных правонарушений</w:t>
      </w:r>
    </w:p>
    <w:p>
      <w:r>
        <w:t>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
        <w:t>приоритетное применение мер по предупреждению коррупции</w:t>
      </w:r>
    </w:p>
    <w:p>
      <w:r>
        <w:t>сотрудничество государства с институтами гражданского общества, международными организациями и физическими лицами</w:t>
      </w:r>
    </w:p>
    <w:p>
      <w:r>
        <w:rPr>
          <w:b/>
        </w:rPr>
        <w:t>Статья 4. Международное сотрудничество Российской Федерации в области противодействия коррупции</w:t>
      </w:r>
    </w:p>
    <w:p>
      <w:r>
        <w:rPr>
          <w:b/>
        </w:rPr>
        <w:t xml:space="preserve">1. </w:t>
      </w:r>
      <w:r>
        <w:t>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
        <w:rPr>
          <w:b/>
        </w:rPr>
        <w:t xml:space="preserve">2. </w:t>
      </w:r>
      <w:r>
        <w:t>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законами</w:t>
      </w:r>
    </w:p>
    <w:p>
      <w:r>
        <w:rPr>
          <w:b/>
        </w:rPr>
        <w:t xml:space="preserve">1. </w:t>
      </w:r>
      <w:r>
        <w:t>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
        <w:rPr>
          <w:b/>
        </w:rPr>
        <w:t xml:space="preserve">1. </w:t>
      </w:r>
      <w:r>
        <w:t>выявления имущества, полученного в результате совершения коррупционных правонарушений или служащего средством их совершения</w:t>
      </w:r>
    </w:p>
    <w:p>
      <w:r>
        <w:rPr>
          <w:b/>
        </w:rPr>
        <w:t xml:space="preserve">1. </w:t>
      </w:r>
      <w:r>
        <w:t>предоставления в надлежащих случаях предметов или образцов веществ для проведения исследований или судебных экспертиз</w:t>
      </w:r>
    </w:p>
    <w:p>
      <w:r>
        <w:rPr>
          <w:b/>
        </w:rPr>
        <w:t xml:space="preserve">1. </w:t>
      </w:r>
      <w:r>
        <w:t>обмена информацией по вопросам противодействия коррупции</w:t>
      </w:r>
    </w:p>
    <w:p>
      <w:r>
        <w:rPr>
          <w:b/>
        </w:rPr>
        <w:t xml:space="preserve">1. </w:t>
      </w:r>
      <w:r>
        <w:t>координации деятельности по профилактике коррупции и борьбе с коррупцией</w:t>
      </w:r>
    </w:p>
    <w:p>
      <w:r>
        <w:rPr>
          <w:b/>
        </w:rPr>
        <w:t>Статья 5. Организационные основы противодействия коррупции</w:t>
      </w:r>
    </w:p>
    <w:p>
      <w:r>
        <w:rPr>
          <w:b/>
        </w:rPr>
        <w:t xml:space="preserve">1. </w:t>
      </w:r>
      <w:r>
        <w:t>Президент Российской Федерации</w:t>
      </w:r>
    </w:p>
    <w:p>
      <w:r>
        <w:rPr>
          <w:b/>
        </w:rPr>
        <w:t xml:space="preserve">2. </w:t>
      </w:r>
      <w:r>
        <w:t>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r>
        <w:rPr>
          <w:b/>
        </w:rPr>
        <w:t xml:space="preserve">3. </w:t>
      </w:r>
      <w:r>
        <w:t>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
        <w:rPr>
          <w:b/>
        </w:rPr>
        <w:t xml:space="preserve">4. </w:t>
      </w:r>
      <w:r>
        <w:t>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
        <w:rPr>
          <w:b/>
        </w:rPr>
        <w:t xml:space="preserve">41. </w:t>
      </w:r>
      <w:r>
        <w:t>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 (Дополнение частью - Федеральный закон от 21.11.2011 № 329-ФЗ)</w:t>
      </w:r>
    </w:p>
    <w:p>
      <w:r>
        <w:rPr>
          <w:b/>
        </w:rPr>
        <w:t xml:space="preserve">5. </w:t>
      </w:r>
      <w:r>
        <w:t>В целях обеспечения координации деятельности федеральных органов исполнительной власти, исполнительных органов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 (В редакции Федерального закона от 08.08.2024 № 232-ФЗ)</w:t>
      </w:r>
    </w:p>
    <w:p>
      <w:r>
        <w:rPr>
          <w:b/>
        </w:rPr>
        <w:t xml:space="preserve">6. </w:t>
      </w:r>
      <w:r>
        <w:t>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
        <w:rPr>
          <w:b/>
        </w:rPr>
        <w:t xml:space="preserve">61. </w:t>
      </w:r>
      <w:r>
        <w:t>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 (Дополнение частью - Федеральный закон от 06.02.2019 № 5-ФЗ)</w:t>
      </w:r>
    </w:p>
    <w:p>
      <w:r>
        <w:rPr>
          <w:b/>
        </w:rPr>
        <w:t xml:space="preserve">7. </w:t>
      </w:r>
      <w:r>
        <w:t>Счетная палата Российской Федерации в пределах своих полномочий обеспечивает противодействие коррупции в соответствии с Федеральным законом от 5 апреля 2013 года № 41-ФЗ "О Счетной палате Российской Федерации". (В редакции Федерального закона от 07.10.2022 № 379-ФЗ)</w:t>
      </w:r>
    </w:p>
    <w:p>
      <w:r>
        <w:rPr>
          <w:b/>
        </w:rPr>
        <w:t xml:space="preserve">1. </w:t>
      </w:r>
      <w:r>
        <w:t>определяет основные направления государственной политики в области противодействия коррупции</w:t>
      </w:r>
    </w:p>
    <w:p>
      <w:r>
        <w:rPr>
          <w:b/>
        </w:rPr>
        <w:t xml:space="preserve">1. </w:t>
      </w:r>
      <w:r>
        <w:t>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
        <w:rPr>
          <w:b/>
        </w:rPr>
        <w:t xml:space="preserve">1. </w:t>
      </w:r>
      <w:r>
        <w:t>определяет особенности соблюдения ограничений, запретов и требований, исполнения обязанностей, установленных в целях противодействия коррупции настоящим Федеральным законом и другими федеральными законами. (Дополнение пунктом - Федеральный закон от 29.12.2022 № 591-ФЗ)</w:t>
      </w:r>
    </w:p>
    <w:p>
      <w:r>
        <w:rPr>
          <w:b/>
        </w:rPr>
        <w:t>Статья 6. Меры по профилактике коррупции</w:t>
      </w:r>
    </w:p>
    <w:p>
      <w:r>
        <w:t>Профилактика коррупции осуществляется путем применения следующих основных мер</w:t>
      </w:r>
    </w:p>
    <w:p>
      <w:r>
        <w:t>формирование в обществе нетерпимости к коррупционному поведению</w:t>
      </w:r>
    </w:p>
    <w:p>
      <w:r>
        <w:t>антикоррупционная экспертиза правовых актов и их проектов</w:t>
      </w:r>
    </w:p>
    <w:p>
      <w:r>
        <w:t>рассмотрение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 (Дополнение пунктом - Федеральный закон от 21.11.2011 № 329-ФЗ) 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r>
        <w:t>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перечень,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 (В редакции федеральных законов от 21.11.2011 № 329-ФЗ, от 03.12.2012 № 231-ФЗ, от 10.07.2023 № 286-ФЗ) 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r>
        <w:t>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r>
        <w:rPr>
          <w:b/>
        </w:rPr>
        <w:t>Статья 7. Основные направления деятельности государственных органов по повышению эффективности противодействия коррупции</w:t>
      </w:r>
    </w:p>
    <w:p>
      <w:r>
        <w:t>Основными направлениями деятельности государственных органов по повышению эффективности противодействия коррупции являются</w:t>
      </w:r>
    </w:p>
    <w:p>
      <w:r>
        <w:t>проведение единой государственной политики в области противодействия коррупции</w:t>
      </w:r>
    </w:p>
    <w:p>
      <w:r>
        <w:t>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
        <w:t>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
        <w:t>совершенствование системы и структуры государственных органов, создание механизмов общественного контроля за их деятельностью</w:t>
      </w:r>
    </w:p>
    <w:p>
      <w:r>
        <w:t>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
        <w:t>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 (В редакции Федерального закона от 21.11.2011 № 329-ФЗ) 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
        <w:t>обеспечение независимости средств массовой информации</w:t>
      </w:r>
    </w:p>
    <w:p>
      <w:r>
        <w:t>неукоснительное соблюдение принципов независимости судей и невмешательства в судебную деятельность</w:t>
      </w:r>
    </w:p>
    <w:p>
      <w:r>
        <w:t>совершенствование организации деятельности правоохранительных и контролирующих органов по противодействию коррупции</w:t>
      </w:r>
    </w:p>
    <w:p>
      <w:r>
        <w:t>совершенствование порядка прохождения государственной и муниципальной службы</w:t>
      </w:r>
    </w:p>
    <w:p>
      <w:r>
        <w:t>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 (В редакции Федерального закона от 28.12.2013 № 396-ФЗ) 13) устранение необоснованных запретов и ограничений, особенно в области экономической деятельности</w:t>
      </w:r>
    </w:p>
    <w:p>
      <w:r>
        <w:t>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
        <w:t>повышение уровня оплаты труда и социальной защищенности государственных и муниципальных служащих</w:t>
      </w:r>
    </w:p>
    <w:p>
      <w:r>
        <w:t>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
        <w:t>усиление контроля за решением вопросов, содержащихся в обращениях граждан и юридических лиц</w:t>
      </w:r>
    </w:p>
    <w:p>
      <w:r>
        <w:t>передача части функций государственных органов саморегулируемым организациям, а также иным негосударственным организациям</w:t>
      </w:r>
    </w:p>
    <w:p>
      <w:r>
        <w:t>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
        <w:t>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
        <w:t>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
        <w:rPr>
          <w:b/>
        </w:rPr>
        <w:t>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
        <w:rPr>
          <w:b/>
        </w:rPr>
        <w:t xml:space="preserve">1. </w:t>
      </w:r>
      <w:r>
        <w:t>В случаях, предусмотренных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редакции Федерального закона от 03.04.2017 № 64-ФЗ) 1) лицам, замещающим (занимающим):</w:t>
      </w:r>
    </w:p>
    <w:p>
      <w:r>
        <w:rPr>
          <w:b/>
        </w:rPr>
        <w:t xml:space="preserve">11. </w:t>
      </w:r>
      <w:r>
        <w:t>Понятие "иностранные финансовые инструменты" используется в части 1 настоящей статьи в значении, определенном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(Дополнение частью - Федеральный закон от 28.12.2016 № 505-ФЗ)</w:t>
      </w:r>
    </w:p>
    <w:p>
      <w:r>
        <w:rPr>
          <w:b/>
        </w:rPr>
        <w:t xml:space="preserve">2. </w:t>
      </w:r>
      <w:r>
        <w:t>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пункте 1 части 1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создаваемых для выполнения задач, поставленных перед федеральными государственными органами, а также на супруг (супругов) и несовершеннолетних детей этих лиц. (В редакции федеральных законов от 22.12.2014 № 431-ФЗ, от 03.07.2016 № 236-ФЗ, от 28.12.2025 № 505-ФЗ)</w:t>
      </w:r>
    </w:p>
    <w:p>
      <w:r>
        <w:rPr>
          <w:b/>
        </w:rPr>
        <w:t xml:space="preserve">3. </w:t>
      </w:r>
      <w:r>
        <w:t>Несоблюдение запрета, установленного настоящей статьей, за исключением случаев, установленных федеральными законами,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 (В редакции Федерального закона от 10.07.2023 № 286-ФЗ) (Дополнение статьей - Федеральный закон от 07.05.2013 № 102-ФЗ)</w:t>
      </w:r>
    </w:p>
    <w:p>
      <w:r>
        <w:rPr>
          <w:b/>
        </w:rPr>
        <w:t xml:space="preserve">1. </w:t>
      </w:r>
      <w:r>
        <w:t>государственные должности Российской Федерации</w:t>
      </w:r>
    </w:p>
    <w:p>
      <w:r>
        <w:rPr>
          <w:b/>
        </w:rPr>
        <w:t xml:space="preserve">1. </w:t>
      </w:r>
      <w:r>
        <w:t>должности первого заместителя и заместителей Генерального прокурора Российской Федерации</w:t>
      </w:r>
    </w:p>
    <w:p>
      <w:r>
        <w:rPr>
          <w:b/>
        </w:rPr>
        <w:t xml:space="preserve">1. </w:t>
      </w:r>
      <w:r>
        <w:t>должности членов Совета директоров Центрального банка Российской Федерации</w:t>
      </w:r>
    </w:p>
    <w:p>
      <w:r>
        <w:rPr>
          <w:b/>
        </w:rPr>
        <w:t xml:space="preserve">1. </w:t>
      </w:r>
      <w:r>
        <w:t>государственные должности субъектов Российской Федерации</w:t>
      </w:r>
    </w:p>
    <w:p>
      <w:r>
        <w:rPr>
          <w:b/>
        </w:rPr>
        <w:t xml:space="preserve">1. </w:t>
      </w:r>
      <w: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
        <w:rPr>
          <w:b/>
        </w:rPr>
        <w:t xml:space="preserve">1. </w:t>
      </w:r>
      <w:r>
        <w:t>должности заместителей руководителей федеральных органов исполнительной власти</w:t>
      </w:r>
    </w:p>
    <w:p>
      <w:r>
        <w:rPr>
          <w:b/>
        </w:rPr>
        <w:t xml:space="preserve">1. </w:t>
      </w:r>
      <w:r>
        <w:t>должности в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 (В редакции федеральных законов от 03.07.2016 № 236-ФЗ, от 28.12.2025 № 505-ФЗ)</w:t>
      </w:r>
    </w:p>
    <w:p>
      <w:r>
        <w:rPr>
          <w:b/>
        </w:rPr>
        <w:t xml:space="preserve">1. </w:t>
      </w:r>
      <w:r>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 (В редакции федеральных законов от 03.11.2015 № 303-ФЗ, от 26.05.2021 № 155-ФЗ)</w:t>
      </w:r>
    </w:p>
    <w:p>
      <w:r>
        <w:rPr>
          <w:b/>
        </w:rPr>
        <w:t xml:space="preserve">1. </w:t>
      </w:r>
      <w: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 иных организаций, созданных Российской Федерацией на основании федеральных законов; (Дополнение подпунктом - Федеральный закон от 22.12.2014 № 431-ФЗ) (В редакции федеральных законов от 03.07.2016 № 236-ФЗ, от 28.12.2025 № 505-ФЗ) 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(Дополнение пунктом - Федеральный закон от 03.11.2015 № 303-ФЗ) (В редакции Федерального закона от 26.05.2021 № 155-ФЗ) 2) супругам и несовершеннолетним детям лиц, указанных в подпунктах "а" - "з" пункта 1 и пункте 11 настоящей части; (В редакции федеральных законов от 22.12.2014 № 431-ФЗ; от 03.11.2015 № 303-ФЗ) 3) иным лицам в случаях, предусмотренных федеральными законами</w:t>
      </w:r>
    </w:p>
    <w:p>
      <w:r>
        <w:rPr>
          <w:b/>
        </w:rPr>
        <w:t>Статья 8. Представление сведений о доходах, об имуществе и обязательствах имущественного характера</w:t>
      </w:r>
    </w:p>
    <w:p>
      <w:r>
        <w:t>(Наименование в редакции Федерального закона от 03.12.2012 № 231-ФЗ)</w:t>
      </w:r>
    </w:p>
    <w:p>
      <w:r>
        <w:rPr>
          <w:b/>
        </w:rPr>
        <w:t xml:space="preserve">1. </w:t>
      </w:r>
      <w:r>
        <w:t>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(В редакции Федерального закона от 30.12.2021 № 471-ФЗ) 1) граждане, претендующие на замещение должностей государственной службы; (В редакции Федерального закона от 22.12.2014 № 431-ФЗ) 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Федерации; (Дополнение пунктом - Федеральный закон от 03.12.2012 № 231-ФЗ) 12) граждане, претендующие на замещение должностей муниципальной службы, включенных в перечни, установленные нормативными правовыми актами Российской Федерации, и должности главы местной администрации по контракту; (Дополнение пунктом - Федеральный закон от 22.12.2014 № 431-ФЗ) (В редакции Федерального закона от 28.12.2025 № 505-ФЗ) 2) граждане, претендующие на замещение должностей, включенных в перечни, установленные нормативными правовыми актами Российской Федерации, в государственных корпорациях,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(В редакции федеральных законов от 03.07.2016 № 236-ФЗ, от 28.12.2022 № 569-ФЗ, от 28.12.2025 № 505-ФЗ) 21) 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 (Дополнение пунктом - Федеральный закон от 04.06.2018 № 133-ФЗ) (В редакции Федерального закона от 30.12.2021 № 471-ФЗ) 3) граждане, претендующие на замещение отдельных должностей, включенных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
        <w:rPr>
          <w:b/>
        </w:rPr>
        <w:t xml:space="preserve">11. </w:t>
      </w:r>
      <w:r>
        <w:t>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власти в области обеспечения безопасности. (Дополнение частью - Федеральный закон от 03.04.2017 № 64-ФЗ)</w:t>
      </w:r>
    </w:p>
    <w:p>
      <w:r>
        <w:rPr>
          <w:b/>
        </w:rPr>
        <w:t xml:space="preserve">12. </w:t>
      </w:r>
      <w:r>
        <w:t>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(Дополнение частью - Федеральный закон от 03.04.2017 № 64-ФЗ)</w:t>
      </w:r>
    </w:p>
    <w:p>
      <w:r>
        <w:rPr>
          <w:b/>
        </w:rPr>
        <w:t xml:space="preserve">2. </w:t>
      </w:r>
      <w:r>
        <w:t>Порядок представления сведений о доходах, об имуществе и обязательствах имущественного характера, указанных в части 1 настоящей статьи, устанавливается федеральными законами, иными нормативными правовыми актами Российской Федерации и нормативными актами Центрального банка Российской Федерации. (В редакции Федерального закона от 03.12.2012 № 231-ФЗ)</w:t>
      </w:r>
    </w:p>
    <w:p>
      <w:r>
        <w:rPr>
          <w:b/>
        </w:rPr>
        <w:t xml:space="preserve">3. </w:t>
      </w:r>
      <w:r>
        <w:t>Сведения о доходах, об имуществе и обязательствах имущественного характера, представляемые в соответствии с частями 1 и 11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частью 1 или 11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частями 1 и 11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 (В редакции федеральных законов от 03.04.2017 № 64-ФЗ, от 04.06.2018 № 133-ФЗ, от 28.12.2022 № 569-ФЗ, от 28.12.2025 № 505-ФЗ)</w:t>
      </w:r>
    </w:p>
    <w:p>
      <w:r>
        <w:rPr>
          <w:b/>
        </w:rPr>
        <w:t xml:space="preserve">4. </w:t>
      </w:r>
      <w:r>
        <w:t>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частями 1 и 11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 (В редакции Федерального закона от 03.04.2017 № 64-ФЗ)</w:t>
      </w:r>
    </w:p>
    <w:p>
      <w:r>
        <w:rPr>
          <w:b/>
        </w:rPr>
        <w:t xml:space="preserve">5. </w:t>
      </w:r>
      <w:r>
        <w:t>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частями 1 и 11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 (В редакции Федерального закона от 03.04.2017 № 64-ФЗ)</w:t>
      </w:r>
    </w:p>
    <w:p>
      <w:r>
        <w:rPr>
          <w:b/>
        </w:rPr>
        <w:t xml:space="preserve">6. </w:t>
      </w:r>
      <w:r>
        <w:t>(Часть утратила силу - Федеральный закон от 28.12.2025 № 505-ФЗ)</w:t>
      </w:r>
    </w:p>
    <w:p>
      <w:r>
        <w:rPr>
          <w:b/>
        </w:rPr>
        <w:t xml:space="preserve">7. </w:t>
      </w:r>
      <w:r>
        <w:t>Проверка достоверности и полноты сведений о доходах, об имуществе и обязательствах имущественного характера, представляемых в соответствии с частями 1 и 11 настоящей статьи, за исключением сведений,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гражданами, претендующими на замещение должностей руководителей государственных (муниципальных) учреждений, должностей финансовых уполномоченных и руководителя службы обеспечения деятельности финансового уполномоченного,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порядке,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частях 1 и 11 настоящей статьи, супруг (супругов) и несовершеннолетних детей указанных граждан или лиц. (В редакции федеральных законов от 03.04.2017 № 64-ФЗ, от 30.12.2021 № 471-ФЗ, от 19.12.2023 № 605-ФЗ)</w:t>
      </w:r>
    </w:p>
    <w:p>
      <w:r>
        <w:rPr>
          <w:b/>
        </w:rPr>
        <w:t xml:space="preserve">71. </w:t>
      </w:r>
      <w:r>
        <w:t>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порядке,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 (Дополнение частью - Федеральный закон от 29.12.2012 № 280-ФЗ)</w:t>
      </w:r>
    </w:p>
    <w:p>
      <w:r>
        <w:rPr>
          <w:b/>
        </w:rPr>
        <w:t xml:space="preserve">72. </w:t>
      </w:r>
      <w:r>
        <w:t>Проверка достоверности и полноты сведений о доходах, об имуществе и обязательствах имущественного характера, представляемых гражданином, претендующим на замещение должности главного финансового уполномоченного, и лицом, замещающим данную должность, осуществляется в порядке,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гражданина и лица определяются Президентом Российской Федерации. (Дополнение частью - Федеральный закон от 30.12.2021 № 471-ФЗ) (В редакции федеральных законов от 18.03.2023 № 70-ФЗ, от 10.07.2023 № 286-ФЗ)</w:t>
      </w:r>
    </w:p>
    <w:p>
      <w:r>
        <w:rPr>
          <w:b/>
        </w:rPr>
        <w:t xml:space="preserve">73. </w:t>
      </w:r>
      <w:r>
        <w:t>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руководителя службы обеспечения деятельности финансового уполномоченного, и лицами, замещающими данные должности, осуществляется по решению Центрального банка Российской Федерации в порядке, устанавливаемом нормативными актами Центрального банка Российской Федерации. (Дополнение частью - Федеральный закон от 30.12.2021 № 471-ФЗ) (В редакции Федерального закона от 18.03.2023 № 70-ФЗ)</w:t>
      </w:r>
    </w:p>
    <w:p>
      <w:r>
        <w:rPr>
          <w:b/>
        </w:rPr>
        <w:t xml:space="preserve">74. </w:t>
      </w:r>
      <w:r>
        <w:t>Проверка достоверности и полноты сведений о доходах, об имуществе и обязательствах имущественного характера,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осуществляется в порядке,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 (Дополнение частью - Федеральный закон от 19.12.2023 № 605-ФЗ)</w:t>
      </w:r>
    </w:p>
    <w:p>
      <w:r>
        <w:rPr>
          <w:b/>
        </w:rPr>
        <w:t xml:space="preserve">8. </w:t>
      </w:r>
      <w:r>
        <w:t>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(В редакции Федерального закона от 28.12.2025 № 505-ФЗ)</w:t>
      </w:r>
    </w:p>
    <w:p>
      <w:r>
        <w:rPr>
          <w:b/>
        </w:rPr>
        <w:t xml:space="preserve">9. </w:t>
      </w:r>
      <w:r>
        <w:t>Невыполнение гражданином или лицом, указанными в части 1 настоящей статьи, обязанности, предусмотренной частью 1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 (В редакции федеральных законов от 03.12.2012 № 231-ФЗ, от 29.12.2012 № 280-ФЗ, от 03.07.2016 № 236-ФЗ, от 04.06.2018 № 133-ФЗ, от 28.12.2022 № 569-ФЗ, от 28.12.2025 № 505-ФЗ)</w:t>
      </w:r>
    </w:p>
    <w:p>
      <w:r>
        <w:rPr>
          <w:b/>
        </w:rPr>
        <w:t xml:space="preserve">10. </w:t>
      </w:r>
      <w:r>
        <w:t>Для целей настоящего Федерального закона цифровая валюта признается имуществом. (Дополнение частью - Федеральный закон от 31.07.2020 № 259-ФЗ) (Статья в редакции Федерального закона от 21.11.2011 № 329-ФЗ)</w:t>
      </w:r>
    </w:p>
    <w:p>
      <w:r>
        <w:rPr>
          <w:b/>
        </w:rPr>
        <w:t xml:space="preserve">1. </w:t>
      </w:r>
      <w:r>
        <w:t>граждане, претендующие на замещение должностей руководителей государственных (муниципальных) учреждений; (Дополнение пунктом - Федеральный закон от 29.12.2012 № 280-ФЗ) 32) государственные служащие, претендующие на замещение должностей государственной службы, включенных в перечни, установленные нормативными правовыми актами Российской Федерации; (Дополнение пунктом - Федеральный закон от 22.12.2014 № 431-ФЗ) (В редакции Федерального закона от 28.12.2025 № 505-ФЗ) 33) государственные служащие и граждане, претендующие на включение в федеральный кадровый резерв на государственной гражданской службе Российской Федерации; (Дополнение пунктом - Федеральный закон от 19.12.2023 № 605-ФЗ) (В редакции Федерального закона от 28.12.2025 № 505-ФЗ) 34) государственные служащие, назначаемые на должности в порядке перевода из другого государственного органа; (Дополнение пунктом - Федеральный закон от 28.12.2025 № 505-ФЗ) 35) муниципальные служащие, претендующие на замещение должностей муниципальной службы, включенных в перечни, установленные нормативными правовыми актами Российской Федерации; (Дополнение пунктом - Федеральный закон от 28.12.2025 № 505-ФЗ) 4) лица, замещающие должности, указанные в пункте 1 настоящей части и включенные в перечни, установленные нормативными правовыми актами Российской Федерации, и должности, указанные в пунктах 11 - 31 настоящей части:</w:t>
      </w:r>
    </w:p>
    <w:p>
      <w:r>
        <w:rPr>
          <w:b/>
        </w:rPr>
        <w:t xml:space="preserve">1. </w:t>
      </w:r>
      <w:r>
        <w:t>в случае, если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сведения, предусмотренные настоящей частью, не представлялись, - в течение четырех месяцев со дня назначения на такую должность</w:t>
      </w:r>
    </w:p>
    <w:p>
      <w:r>
        <w:rPr>
          <w:b/>
        </w:rPr>
        <w:t xml:space="preserve">1. </w:t>
      </w:r>
      <w:r>
        <w:t>в случае возникновения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(Пункт в редакции Федерального закона от 28.12.2025 № 505-ФЗ)</w:t>
      </w:r>
    </w:p>
    <w:p>
      <w:r>
        <w:rPr>
          <w:b/>
        </w:rPr>
        <w:t>Статья 81. Представление сведений о расходах</w:t>
      </w:r>
    </w:p>
    <w:p>
      <w:r>
        <w:rPr>
          <w:b/>
        </w:rPr>
        <w:t xml:space="preserve">1. </w:t>
      </w:r>
      <w:r>
        <w:t>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 (В редакции Федерального закона от 03.04.2017 № 64-ФЗ)</w:t>
      </w:r>
    </w:p>
    <w:p>
      <w:r>
        <w:rPr>
          <w:b/>
        </w:rPr>
        <w:t xml:space="preserve">2. </w:t>
      </w:r>
      <w:r>
        <w:t>Контроль за соответствием расходов лиц, указанных в части 1 настоящей статьи, а также расходов их супруг (супругов) и несовершеннолетних детей общему доходу лиц, указанных в части 1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законом от 3 декабря 2012 года №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 (В редакции Федерального закона от 03.04.2017 № 64-ФЗ)</w:t>
      </w:r>
    </w:p>
    <w:p>
      <w:r>
        <w:rPr>
          <w:b/>
        </w:rPr>
        <w:t xml:space="preserve">3. </w:t>
      </w:r>
      <w:r>
        <w:t>Непредставление лицами, указанными в части 1 настоящей статьи, сведений о своих расходах,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своих расходах или непредставление сведений о расходах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части 1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 (В редакции федеральных законов от 03.07.2016 № 236-ФЗ, от 04.06.2018 № 133-ФЗ, от 28.12.2022 № 569-ФЗ, от 10.07.2023 № 286-ФЗ, от 28.12.2025 № 505-ФЗ)</w:t>
      </w:r>
    </w:p>
    <w:p>
      <w:r>
        <w:rPr>
          <w:b/>
        </w:rPr>
        <w:t xml:space="preserve">4. </w:t>
      </w:r>
      <w:r>
        <w:t>(Часть утратила силу - Федеральный закон от 28.12.2025 № 505-ФЗ) (Дополнение статьей - Федеральный закон от 03.12.2012 № 231-ФЗ)</w:t>
      </w:r>
    </w:p>
    <w:p>
      <w:r>
        <w:rPr>
          <w:b/>
        </w:rPr>
        <w:t>Статья 82. Контроль за законностью получения денежных средств</w:t>
      </w:r>
    </w:p>
    <w:p>
      <w:r>
        <w:rPr>
          <w:b/>
        </w:rPr>
        <w:t xml:space="preserve">1. </w:t>
      </w:r>
      <w:r>
        <w:t>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p>
      <w:r>
        <w:rPr>
          <w:b/>
        </w:rPr>
        <w:t xml:space="preserve">2. </w:t>
      </w:r>
      <w:r>
        <w:t>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p>
      <w:r>
        <w:rPr>
          <w:b/>
        </w:rPr>
        <w:t xml:space="preserve">3. </w:t>
      </w:r>
      <w:r>
        <w:t>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p>
      <w:r>
        <w:rPr>
          <w:b/>
        </w:rPr>
        <w:t xml:space="preserve">4. </w:t>
      </w:r>
      <w:r>
        <w:t>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w:t>
      </w:r>
    </w:p>
    <w:p>
      <w:r>
        <w:rPr>
          <w:b/>
        </w:rPr>
        <w:t xml:space="preserve">5. </w:t>
      </w:r>
      <w:r>
        <w:t>Генеральный прокурор Российской Федерации или подчиненные ему прокуроры не позднее чем через два рабочих дня со дня принятия решения, указанного в части 4 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законность получения денежных средств, указанных в части 2 настоящей статьи</w:t>
      </w:r>
    </w:p>
    <w:p>
      <w:r>
        <w:rPr>
          <w:b/>
        </w:rPr>
        <w:t xml:space="preserve">6. </w:t>
      </w:r>
      <w:r>
        <w:t>Проверка, указанная в части 4 настоящей статьи, проводится прокурорами</w:t>
      </w:r>
    </w:p>
    <w:p>
      <w:r>
        <w:rPr>
          <w:b/>
        </w:rPr>
        <w:t xml:space="preserve">7. </w:t>
      </w:r>
      <w:r>
        <w:t>Проверка, указанная в части 4 настоящей статьи, не может проводиться по истечении шести месяцев со дня увольнения (прекращения полномочий) проверяемого лица</w:t>
      </w:r>
    </w:p>
    <w:p>
      <w:r>
        <w:rPr>
          <w:b/>
        </w:rPr>
        <w:t xml:space="preserve">8. </w:t>
      </w:r>
      <w:r>
        <w:t>При проведении проверки, указанной в части 4 настоящей статьи, проверяемое лицо вправе</w:t>
      </w:r>
    </w:p>
    <w:p>
      <w:r>
        <w:rPr>
          <w:b/>
        </w:rPr>
        <w:t xml:space="preserve">9. </w:t>
      </w:r>
      <w:r>
        <w:t>Генеральный прокурор Российской Федерации или подчиненные ему прокуроры при осуществлении проверки, указанной в части 4 настоящей статьи, обязаны</w:t>
      </w:r>
    </w:p>
    <w:p>
      <w:r>
        <w:rPr>
          <w:b/>
        </w:rPr>
        <w:t xml:space="preserve">10. </w:t>
      </w:r>
      <w:r>
        <w:t>Генеральный прокурор Российской Федерации или подчиненные ему прокуроры при осуществлении проверки, указанной в части 4 настоящей статьи, вправе</w:t>
      </w:r>
    </w:p>
    <w:p>
      <w:r>
        <w:rPr>
          <w:b/>
        </w:rPr>
        <w:t xml:space="preserve">11. </w:t>
      </w:r>
      <w:r>
        <w:t>Руководители государственных органов, органов местного самоуправления, организаций, получившие запрос, указанный в пункте 3 части 10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r>
        <w:rPr>
          <w:b/>
        </w:rPr>
        <w:t xml:space="preserve">12. </w:t>
      </w:r>
      <w:r>
        <w:t>Порядок рассмотрения материалов проверки, указанной в части 4 настоящей статьи, определяется Генеральным прокурором Российской Федерации</w:t>
      </w:r>
    </w:p>
    <w:p>
      <w:r>
        <w:rPr>
          <w:b/>
        </w:rPr>
        <w:t xml:space="preserve">13. </w:t>
      </w:r>
      <w:r>
        <w:t>Генеральный прокурор Российской Федерации или подчиненные ему прокуроры после завершения проверки, указанной в части 4 настоящей статьи, информируют о ее результатах лицо, направившее в органы прокуратуры Российской Федерации материалы в соответствии с частью 3 настоящей статьи</w:t>
      </w:r>
    </w:p>
    <w:p>
      <w:r>
        <w:rPr>
          <w:b/>
        </w:rPr>
        <w:t xml:space="preserve">14. </w:t>
      </w:r>
      <w:r>
        <w:t>Генеральный прокурор Российской Федерации или подчиненные ему прокуроры, получившие материалы, указанные в части 2 настоящей статьи, рассматривают их в пределах своей компетенции, установленной Федеральным законом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части 1 настоящей статьи, в отношении которой не получены достоверные сведения, подтверждающие законность получения этих средств, если размер взыскиваемых средств превышает десять тысяч рублей</w:t>
      </w:r>
    </w:p>
    <w:p>
      <w:r>
        <w:rPr>
          <w:b/>
        </w:rPr>
        <w:t xml:space="preserve">15. </w:t>
      </w:r>
      <w:r>
        <w:t>Генеральный прокурор Российской Федерации или подчиненные ему прокуроры рассматривают материалы проверки, указанной в части 4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части 3 настоящей статьи, в отношении которой не представлены сведения, подтверждающие законность получения этих средств, если размер взыскиваемых средств превышает десять тысяч рублей</w:t>
      </w:r>
    </w:p>
    <w:p>
      <w:r>
        <w:rPr>
          <w:b/>
        </w:rPr>
        <w:t xml:space="preserve">16. </w:t>
      </w:r>
      <w:r>
        <w:t>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частях 14 и 15 настоящей статьи, в орган публичной власти или организацию, в которых лицо, в отношении которого осуществлялись проверки, указанные в частях 1 и 4 настоящей статьи, замещает или замещало должность</w:t>
      </w:r>
    </w:p>
    <w:p>
      <w:r>
        <w:rPr>
          <w:b/>
        </w:rPr>
        <w:t xml:space="preserve">17. </w:t>
      </w:r>
      <w:r>
        <w:t>Порядок направления информации, указанной в части 16 настоящей статьи, определяется Генеральным прокурором Российской Федерации. (Дополнение статьей - Федеральный закон от 06.03.2022 № 44-ФЗ)</w:t>
      </w:r>
    </w:p>
    <w:p>
      <w:r>
        <w:rPr>
          <w:b/>
        </w:rPr>
        <w:t xml:space="preserve">8. </w:t>
      </w:r>
      <w:r>
        <w:t>давать пояснения в письменной форме об источниках поступления денежных средств на свои счета, счета своих супруги (супруга) и несовершеннолетних детей в банках и (или) иных кредитных организациях</w:t>
      </w:r>
    </w:p>
    <w:p>
      <w:r>
        <w:rPr>
          <w:b/>
        </w:rPr>
        <w:t xml:space="preserve">8. </w:t>
      </w:r>
      <w:r>
        <w:t>представлять дополнительные материалы и давать по ним пояснения в письменной форме</w:t>
      </w:r>
    </w:p>
    <w:p>
      <w:r>
        <w:rPr>
          <w:b/>
        </w:rPr>
        <w:t xml:space="preserve">8. </w:t>
      </w:r>
      <w:r>
        <w:t>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w:t>
      </w:r>
    </w:p>
    <w:p>
      <w:r>
        <w:rPr>
          <w:b/>
        </w:rPr>
        <w:t xml:space="preserve">9. </w:t>
      </w:r>
      <w:r>
        <w:t>истребовать у проверяемого лица сведения, подтверждающие законность получения денежных средств, указанных в части 3 настоящей статьи</w:t>
      </w:r>
    </w:p>
    <w:p>
      <w:r>
        <w:rPr>
          <w:b/>
        </w:rPr>
        <w:t xml:space="preserve">9. </w:t>
      </w:r>
      <w:r>
        <w:t>изучать дополнительные материалы, представленные проверяемым лицом</w:t>
      </w:r>
    </w:p>
    <w:p>
      <w:r>
        <w:rPr>
          <w:b/>
        </w:rPr>
        <w:t xml:space="preserve">9. </w:t>
      </w:r>
      <w:r>
        <w:t>провести беседу с проверяемым лицом в случае поступления ходатайства, предусмотренного пунктом 3 части 8 настоящей статьи</w:t>
      </w:r>
    </w:p>
    <w:p>
      <w:r>
        <w:rPr>
          <w:b/>
        </w:rPr>
        <w:t xml:space="preserve">10. </w:t>
      </w:r>
      <w:r>
        <w:t>проводить по своей инициативе беседу с проверяемым лицом</w:t>
      </w:r>
    </w:p>
    <w:p>
      <w:r>
        <w:rPr>
          <w:b/>
        </w:rPr>
        <w:t xml:space="preserve">10. </w:t>
      </w:r>
      <w:r>
        <w:t>получать от проверяемого лица пояснения по представленным им сведениям и материалам</w:t>
      </w:r>
    </w:p>
    <w:p>
      <w:r>
        <w:rPr>
          <w:b/>
        </w:rPr>
        <w:t xml:space="preserve">10. </w:t>
      </w:r>
      <w:r>
        <w:t>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 (В редакции Федерального закона от 28.12.2024 № 522-ФЗ) 4) наводить справки у физических лиц и получать от них с их согласия информацию</w:t>
      </w:r>
    </w:p>
    <w:p>
      <w:r>
        <w:rPr>
          <w:b/>
        </w:rPr>
        <w:t>Статья 83. Осуществление анализа сведений о доходах, об имуществе и обязательствах имущественного характера</w:t>
      </w:r>
    </w:p>
    <w:p>
      <w:r>
        <w:t>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органов публичной власти,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органы субъектов Российской Федерации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настоящим Федеральным законом. (Дополнение статьей - Федеральный закон от 28.12.2025 № 505-ФЗ)</w:t>
      </w:r>
    </w:p>
    <w:p>
      <w:r>
        <w:rPr>
          <w:b/>
        </w:rPr>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
        <w:rPr>
          <w:b/>
        </w:rPr>
        <w:t xml:space="preserve">1. </w:t>
      </w:r>
      <w:r>
        <w:t>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
        <w:rPr>
          <w:b/>
        </w:rPr>
        <w:t xml:space="preserve">2. </w:t>
      </w:r>
      <w:r>
        <w:t>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
        <w:rPr>
          <w:b/>
        </w:rPr>
        <w:t xml:space="preserve">3. </w:t>
      </w:r>
      <w:r>
        <w:t>Невыполнение государственным или муниципальным служащим должностной (служебной) обязанности, предусмотренной частью 1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
        <w:rPr>
          <w:b/>
        </w:rPr>
        <w:t xml:space="preserve">4. </w:t>
      </w:r>
      <w:r>
        <w:t>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 (В редакции Федерального закона от 10.07.2023 № 286-ФЗ)</w:t>
      </w:r>
    </w:p>
    <w:p>
      <w:r>
        <w:rPr>
          <w:b/>
        </w:rPr>
        <w:t xml:space="preserve">5. </w:t>
      </w:r>
      <w:r>
        <w:t>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
        <w:rPr>
          <w:b/>
        </w:rPr>
        <w:t>Статья 10. Конфликт интересов</w:t>
      </w:r>
    </w:p>
    <w:p>
      <w:r>
        <w:rPr>
          <w:b/>
        </w:rPr>
        <w:t xml:space="preserve">1. </w:t>
      </w:r>
      <w:r>
        <w:t>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
        <w:rPr>
          <w:b/>
        </w:rPr>
        <w:t xml:space="preserve">2. </w:t>
      </w:r>
      <w:r>
        <w:t>В части 1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части 1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части 1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
        <w:rPr>
          <w:b/>
        </w:rPr>
        <w:t xml:space="preserve">3. </w:t>
      </w:r>
      <w:r>
        <w:t>Обязанность принимать меры по предотвращению и урегулированию конфликта интересов возлагается</w:t>
      </w:r>
    </w:p>
    <w:p>
      <w:r>
        <w:rPr>
          <w:b/>
        </w:rPr>
        <w:t xml:space="preserve">3. </w:t>
      </w:r>
      <w:r>
        <w:t>на государственных и муниципальных служащих</w:t>
      </w:r>
    </w:p>
    <w:p>
      <w:r>
        <w:rPr>
          <w:b/>
        </w:rPr>
        <w:t xml:space="preserve">3. </w:t>
      </w:r>
      <w:r>
        <w:t>на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 (В редакции федеральных законов от 04.06.2018 № 133-ФЗ, от 28.12.2022 № 569-ФЗ, от 28.12.2025 № 505-ФЗ) 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
        <w:rPr>
          <w:b/>
        </w:rPr>
        <w:t xml:space="preserve">3. </w:t>
      </w:r>
      <w:r>
        <w:t>на иные категории лиц в случаях, предусмотренных федеральными законами. (Дополнение частью - Федеральный закон от 03.04.2017 № 64-ФЗ) (Статья в редакции Федерального закона от 05.10.2015 № 285-ФЗ)</w:t>
      </w:r>
    </w:p>
    <w:p>
      <w:r>
        <w:rPr>
          <w:b/>
        </w:rPr>
        <w:t>Статья 11. Порядок предотвращения и урегулирования конфликта интересов</w:t>
      </w:r>
    </w:p>
    <w:p>
      <w:r>
        <w:rPr>
          <w:b/>
        </w:rPr>
        <w:t xml:space="preserve">1. </w:t>
      </w:r>
      <w:r>
        <w:t>Лицо, указанное в части 1 статьи 10 настоящего Федерального закона, обязано принимать меры по недопущению любой возможности возникновения конфликта интересов</w:t>
      </w:r>
    </w:p>
    <w:p>
      <w:r>
        <w:rPr>
          <w:b/>
        </w:rPr>
        <w:t xml:space="preserve">2. </w:t>
      </w:r>
      <w:r>
        <w:t>Лицо, указанное в части 1 статьи 10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 (В редакции Федерального закона от 28.12.2025 № 505-ФЗ)</w:t>
      </w:r>
    </w:p>
    <w:p>
      <w:r>
        <w:rPr>
          <w:b/>
        </w:rPr>
        <w:t xml:space="preserve">3. </w:t>
      </w:r>
      <w:r>
        <w:t>Представитель нанимателя, работодатель, иное уполномоченное лицо, указанное в части 2 настоящей статьи, если им стало известно о возникновении у лица, указанного в части 1 статьи 10 настоящего Федерального закона,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 (В редакции Федерального закона от 18.03.2023 № 70-ФЗ)</w:t>
      </w:r>
    </w:p>
    <w:p>
      <w:r>
        <w:rPr>
          <w:b/>
        </w:rPr>
        <w:t xml:space="preserve">4. </w:t>
      </w:r>
      <w:r>
        <w:t>Предотвращение или урегулирование конфликта интересов может состоять в изменении должностного или служебного положения лица, указанного в части 1 статьи 10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
        <w:rPr>
          <w:b/>
        </w:rPr>
        <w:t xml:space="preserve">5. </w:t>
      </w:r>
      <w:r>
        <w:t>Предотвращение и урегулирование конфликта интересов, стороной которого является лицо, указанное в части 1 статьи 10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r>
        <w:rPr>
          <w:b/>
        </w:rPr>
        <w:t xml:space="preserve">6. </w:t>
      </w:r>
      <w:r>
        <w:t>Непринятие лицом, указанным в части 1 статьи 10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 за исключением случаев, установленных федеральными законами. (В редакции Федерального закона от 10.07.2023 № 286-ФЗ)</w:t>
      </w:r>
    </w:p>
    <w:p>
      <w:r>
        <w:rPr>
          <w:b/>
        </w:rPr>
        <w:t xml:space="preserve">7. </w:t>
      </w:r>
      <w:r>
        <w:t>В случае, если лицо, указанное в части 1 статьи 10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(Статья в редакции Федерального закона от 05.10.2015 № 285-ФЗ)</w:t>
      </w:r>
    </w:p>
    <w:p>
      <w:r>
        <w:rPr>
          <w:b/>
        </w:rPr>
        <w:t>Статья 111. Обязанности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r>
        <w:t>Служащие Центрального банка Российской Федерации, работники,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статьями 9 - 11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(Дополнение статьей - Федеральный закон от 21.11.2011 № 329-ФЗ) (В редакции Федерального закона от 28.12.2025 № 505-ФЗ)</w:t>
      </w:r>
    </w:p>
    <w:p>
      <w:r>
        <w:rPr>
          <w:b/>
        </w:rPr>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
        <w:t>(Наименование в редакции Федерального закона от 21.11.2011 № 329-ФЗ)</w:t>
      </w:r>
    </w:p>
    <w:p>
      <w:r>
        <w:rPr>
          <w:b/>
        </w:rPr>
        <w:t xml:space="preserve">1. </w:t>
      </w:r>
      <w:r>
        <w:t>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 (В редакции Федерального закона от 21.11.2011 № 329-ФЗ)</w:t>
      </w:r>
    </w:p>
    <w:p>
      <w:r>
        <w:rPr>
          <w:b/>
        </w:rPr>
        <w:t xml:space="preserve">11. </w:t>
      </w:r>
      <w:r>
        <w:t>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 (Дополнение частью - Федеральный закон от 21.11.2011 № 329-ФЗ) (В редакции Федерального закона от 03.08.2018 № 307-ФЗ)</w:t>
      </w:r>
    </w:p>
    <w:p>
      <w:r>
        <w:rPr>
          <w:b/>
        </w:rPr>
        <w:t xml:space="preserve">2. </w:t>
      </w:r>
      <w:r>
        <w:t>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 (В редакции Федерального закона от 21.11.2011 № 329-ФЗ)</w:t>
      </w:r>
    </w:p>
    <w:p>
      <w:r>
        <w:rPr>
          <w:b/>
        </w:rPr>
        <w:t xml:space="preserve">3. </w:t>
      </w:r>
      <w:r>
        <w:t>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частью 2 настоящей статьи, влечет прекращение трудового или гражданско-правового договора на выполнение работ (оказание услуг), указанного в части 1 настоящей статьи, заключенного с указанным гражданином. (В редакции Федерального закона от 21.11.2011 № 329-ФЗ)</w:t>
      </w:r>
    </w:p>
    <w:p>
      <w:r>
        <w:rPr>
          <w:b/>
        </w:rPr>
        <w:t xml:space="preserve">4. </w:t>
      </w:r>
      <w:r>
        <w:t>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порядке, устанавливаемом нормативными правовыми актами Российской Федерации. (В редакции Федерального закона от 21.11.2011 № 329-ФЗ)</w:t>
      </w:r>
    </w:p>
    <w:p>
      <w:r>
        <w:rPr>
          <w:b/>
        </w:rPr>
        <w:t xml:space="preserve">5. </w:t>
      </w:r>
      <w:r>
        <w:t>Неисполнение работодателем обязанности, установленной частью 4 настоящей статьи, является правонарушением и влечет ответственность в соответствии с законодательством Российской Федерации</w:t>
      </w:r>
    </w:p>
    <w:p>
      <w:r>
        <w:rPr>
          <w:b/>
        </w:rPr>
        <w:t xml:space="preserve">6. </w:t>
      </w:r>
      <w:r>
        <w:t>Проверка соблюдения гражданином, указанным в части 1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 (Дополнение частью - Федеральный закон от 21.11.2011 № 329-ФЗ)</w:t>
      </w:r>
    </w:p>
    <w:p>
      <w:r>
        <w:rPr>
          <w:b/>
        </w:rPr>
        <w:t xml:space="preserve">7. </w:t>
      </w:r>
      <w:r>
        <w:t>При назначении по решению Президента Российской Федерации гражданина, на которого в соответствии с настоящей статьей налагаются ограничения, в организацию, указанную в части 1 настоящей статьи, не требуется</w:t>
      </w:r>
    </w:p>
    <w:p>
      <w:r>
        <w:rPr>
          <w:b/>
        </w:rPr>
        <w:t xml:space="preserve">7. </w:t>
      </w:r>
      <w:r>
        <w:t>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r>
        <w:rPr>
          <w:b/>
        </w:rPr>
        <w:t xml:space="preserve">7. </w:t>
      </w:r>
      <w:r>
        <w:t>сообщение сведений, предусмотренных частями 2 и 4 настоящей статьи. (Дополнение частью - Федеральный закон от 28.12.2025 № 505-ФЗ)</w:t>
      </w:r>
    </w:p>
    <w:p>
      <w:r>
        <w:rPr>
          <w:b/>
        </w:rPr>
        <w:t>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r>
        <w:rPr>
          <w:b/>
        </w:rPr>
        <w:t xml:space="preserve">1. </w:t>
      </w:r>
      <w:r>
        <w:t>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w:t>
      </w:r>
    </w:p>
    <w:p>
      <w:r>
        <w:rPr>
          <w:b/>
        </w:rPr>
        <w:t xml:space="preserve">2. </w:t>
      </w:r>
      <w:r>
        <w:t>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законами. (В редакции Федерального закона от 30.09.2013 № 261-ФЗ)</w:t>
      </w:r>
    </w:p>
    <w:p>
      <w:r>
        <w:rPr>
          <w:b/>
        </w:rPr>
        <w:t xml:space="preserve">3. </w:t>
      </w:r>
      <w:r>
        <w:t>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 (В редакции Федерального закона от 24.04.2020 № 143-ФЗ) 1) замещать другие должности в органах государственной власти и органах местного самоуправления;</w:t>
      </w:r>
    </w:p>
    <w:p>
      <w:r>
        <w:rPr>
          <w:b/>
        </w:rPr>
        <w:t xml:space="preserve">31. </w:t>
      </w:r>
      <w:r>
        <w:t>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пунктами 4 - 11 части 3 настоящей статьи. (Дополнение частью - Федеральный закон от 03.11.2015 № 303-ФЗ)</w:t>
      </w:r>
    </w:p>
    <w:p>
      <w:r>
        <w:rPr>
          <w:b/>
        </w:rPr>
        <w:t xml:space="preserve">32. </w:t>
      </w:r>
      <w:r>
        <w:t>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
        <w:rPr>
          <w:b/>
        </w:rPr>
        <w:t xml:space="preserve">33. </w:t>
      </w:r>
      <w:r>
        <w:t>Депутаты законодательных органов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 (В редакции федеральных законов от 24.04.2020 № 143-ФЗ, от 08.08.2024 № 232-ФЗ) 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
        <w:rPr>
          <w:b/>
        </w:rPr>
        <w:t xml:space="preserve">34. </w:t>
      </w:r>
      <w:r>
        <w:t>Лица, замещающие государственные должности субъектов Российской Федерации (за исключением депутатов законодательных органов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 (В редакции федеральных законов от 24.04.2020 № 143-ФЗ, от 08.08.2024 № 232-ФЗ) 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
        <w:rPr>
          <w:b/>
        </w:rPr>
        <w:t xml:space="preserve">35. </w:t>
      </w:r>
      <w:r>
        <w:t>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
        <w:rPr>
          <w:b/>
        </w:rPr>
        <w:t xml:space="preserve">4. </w:t>
      </w:r>
      <w:r>
        <w:t>Если иное не установлено федеральными законами, граждане, претендующие на замещение государственных должностей Российской Федерации, государственных должностей субъектов Российской Федерации, муниципальных должностей, и лица, замещающие указанные должности, обязаны представлять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 (супругов) и несовершеннолетних детей при наделении полномочиями по должности (назначении, избрании на должность). В случае невозможности представить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Российской Федерации, такие сведения представляются в течение четырех месяцев со дня назначения. Лицо, замещающее государственную должность Российской Федерации, государственную должность субъекта Российской Федерации или муниципальную должность, обязано представлять указанные в настоящей части сведения в случае возникновения у лица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Сведения, указанные в настоящей части, представляются в порядке, установленном настоящим Федеральным законом, другими федеральными законами и иными нормативными правовыми актами Российской Федерации. (В редакции Федерального закона от 28.12.2025 № 505-ФЗ)</w:t>
      </w:r>
    </w:p>
    <w:p>
      <w:r>
        <w:rPr>
          <w:b/>
        </w:rPr>
        <w:t xml:space="preserve">41. </w:t>
      </w:r>
      <w:r>
        <w:t>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порядке,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 (Дополнение частью - Федеральный закон от 05.10.2015 № 285-ФЗ) (В редакции Федерального закона от 03.11.2015 № 303-ФЗ) 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коррупционных правонарушений, за исключением случаев, если по данным фактам проведена или проводится проверка органами прокуратуры или другими государственными органами, является должностной обязанностью лиц, замещающих государственные должности субъектов Российской Федерации. Лица, замещающие государственные должности субъектов Российской Федерации, уведомившие о фактах обращения в целях склонения их к совершению коррупционного правонарушения, фактах совершения другими лицами, замещающими государственные должности субъектов Российской Федерации, государственными или муниципальными служащими коррупционных правонарушений органы прокуратуры или другие государственные органы, находятся под защитой государства в соответствии с законодательством Российской Федерации. (Дополнение частью - Федеральный закон от 29.12.2022 № 591-ФЗ) 41-2. Депутат законодательного органа субъекта Российской Федерации представляет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порядке, установленном настоящим Федеральным законом и иными нормативными правовыми актами Российской Федерации, в случае возникновения у депутата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(Дополнение частью - Федеральный закон от 06.02.2023 № 12-ФЗ) (В редакции Федерального закона от 28.12.2025 № 505-ФЗ)</w:t>
      </w:r>
    </w:p>
    <w:p>
      <w:r>
        <w:rPr>
          <w:b/>
        </w:rPr>
        <w:t xml:space="preserve">42. </w:t>
      </w:r>
      <w:r>
        <w:t>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представляет сведения, предусмотренные настоящей частью, в случае возникновения у данного лица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предусмотренных настоящей частью, к информации о представлении такими лицами заведомо недостоверных или неполных указанных сведений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установленной настоящей частью,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 (Дополнение частью - Федеральный закон от 03.04.2017 № 64-ФЗ) (В редакции Федерального закона от 28.12.2025 № 505-ФЗ)</w:t>
      </w:r>
    </w:p>
    <w:p>
      <w:r>
        <w:rPr>
          <w:b/>
        </w:rPr>
        <w:t xml:space="preserve">43. </w:t>
      </w:r>
      <w:r>
        <w:t>(Дополнение частью - Федеральный закон от 03.04.2017 № 64-ФЗ) (Утратила силу - Федеральный закон от 28.12.2025 № 505-ФЗ)</w:t>
      </w:r>
    </w:p>
    <w:p>
      <w:r>
        <w:rPr>
          <w:b/>
        </w:rPr>
        <w:t xml:space="preserve">44. </w:t>
      </w:r>
      <w:r>
        <w:t>Проверка достоверности и полноты сведений о доходах, расходах, об имуществе и обязательствах имущественного характера, представляемых в соответствии с частью 42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 (Дополнение частью - Федеральный закон от 03.04.2017 № 64-ФЗ) (В редакции Федерального закона от 08.08.2024 № 232-ФЗ)</w:t>
      </w:r>
    </w:p>
    <w:p>
      <w:r>
        <w:rPr>
          <w:b/>
        </w:rPr>
        <w:t xml:space="preserve">45. </w:t>
      </w:r>
      <w:r>
        <w:t>При выявлении в результате проверки, осуществленной в соответствии с частью 44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 (Дополнение частью - Федеральный закон от 03.04.2017 № 64-ФЗ) (В редакции Федерального закона от 08.08.2024 № 232-ФЗ)</w:t>
      </w:r>
    </w:p>
    <w:p>
      <w:r>
        <w:rPr>
          <w:b/>
        </w:rPr>
        <w:t xml:space="preserve">5. </w:t>
      </w:r>
      <w:r>
        <w:t>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частями 1 - 41-1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от них обстоятельств, признанных таковыми в соответствии с частями 3 - 6 статьи 13 настоящего Федерального закона, если иное не предусмотрено федеральными конституционными законами, федеральными законами. (В редакции федеральных законов от 05.10.2015 № 285-ФЗ, от 03.11.2015 № 303-ФЗ, от 29.12.2022 № 591-ФЗ, от 10.07.2023 № 286-ФЗ)</w:t>
      </w:r>
    </w:p>
    <w:p>
      <w:r>
        <w:rPr>
          <w:b/>
        </w:rPr>
        <w:t xml:space="preserve">6. </w:t>
      </w:r>
      <w:r>
        <w:t>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 (Дополнение частью - Федеральный закон от 30.10.2018 № 382-ФЗ) (Дополнение статьей - Федеральный закон от 21.11.2011 № 329-ФЗ)</w:t>
      </w:r>
    </w:p>
    <w:p>
      <w:r>
        <w:rPr>
          <w:b/>
        </w:rPr>
        <w:t xml:space="preserve">3. </w:t>
      </w:r>
      <w:r>
        <w:t>заниматься предпринимательской деятельностью лично или через доверенных лиц</w:t>
      </w:r>
    </w:p>
    <w:p>
      <w:r>
        <w:rPr>
          <w:b/>
        </w:rPr>
        <w:t xml:space="preserve">3. </w:t>
      </w:r>
      <w:r>
        <w:t>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
        <w:rPr>
          <w:b/>
        </w:rPr>
        <w:t xml:space="preserve">3. </w:t>
      </w:r>
      <w:r>
        <w:t>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
        <w:rPr>
          <w:b/>
        </w:rPr>
        <w:t xml:space="preserve">3. </w:t>
      </w:r>
      <w:r>
        <w:t>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
        <w:rPr>
          <w:b/>
        </w:rPr>
        <w:t xml:space="preserve">3. </w:t>
      </w:r>
      <w:r>
        <w:t>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
        <w:rPr>
          <w:b/>
        </w:rPr>
        <w:t xml:space="preserve">3. </w:t>
      </w:r>
      <w:r>
        <w:t>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
        <w:rPr>
          <w:b/>
        </w:rPr>
        <w:t xml:space="preserve">3. </w:t>
      </w:r>
      <w:r>
        <w:t>принимать вопреки установленному порядку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
        <w:rPr>
          <w:b/>
        </w:rPr>
        <w:t xml:space="preserve">3. </w:t>
      </w:r>
      <w:r>
        <w:t>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
        <w:rPr>
          <w:b/>
        </w:rPr>
        <w:t xml:space="preserve">3. </w:t>
      </w:r>
      <w: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
        <w:rPr>
          <w:b/>
        </w:rPr>
        <w:t xml:space="preserve">3. </w:t>
      </w:r>
      <w:r>
        <w:t>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 (Часть в редакции Федерального закона от 16.12.2019 № 432-ФЗ)</w:t>
      </w:r>
    </w:p>
    <w:p>
      <w:r>
        <w:rPr>
          <w:b/>
        </w:rPr>
        <w:t xml:space="preserve">32. </w:t>
      </w:r>
      <w:r>
        <w:t>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
        <w:rPr>
          <w:b/>
        </w:rPr>
        <w:t xml:space="preserve">32. </w:t>
      </w:r>
      <w:r>
        <w:t>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порядке, установленном Президентом Российской Федерации</w:t>
      </w:r>
    </w:p>
    <w:p>
      <w:r>
        <w:rPr>
          <w:b/>
        </w:rPr>
        <w:t xml:space="preserve">32. </w:t>
      </w:r>
      <w:r>
        <w:t>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r>
        <w:rPr>
          <w:b/>
        </w:rPr>
        <w:t xml:space="preserve">32. </w:t>
      </w:r>
      <w:r>
        <w:t>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r>
        <w:rPr>
          <w:b/>
        </w:rPr>
        <w:t xml:space="preserve">32. </w:t>
      </w:r>
      <w:r>
        <w:t>иные случаи, предусмотренные международными договорами или федеральными законами. (Дополнение частью - Федеральный закон от 16.12.2019 № 432-ФЗ)</w:t>
      </w:r>
    </w:p>
    <w:p>
      <w:r>
        <w:rPr>
          <w:b/>
        </w:rPr>
        <w:t xml:space="preserve">33. </w:t>
      </w:r>
      <w:r>
        <w:t>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органа субъекта Российской Федерации; (В редакции Федерального закона от 08.08.2024 № 232-ФЗ) 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
        <w:rPr>
          <w:b/>
        </w:rPr>
        <w:t xml:space="preserve">33. </w:t>
      </w:r>
      <w:r>
        <w:t>иные случаи, предусмотренные федеральными законами. (Дополнение частью - Федеральный закон от 16.12.2019 № 432-ФЗ) 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пунктами 1, 4 - 11 части 3 настоящей статьи. (Дополнение частью - Федеральный закон от 24.04.2020 № 143-ФЗ)</w:t>
      </w:r>
    </w:p>
    <w:p>
      <w:r>
        <w:rPr>
          <w:b/>
        </w:rPr>
        <w:t xml:space="preserve">34. </w:t>
      </w:r>
      <w:r>
        <w:t>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 (В редакции Федерального закона от 08.08.2024 № 232-ФЗ) 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
        <w:rPr>
          <w:b/>
        </w:rPr>
        <w:t xml:space="preserve">34. </w:t>
      </w:r>
      <w:r>
        <w:t>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
        <w:rPr>
          <w:b/>
        </w:rPr>
        <w:t xml:space="preserve">34. </w:t>
      </w:r>
      <w:r>
        <w:t>иные случаи, предусмотренные федеральными законами. (Дополнение частью - Федеральный закон от 16.12.2019 № 432-ФЗ)</w:t>
      </w:r>
    </w:p>
    <w:p>
      <w:r>
        <w:rPr>
          <w:b/>
        </w:rPr>
        <w:t xml:space="preserve">35. </w:t>
      </w:r>
      <w:r>
        <w:t>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(В редакции Федерального закона от 08.08.2024 № 232-ФЗ) 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 (В редакции Федерального закона от 08.08.2024 № 232-ФЗ) 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
        <w:rPr>
          <w:b/>
        </w:rPr>
        <w:t xml:space="preserve">35. </w:t>
      </w:r>
      <w:r>
        <w:t>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
        <w:rPr>
          <w:b/>
        </w:rPr>
        <w:t xml:space="preserve">35. </w:t>
      </w:r>
      <w:r>
        <w:t>иные случаи, предусмотренные федеральными законами. (Дополнение частью - Федеральный закон от 16.12.2019 № 432-ФЗ)</w:t>
      </w:r>
    </w:p>
    <w:p>
      <w:r>
        <w:rPr>
          <w:b/>
        </w:rPr>
        <w:t>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
        <w:t>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 (Дополнение статьей - Федеральный закон от 21.11.2011 № 329-ФЗ)</w:t>
      </w:r>
    </w:p>
    <w:p>
      <w:r>
        <w:rPr>
          <w:b/>
        </w:rPr>
        <w:t>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r>
        <w:t>(Наименование в редакции Федерального закона от 05.10.2015 № 285-ФЗ)</w:t>
      </w:r>
    </w:p>
    <w:p>
      <w:r>
        <w:rPr>
          <w:b/>
        </w:rPr>
        <w:t xml:space="preserve">1. </w:t>
      </w:r>
      <w:r>
        <w:t>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 (В редакции федеральных законов от 03.12.2012 № 231-ФЗ, от 05.10.2015 № 285-ФЗ, от 03.07.2016 № 236-ФЗ, от 28.12.2022 № 569-ФЗ, от 28.12.2025 № 505-ФЗ)</w:t>
      </w:r>
    </w:p>
    <w:p>
      <w:r>
        <w:rPr>
          <w:b/>
        </w:rPr>
        <w:t xml:space="preserve">2. </w:t>
      </w:r>
      <w:r>
        <w:t>Требования части 1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 (Дополнение частью - Федеральный закон от 03.12.2012 № 231-ФЗ)</w:t>
      </w:r>
    </w:p>
    <w:p>
      <w:r>
        <w:rPr>
          <w:b/>
        </w:rPr>
        <w:t xml:space="preserve">3. </w:t>
      </w:r>
      <w:r>
        <w:t>Требования части 1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 (Дополнение частью - Федеральный закон от 04.06.2018 № 133-ФЗ) (Дополнение статьей - Федеральный закон от 21.11.2011 № 329-ФЗ)</w:t>
      </w:r>
    </w:p>
    <w:p>
      <w:r>
        <w:rPr>
          <w:b/>
        </w:rPr>
        <w:t>Статья 124. Ограничения, запреты и обязанности, налагаемые 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
        <w:t>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пунктом 5 части 1 статьи 16, статьями 17, 18, 20 и 201 Федерального закона от 27 июля 2004 года № 79-ФЗ "О государственной гражданской службе Российской Федерации". (Дополнение статьей - Федеральный закон от 21.11.2011 № 329-ФЗ) (В редакции Федерального закона от 28.12.2025 № 505-ФЗ)</w:t>
      </w:r>
    </w:p>
    <w:p>
      <w:r>
        <w:rPr>
          <w:b/>
        </w:rPr>
        <w:t>Статья 125. Установление иных запретов, ограничений, обязательств и правил служебного поведения</w:t>
      </w:r>
    </w:p>
    <w:p>
      <w:r>
        <w:rPr>
          <w:b/>
        </w:rPr>
        <w:t xml:space="preserve">1. </w:t>
      </w:r>
      <w:r>
        <w:t>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 (В редакции федеральных законов от 03.12.2012 № 231-ФЗ, от 15.02.2016 № 24-ФЗ, от 03.07.2016 № 236-ФЗ, от 28.12.2022 № 569-ФЗ, от 28.12.2025 № 505-ФЗ)</w:t>
      </w:r>
    </w:p>
    <w:p>
      <w:r>
        <w:rPr>
          <w:b/>
        </w:rPr>
        <w:t xml:space="preserve">2. </w:t>
      </w:r>
      <w:r>
        <w:t>Положения части 1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 (Дополнение частью - Федеральный закон от 03.12.2012 № 231-ФЗ)</w:t>
      </w:r>
    </w:p>
    <w:p>
      <w:r>
        <w:rPr>
          <w:b/>
        </w:rPr>
        <w:t xml:space="preserve">3. </w:t>
      </w:r>
      <w:r>
        <w:t>Требования части 1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 (Дополнение частью - Федеральный закон от 04.06.2018 № 133-ФЗ) (Дополнение статьей - Федеральный закон от 21.11.2011 № 329-ФЗ)</w:t>
      </w:r>
    </w:p>
    <w:p>
      <w:r>
        <w:rPr>
          <w:b/>
        </w:rPr>
        <w:t>Статья 13. Ответственность физических лиц за коррупционные правонарушения</w:t>
      </w:r>
    </w:p>
    <w:p>
      <w:r>
        <w:rPr>
          <w:b/>
        </w:rPr>
        <w:t xml:space="preserve">1. </w:t>
      </w:r>
      <w:r>
        <w:t>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
        <w:rPr>
          <w:b/>
        </w:rPr>
        <w:t xml:space="preserve">2. </w:t>
      </w:r>
      <w:r>
        <w:t>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w:t>
      </w:r>
    </w:p>
    <w:p>
      <w:r>
        <w:rPr>
          <w:b/>
        </w:rPr>
        <w:t xml:space="preserve">3. </w:t>
      </w:r>
      <w:r>
        <w:t>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 (Дополнение частью - Федеральный закон от 10.07.2023 № 286-ФЗ)</w:t>
      </w:r>
    </w:p>
    <w:p>
      <w:r>
        <w:rPr>
          <w:b/>
        </w:rPr>
        <w:t xml:space="preserve">4. </w:t>
      </w:r>
      <w:r>
        <w:t>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 другими федеральными законами в целях противодействия коррупции.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 (Дополнение частью - Федеральный закон от 10.07.2023 № 286-ФЗ)</w:t>
      </w:r>
    </w:p>
    <w:p>
      <w:r>
        <w:rPr>
          <w:b/>
        </w:rPr>
        <w:t xml:space="preserve">5. </w:t>
      </w:r>
      <w:r>
        <w:t>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 (Дополнение частью - Федеральный закон от 10.07.2023 № 286-ФЗ)</w:t>
      </w:r>
    </w:p>
    <w:p>
      <w:r>
        <w:rPr>
          <w:b/>
        </w:rPr>
        <w:t xml:space="preserve">6. </w:t>
      </w:r>
      <w:r>
        <w:t>Физическое лицо, указанное в части 3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 (Дополнение частью - Федеральный закон от 10.07.2023 № 286-ФЗ)</w:t>
      </w:r>
    </w:p>
    <w:p>
      <w:r>
        <w:rPr>
          <w:b/>
        </w:rPr>
        <w:t>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
        <w:rPr>
          <w:b/>
        </w:rPr>
        <w:t xml:space="preserve">1. </w:t>
      </w:r>
      <w:r>
        <w:t>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
        <w:rPr>
          <w:b/>
        </w:rPr>
        <w:t xml:space="preserve">2. </w:t>
      </w:r>
      <w:r>
        <w:t>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законами. (В редакции Федерального закона от 10.07.2023 № 286-ФЗ)</w:t>
      </w:r>
    </w:p>
    <w:p>
      <w:r>
        <w:rPr>
          <w:b/>
        </w:rPr>
        <w:t xml:space="preserve">3. </w:t>
      </w:r>
      <w:r>
        <w:t>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статьей 15 настоящего Федерального закона. (Дополнение частью - Федеральный закон от 01.07.2017 № 132-ФЗ) (Дополнение статьей - Федеральный закон от 21.11.2011 № 329-ФЗ)</w:t>
      </w:r>
    </w:p>
    <w:p>
      <w:r>
        <w:rPr>
          <w:b/>
        </w:rPr>
        <w:t xml:space="preserve">1. </w:t>
      </w:r>
      <w:r>
        <w:t>непринятия лицом мер по предотвращению и (или) урегулированию конфликта интересов, стороной которого оно является, за исключением случаев, установленных федеральными законами; (В редакции Федерального закона от 10.07.2023 № 286-ФЗ) 2) непредставления лицом сведений о доходах, об имуществе и обязательствах имущественного характера, предусмотренных настоящим Федеральным законом,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 (В редакции федеральных законов от 26.07.2019 № 228-ФЗ, от 10.07.2023 № 286-ФЗ, от 28.12.2025 № 505-ФЗ) 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
        <w:rPr>
          <w:b/>
        </w:rPr>
        <w:t xml:space="preserve">1. </w:t>
      </w:r>
      <w:r>
        <w:t>осуществления лицом предпринимательской деятельности</w:t>
      </w:r>
    </w:p>
    <w:p>
      <w:r>
        <w:rPr>
          <w:b/>
        </w:rPr>
        <w:t xml:space="preserve">1. </w:t>
      </w:r>
      <w:r>
        <w:t>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
        <w:rPr>
          <w:b/>
        </w:rPr>
        <w:t>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r>
        <w:t>(Наименование в редакции федеральных законов от 03.07.2016 № 236-ФЗ, от 04.06.2018 № 133-ФЗ, от 28.12.2025 № 505-ФЗ)</w:t>
      </w:r>
    </w:p>
    <w:p>
      <w:r>
        <w:rPr>
          <w:b/>
        </w:rPr>
        <w:t xml:space="preserve">1. </w:t>
      </w:r>
      <w:r>
        <w:t>Лица, занимающие должности в Центральном банке Российской Федерации, лица,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 (В редакции федеральных законов от 03.07.2016 № 236-ФЗ, от 01.07.2017 № 132-ФЗ, от 04.06.2018 № 133-ФЗ, от 28.12.2022 № 569-ФЗ, от 28.12.2025 № 505-ФЗ)</w:t>
      </w:r>
    </w:p>
    <w:p>
      <w:r>
        <w:rPr>
          <w:b/>
        </w:rPr>
        <w:t xml:space="preserve">2. </w:t>
      </w:r>
      <w:r>
        <w:t>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государственным внебюджетным фондом Российской Федерации,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статьей 15 настоящего Федерального закона. (Дополнение частью - Федеральный закон от 01.07.2017 № 132-ФЗ) (В редакции федеральных законов от 28.12.2022 № 569-ФЗ, от 28.12.2025 № 505-ФЗ) (Дополнение статьей - Федеральный закон от 03.12.2012 № 231-ФЗ)</w:t>
      </w:r>
    </w:p>
    <w:p>
      <w:r>
        <w:rPr>
          <w:b/>
        </w:rPr>
        <w:t>Статья 133. Обязанность организаций принимать меры по предупреждению коррупции</w:t>
      </w:r>
    </w:p>
    <w:p>
      <w:r>
        <w:rPr>
          <w:b/>
        </w:rPr>
        <w:t xml:space="preserve">1. </w:t>
      </w:r>
      <w:r>
        <w:t>Организации обязаны разрабатывать и принимать меры по предупреждению коррупции</w:t>
      </w:r>
    </w:p>
    <w:p>
      <w:r>
        <w:rPr>
          <w:b/>
        </w:rPr>
        <w:t xml:space="preserve">2. </w:t>
      </w:r>
      <w:r>
        <w:t>Меры по предупреждению коррупции, принимаемые в организации, могут включать</w:t>
      </w:r>
    </w:p>
    <w:p>
      <w:r>
        <w:rPr>
          <w:b/>
        </w:rPr>
        <w:t xml:space="preserve">2. </w:t>
      </w:r>
      <w:r>
        <w:t>определение подразделений или должностных лиц, ответственных за профилактику коррупционных и иных правонарушений</w:t>
      </w:r>
    </w:p>
    <w:p>
      <w:r>
        <w:rPr>
          <w:b/>
        </w:rPr>
        <w:t xml:space="preserve">2. </w:t>
      </w:r>
      <w:r>
        <w:t>сотрудничество организации с правоохранительными органами</w:t>
      </w:r>
    </w:p>
    <w:p>
      <w:r>
        <w:rPr>
          <w:b/>
        </w:rPr>
        <w:t xml:space="preserve">2. </w:t>
      </w:r>
      <w:r>
        <w:t>разработку и внедрение в практику стандартов и процедур, направленных на обеспечение добросовестной работы организации</w:t>
      </w:r>
    </w:p>
    <w:p>
      <w:r>
        <w:rPr>
          <w:b/>
        </w:rPr>
        <w:t xml:space="preserve">2. </w:t>
      </w:r>
      <w:r>
        <w:t>принятие кодекса этики и служебного поведения работников организации</w:t>
      </w:r>
    </w:p>
    <w:p>
      <w:r>
        <w:rPr>
          <w:b/>
        </w:rPr>
        <w:t xml:space="preserve">2. </w:t>
      </w:r>
      <w:r>
        <w:t>предотвращение и урегулирование конфликта интересов</w:t>
      </w:r>
    </w:p>
    <w:p>
      <w:r>
        <w:rPr>
          <w:b/>
        </w:rPr>
        <w:t xml:space="preserve">2. </w:t>
      </w:r>
      <w:r>
        <w:t>недопущение составления неофициальной отчетности и использования поддельных документов. (Дополнение статьей - Федеральный закон от 03.12.2012 № 231-ФЗ)</w:t>
      </w:r>
    </w:p>
    <w:p>
      <w:r>
        <w:rPr>
          <w:b/>
        </w:rPr>
        <w:t>Статья 134. Осуществление проверок уполномоченным подразделением Администрации Президента Российской Федерации</w:t>
      </w:r>
    </w:p>
    <w:p>
      <w:r>
        <w:rPr>
          <w:b/>
        </w:rPr>
        <w:t xml:space="preserve">1. </w:t>
      </w:r>
      <w:r>
        <w:t>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
        <w:rPr>
          <w:b/>
        </w:rPr>
        <w:t xml:space="preserve">2. </w:t>
      </w:r>
      <w:r>
        <w:t>Проверки, предусмотренные частью 1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 (Дополнение статьей - Федеральный закон от 07.05.2013 № 102-ФЗ)</w:t>
      </w:r>
    </w:p>
    <w:p>
      <w:r>
        <w:rPr>
          <w:b/>
        </w:rPr>
        <w:t xml:space="preserve">1. </w:t>
      </w:r>
      <w:r>
        <w:t>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настоящим Федеральным законом, и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а также иных сведений, представляемых указанными гражданами в соответствии с нормативными правовыми актами Российской Федерации; (В редакции Федерального закона от 28.12.2025 № 505-ФЗ) 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пунктом 1 настоящей части</w:t>
      </w:r>
    </w:p>
    <w:p>
      <w:r>
        <w:rPr>
          <w:b/>
        </w:rPr>
        <w:t xml:space="preserve">1. </w:t>
      </w:r>
      <w:r>
        <w:t>соблюдения лицами, замещающими должности, предусмотренные пунктами 1 и 11 части 1 статьи 71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пунктами 1 и 11 части 1 статьи 71 настоящего Федерального закона, своих обязанностей в соответствии с законодательством о противодействии коррупции. (В редакции Федерального закона от 03.11.2015 № 303-ФЗ)</w:t>
      </w:r>
    </w:p>
    <w:p>
      <w:r>
        <w:rPr>
          <w:b/>
        </w:rPr>
        <w:t>Статья 135. Осуществление проверок в случае увольнения (прекращения полномочий) отдельных категорий лиц</w:t>
      </w:r>
    </w:p>
    <w:p>
      <w:r>
        <w:rPr>
          <w:b/>
        </w:rPr>
        <w:t xml:space="preserve">1. </w:t>
      </w:r>
      <w:r>
        <w:t>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после завершения такой проверки и до принятия решения о применении к нему взыскания за совершенное коррупционное правонарушение лицу, принявшему решение об осуществлении такой проверки, представляется доклад о невозможности привлечения указанного проверяемого лица к ответственности за совершение коррупционного правонарушения</w:t>
      </w:r>
    </w:p>
    <w:p>
      <w:r>
        <w:rPr>
          <w:b/>
        </w:rPr>
        <w:t xml:space="preserve">2. </w:t>
      </w:r>
      <w:r>
        <w:t>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ходе осуществления такой проверки лицу, принявшему решение об осуществлении такой проверки, представляется доклад о невозможности завершения такой проверки в отношении указанного проверяемого лица</w:t>
      </w:r>
    </w:p>
    <w:p>
      <w:r>
        <w:rPr>
          <w:b/>
        </w:rPr>
        <w:t xml:space="preserve">3. </w:t>
      </w:r>
      <w:r>
        <w:t>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w:t>
      </w:r>
    </w:p>
    <w:p>
      <w:r>
        <w:rPr>
          <w:b/>
        </w:rPr>
        <w:t xml:space="preserve">4. </w:t>
      </w:r>
      <w:r>
        <w:t>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Такое решение оформляется в письменной форме отдельно в отношении каждого проверяемого лица</w:t>
      </w:r>
    </w:p>
    <w:p>
      <w:r>
        <w:rPr>
          <w:b/>
        </w:rPr>
        <w:t xml:space="preserve">5. </w:t>
      </w:r>
      <w:r>
        <w:t>Генеральный прокурор Российской Федерации или подчиненные ему прокуроры не позднее чем через два рабочих дня со дня принятия решения, указанного в части 4 настоящей статьи, обязаны в письменной форме уведомить проверяемое лицо, указанное в части 2 настоящей статьи, о принятом в отношении его решении</w:t>
      </w:r>
    </w:p>
    <w:p>
      <w:r>
        <w:rPr>
          <w:b/>
        </w:rPr>
        <w:t xml:space="preserve">6. </w:t>
      </w:r>
      <w:r>
        <w:t>Проверка, указанная в части 4 настоящей статьи, проводится прокурорами</w:t>
      </w:r>
    </w:p>
    <w:p>
      <w:r>
        <w:rPr>
          <w:b/>
        </w:rPr>
        <w:t xml:space="preserve">7. </w:t>
      </w:r>
      <w:r>
        <w:t>Проверка, указанная в части 4 настоящей статьи, не может проводиться по истечении шести месяцев со дня увольнения (прекращения полномочий) проверяемого лица, указанного в части 2 настоящей статьи</w:t>
      </w:r>
    </w:p>
    <w:p>
      <w:r>
        <w:rPr>
          <w:b/>
        </w:rPr>
        <w:t xml:space="preserve">8. </w:t>
      </w:r>
      <w:r>
        <w:t>При проведении проверки, указанной в части 4 настоящей статьи, проверяемое лицо, указанное в части 2 настоящей статьи, вправе</w:t>
      </w:r>
    </w:p>
    <w:p>
      <w:r>
        <w:rPr>
          <w:b/>
        </w:rPr>
        <w:t xml:space="preserve">9. </w:t>
      </w:r>
      <w:r>
        <w:t>При проведении проверки, указанной в части 4 настоящей статьи, проверяемое лицо, указанное в части 2 настоящей статьи, в течение трех рабочих дней со дня получения уведомления, предусмотренного частью 5 настоящей статьи, обязано представить прокурору сведения о своем текущем месте работы (службы) и замещаемой (занимаемой) должности</w:t>
      </w:r>
    </w:p>
    <w:p>
      <w:r>
        <w:rPr>
          <w:b/>
        </w:rPr>
        <w:t xml:space="preserve">10. </w:t>
      </w:r>
      <w:r>
        <w:t>Генеральный прокурор Российской Федерации или подчиненные ему прокуроры при осуществлении проверки, указанной в части 4 настоящей статьи, обязаны</w:t>
      </w:r>
    </w:p>
    <w:p>
      <w:r>
        <w:rPr>
          <w:b/>
        </w:rPr>
        <w:t xml:space="preserve">11. </w:t>
      </w:r>
      <w:r>
        <w:t>Генеральный прокурор Российской Федерации или подчиненные ему прокуроры при осуществлении проверки, указанной в части 4 настоящей статьи, вправе</w:t>
      </w:r>
    </w:p>
    <w:p>
      <w:r>
        <w:rPr>
          <w:b/>
        </w:rPr>
        <w:t xml:space="preserve">12. </w:t>
      </w:r>
      <w:r>
        <w:t>Руководители органов публичной власти и организаций, в которые поступил запрос, указанный в пункте 3 части 11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r>
        <w:rPr>
          <w:b/>
        </w:rPr>
        <w:t xml:space="preserve">13. </w:t>
      </w:r>
      <w:r>
        <w:t>Порядок рассмотрения материалов проверки, указанной в части 4 настоящей статьи, определяется Генеральным прокурором Российской Федерации</w:t>
      </w:r>
    </w:p>
    <w:p>
      <w:r>
        <w:rPr>
          <w:b/>
        </w:rPr>
        <w:t xml:space="preserve">14. </w:t>
      </w:r>
      <w:r>
        <w:t>Генеральный прокурор Российской Федерации или подчиненные ему прокуроры не позднее одного месяца со дня завершения прокурорами проверки, указанной в части 4 настоящей статьи, информируют о ее результатах лицо, направившее в органы прокуратуры Российской Федерации материалы в соответствии с частью 3 настоящей статьи</w:t>
      </w:r>
    </w:p>
    <w:p>
      <w:r>
        <w:rPr>
          <w:b/>
        </w:rPr>
        <w:t xml:space="preserve">15. </w:t>
      </w:r>
      <w:r>
        <w:t>В случае, если Генеральным прокурором Российской Федерации или подчиненными ему прокурорами при проведении проверки, указанной в части 4 настоящей статьи, получена информация, указанная в части 1 статьи 82 настоящего Федерального закона,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статьей 82 настоящего Федерального закона и в порядке, предусмотренном указанной статьей, проверки законности получения денежных средств, указанных в части 3 статьи 82 настоящего Федерального закона. Решение оформляется в письменной форме отдельно в отношении каждого проверяемого лица, указанного в части 2 настоящей статьи. Материалы, полученные при проведении проверки, указанной в части 4 настоящей статьи, могут быть использованы при осуществлении проверки законности получения денежных средств, указанных в части 3 статьи 82 настоящего Федерального закона</w:t>
      </w:r>
    </w:p>
    <w:p>
      <w:r>
        <w:rPr>
          <w:b/>
        </w:rPr>
        <w:t xml:space="preserve">16. </w:t>
      </w:r>
      <w:r>
        <w:t>Генеральный прокурор Российской Федерации или подчиненные ему прокуроры в пределах своей компетенции, установленной Федеральным законом "О прокуратуре Российской Федерации", рассматривают материалы проверки, указанной в части 4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части 2 настоящей статьи</w:t>
      </w:r>
    </w:p>
    <w:p>
      <w:r>
        <w:rPr>
          <w:b/>
        </w:rPr>
        <w:t xml:space="preserve">17. </w:t>
      </w:r>
      <w:r>
        <w:t>Генеральный прокурор Российской Федерации или подчиненные ему прокуроры, получившие указанные в части 3 настоящей статьи материалы в отношении проверяемого лица, указанного в части 1 настоящей статьи, рассматривают их в пределах своей компетенции, установленной Федеральным законом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об изменении основания и формулировки увольнения (прекращения полномочий) проверяемого лица, указанного в части 1 настоящей статьи</w:t>
      </w:r>
    </w:p>
    <w:p>
      <w:r>
        <w:rPr>
          <w:b/>
        </w:rPr>
        <w:t xml:space="preserve">18. </w:t>
      </w:r>
      <w:r>
        <w:t>В случае удовлетворения судом заявления Генерального прокурора Российской Федерации или подчиненных ему прокуроров, указанного в части 16 или 17 настоящей статьи, суд изменяет основание и формулировку увольнения (прекращения полномочий) проверяемого лица и указывает в решении основание и формулировку увольнения (прекращения полномочий) в точном соответствии с формулировками настоящего Федерального закона или другого федерального закона со ссылкой на соответствующие статью, часть статьи, пункт, иную структурную единицу статьи настоящего Федерального закона или другого федерального закона. (Дополнение статьей - Федеральный закон от 13.06.2023 № 258-ФЗ)</w:t>
      </w:r>
    </w:p>
    <w:p>
      <w:r>
        <w:rPr>
          <w:b/>
        </w:rPr>
        <w:t xml:space="preserve">8. </w:t>
      </w:r>
      <w:r>
        <w:t>давать пояснения в письменной форме по представленным им сведениям о доходах, об имуществе и обязательствах имущественного характера, в отношении достоверности и полноты которых проводится проверка, и материалам по вопросам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отношении которых проводится проверка</w:t>
      </w:r>
    </w:p>
    <w:p>
      <w:r>
        <w:rPr>
          <w:b/>
        </w:rPr>
        <w:t xml:space="preserve">8. </w:t>
      </w:r>
      <w:r>
        <w:t>представлять дополнительные материалы и давать по ним пояснения в письменной форме</w:t>
      </w:r>
    </w:p>
    <w:p>
      <w:r>
        <w:rPr>
          <w:b/>
        </w:rPr>
        <w:t xml:space="preserve">8. </w:t>
      </w:r>
      <w:r>
        <w:t>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w:t>
      </w:r>
    </w:p>
    <w:p>
      <w:r>
        <w:rPr>
          <w:b/>
        </w:rPr>
        <w:t xml:space="preserve">10. </w:t>
      </w:r>
      <w:r>
        <w:t>изучать дополнительные материалы, представленные проверяемым лицом, указанным в части 2 настоящей статьи</w:t>
      </w:r>
    </w:p>
    <w:p>
      <w:r>
        <w:rPr>
          <w:b/>
        </w:rPr>
        <w:t xml:space="preserve">10. </w:t>
      </w:r>
      <w:r>
        <w:t>провести беседу с проверяемым лицом, указанным в части 2 настоящей статьи, в случае поступления ходатайства, предусмотренного пунктом 3 части 8 настоящей статьи</w:t>
      </w:r>
    </w:p>
    <w:p>
      <w:r>
        <w:rPr>
          <w:b/>
        </w:rPr>
        <w:t xml:space="preserve">11. </w:t>
      </w:r>
      <w:r>
        <w:t>проводить по своей инициативе беседу с проверяемым лицом, указанным в части 2 настоящей статьи</w:t>
      </w:r>
    </w:p>
    <w:p>
      <w:r>
        <w:rPr>
          <w:b/>
        </w:rPr>
        <w:t xml:space="preserve">11. </w:t>
      </w:r>
      <w:r>
        <w:t>получать от проверяемого лица, указанного в части 2 настоящей статьи, пояснения по представленным им сведениям и материалам</w:t>
      </w:r>
    </w:p>
    <w:p>
      <w:r>
        <w:rPr>
          <w:b/>
        </w:rPr>
        <w:t xml:space="preserve">11. </w:t>
      </w:r>
      <w:r>
        <w:t>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части 2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 (В редакции Федерального закона от 28.12.2024 № 522-ФЗ) 4) наводить справки у физических лиц и получать от них с их согласия информацию</w:t>
      </w:r>
    </w:p>
    <w:p>
      <w:r>
        <w:rPr>
          <w:b/>
        </w:rPr>
        <w:t>Статья 14. Ответственность юридических лиц за коррупционные правонарушения</w:t>
      </w:r>
    </w:p>
    <w:p>
      <w:r>
        <w:rPr>
          <w:b/>
        </w:rPr>
        <w:t xml:space="preserve">1. </w:t>
      </w:r>
      <w:r>
        <w:t>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r>
        <w:rPr>
          <w:b/>
        </w:rPr>
        <w:t xml:space="preserve">2. </w:t>
      </w:r>
      <w:r>
        <w:t>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
        <w:rPr>
          <w:b/>
        </w:rPr>
        <w:t xml:space="preserve">3. </w:t>
      </w:r>
      <w:r>
        <w:t>Положения настоящей статьи распространяются на иностранные юридические лица в случаях, предусмотренных законодательством Российской Федерации</w:t>
      </w:r>
    </w:p>
    <w:p>
      <w:r>
        <w:rPr>
          <w:b/>
        </w:rPr>
        <w:t>Статья 15. Реестр лиц, уволенных в связи с утратой доверия</w:t>
      </w:r>
    </w:p>
    <w:p>
      <w:r>
        <w:rPr>
          <w:b/>
        </w:rPr>
        <w:t xml:space="preserve">1. </w:t>
      </w:r>
      <w:r>
        <w:t>Сведения об увольнении (о прекращении полномочий) лица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 (В редакции Федерального закона от 13.06.2023 № 258-ФЗ)</w:t>
      </w:r>
    </w:p>
    <w:p>
      <w:r>
        <w:rPr>
          <w:b/>
        </w:rPr>
        <w:t xml:space="preserve">2. </w:t>
      </w:r>
      <w:r>
        <w:t>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
        <w:rPr>
          <w:b/>
        </w:rPr>
        <w:t xml:space="preserve">3. </w:t>
      </w:r>
      <w:r>
        <w:t>Сведения об увольнении (о прекращении полномочий) лица в связи с утратой доверия за совершение коррупционного правонарушения исключаются из реестра в случаях: (В редакции Федерального закона от 13.06.2023 № 258-ФЗ) 1) отмены акта,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 (В редакции Федерального закона от 13.06.2023 № 258-ФЗ) 2) вступления в установленном порядке в законную силу решения суда об отмене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 (В редакции Федерального закона от 13.06.2023 № 258-ФЗ) 3) истечения пяти лет с момента принятия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 (В редакции Федерального закона от 13.06.2023 № 258-ФЗ) 4) смерти лица, которое было уволено (чьи полномочия были прекращены) в связи с утратой доверия за совершение коррупционного правонарушения. (В редакции Федерального закона от 13.06.2023 № 258-ФЗ)</w:t>
      </w:r>
    </w:p>
    <w:p>
      <w:r>
        <w:rPr>
          <w:b/>
        </w:rPr>
        <w:t xml:space="preserve">4. </w:t>
      </w:r>
      <w:r>
        <w:t>Включение в реестр сведений о лице, которое было уволено (чьи полномочия были прекращены) в связи с утратой доверия за совершение коррупционного правонарушения, исключение из реестра сведений о таком лице,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порядке, определяемом Правительством Российской Федерации. (В редакции Федерального закона от 13.06.2023 № 258-ФЗ) (Дополнение статьей - Федеральный закон от 01.07.2017 № 132-ФЗ) (В редакции Федерального закона от 28.12.2017 № 423-ФЗ)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