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39 Закона Российской Федерации "Об образовании" и статью 27 Федерального закона "О высшем и послевузовском профессиональном образовании"</w:t>
      </w:r>
    </w:p>
    <w:p>
      <w:r>
        <w:rPr>
          <w:b/>
        </w:rPr>
        <w:t>Статья 1</w:t>
      </w:r>
    </w:p>
    <w:p>
      <w:r>
        <w:t>Пункт 11 статьи 39 Закона Российской Федерации от 10 июля 1992 года N 3266-I "Об образовании" (в редакции Федерального закона от Российской Федерации и Верховного Совета Российской Федерации, 1992, N 30, ст. 1797; Собрание законодательства Российской Федерации, 1996, N 3, ст. 150; 2002, N 26, ст. 2517; 2004, N 35, ст. 3607; 2006, N 45, ст. 4627; 2007, N 7, ст. 834; N 27, ст. 3213) дополнить абзацем следующего содержания: "Образовательное учреждение с согласия учредителя или самостоятельно, если образовательное учреждение вправе распоряжаться соответствующим имуществом самостоятельно, на основании договора между образовательным учреждением и медицинским учреждением имеет право предоставлять медицинскому учреждению в пользование движимое и недвижимое имущество для медицинского обслуживания воспитанников, обучающихся и работников образовательного учреждения и прохождения ими медицинского обследования. Между такими государственными некоммерческими организациями и (или) муниципальными некоммерческими организациями указанные отношения могут осуществляться на безвозмездной основе.".</w:t>
      </w:r>
    </w:p>
    <w:p>
      <w:r>
        <w:rPr>
          <w:b/>
        </w:rPr>
        <w:t>Статья 2</w:t>
      </w:r>
    </w:p>
    <w:p>
      <w:r>
        <w:t>Пункт 4 статьи 27 Федерального закона от 22 августа 1996 года (Собрание законодательства Российской Федерации, 1996, N 35, ст. 4135; 2004, N 35, ст. 3607; 2006, N 1, ст. 10; 2007 , N 49, ст. 6069) дополнить абзацем следующего содержания: "Высшие учебные заведения с согласия учредителя (собственника) или самостоятельно, если они вправе распоряжаться соответствующим имуществом самостоятельно, на основании договора между высшим учебным заведением и медицинским учреждением имеют право предоставлять медицинским учреждениям в пользование движимое и недвижимое имущество для медицинского обслуживания обучающихся и работников высших учебных заведений и прохождения ими медицинского обследования. Между такими государственными некоммерческими организациями и (или) муниципальными некоммерческими организациями указанные отношения могут осуществляться на безвозмездной основе.".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