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9 Федерального закона "О Государственной автоматизированной системе Российской Федерации "Выборы"</w:t>
      </w:r>
    </w:p>
    <w:p>
      <w:r>
        <w:rPr>
          <w:b/>
        </w:rPr>
        <w:t>Статья 1</w:t>
      </w:r>
    </w:p>
    <w:p>
      <w:r>
        <w:t>Внести в Федеральный закон от 10 января 2003 года № 20-ФЗ "О Государственной автоматизированной системе Российской Федерации "Выборы" (Собрание законодательства Российской Федерации, 2003, № 2, ст. 172) следующие изменения</w:t>
      </w:r>
    </w:p>
    <w:p>
      <w:r>
        <w:t>в статье 6: а) в пункте 1 слова "и определяет" заменить словом ", определяющим"; б) в пункте 2: в подпункте 7 слова "положение о Федеральном центре" заменить словами "устав Федерального центра"; подпункт 8 после слова "предусмотренные" дополнить словами "настоящим Федеральным законом, иными"; дополнить подпунктом 9 следующего содержания: "9) осуществляет полномочия главного распорядителя средств федерального бюджета в отношении Федерального центра информатизации при Центральной избирательной комиссии Российской Федерации (далее также - Федеральный центр информатизации)."; в) дополнить пунктом 21 следующего содержания: "21. Учредителем Федерального центра информатизации является Российская Федерация. Полномочия учредителя Федерального центра информатизации осуществляет Центральная избирательная комиссия Российской Федерации."</w:t>
      </w:r>
    </w:p>
    <w:p>
      <w:r>
        <w:t>в статье 9: а) в пункте 1 слова "(далее - Федеральный центр информатизации)" исключить, после слова "государственным" дополнить словом "бюджетным", слова "положением о Федеральном центре" заменить словами "уставом Федерального центра"; б) в пункте 2: в подпункте 4 слова "положением о Федеральном центре" заменить словами "уставом Федерального центра"; дополнить подпунктом 61 следующего содержания: "61) размещает заказы на поставки товаров, выполнение работ, оказание услуг для государственных нужд в целях использования, эксплуатации и развития ГАС "Выборы";"; в подпункте 7 слова "положением о Федеральном центре" заменить словами "уставом Федерального центра"; в) дополнить пунктом 3 следующего содержания: "3. Руководитель Федерального центра информатизации при Центральной избирательной комиссии Российской Федерации назначается на должность и освобождается от должности Председателем Центральной избирательной комиссии Российской Федерации по согласованию с Центральной избирательной комиссией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подпункта 9 пункта 2 и пункт 21 статьи 6, подпункт 61 пункта 2 статьи 9 Федерального закона от 10 января 2003 года № 20-ФЗ "О Государственной автоматизированной системе Российской Федерации "Выборы" (в редакции настоящего Федерального закона) распространяются на правоотношения, возникшие с 1 января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