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Федерации, Правительством Республики Казахстан и Правительством Туркменистана о сотрудничестве в строительстве Прикаспийского газопровода</w:t>
      </w:r>
    </w:p>
    <w:p>
      <w:r>
        <w:rPr>
          <w:b/>
        </w:rPr>
        <w:t>Статья None. Федеральный закон   от 26.12.2008 № 295-ФЗ</w:t>
      </w:r>
    </w:p>
    <w:p>
      <w:r>
        <w:t>О ратификации Соглашения между Правительством Российской Федерации, Правительством Республики Казахстан и Правительством Туркменистана о сотрудничестве в строительстве Прикаспийского газопровода РОССИЙСКАЯ ФЕДЕРАЦИЯ ФЕДЕРАЛЬНЫЙ ЗАКОН О ратификации Соглашения между Правительством Российской Федерации, Правительством Республики Казахстан и Правительством Туркменистана о сотрудничестве в строительстве Прикаспийского газопровода Принят Государственной Думой 19 декабря 2008 года Одобрен Советом Федерации 22 декабря 2008 года Ратифицировать Соглашение между Правительством Российской Федерации, Правительством Республики Казахстан и Правительством Туркменистана о сотрудничестве в строительстве Прикаспийского газопровода, подписанное в городе Москве 20 декабря 2007 года. Президент Российской Федерации Д.Медведев Москва, Кремль 26 декабря 2008 года № 295-ФЗ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