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миротворческой деятельности Организации Договора о коллективной безопасности</w:t>
      </w:r>
    </w:p>
    <w:p>
      <w:r>
        <w:rPr>
          <w:b/>
        </w:rPr>
        <w:t>Статья None. Федеральный закон   от 30.12.2008 № 299-ФЗ</w:t>
      </w:r>
    </w:p>
    <w:p>
      <w:r>
        <w:t>О ратификации Соглашения о миротворческой деятельности Организации Договора о коллективной безопасности РОССИЙСКАЯ ФЕДЕРАЦИЯ ФЕДЕРАЛЬНЫЙ ЗАКОН О ратификации Соглашения о миротворческой деятельности Организации Договора о коллективной безопасности Принят Государственной Думой 26 декабря 2008 года Одобрен Советом Федерации 29 декабря 2008 года Ратифицировать Соглашение о миротворческой деятельности Организации Договора о коллективной безопасности, подписанное в городе Душанбе 6 октября 2007 года. Президент Российской Федерации Д.Медведев Москва, Кремль 30 декабря 2008 года № 299-ФЗ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