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5734) изменение, заменив слова "Курганская область - 49" словами "Курганская область - 53".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Курганской области в 2009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