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порядке пересечения российско-казахстанской государственной границы жителями приграничных территорий Российской Федерации и Республики Казахстан</w:t>
      </w:r>
    </w:p>
    <w:p>
      <w:r>
        <w:rPr>
          <w:b/>
        </w:rPr>
        <w:t>Статья None. Федеральный закон   от 05.04.2009 № 48-ФЗ</w:t>
      </w:r>
    </w:p>
    <w:p>
      <w:r>
        <w:t>О ратификации Соглашения между Правительством Российской Федерации и Правительством Республики Казахстан о порядке пересечения российско-казахстанской государственной границы жителями приграничных территорий Российской Федерации и Республики Казахстан РОССИЙСКАЯ ФЕДЕРАЦИЯ ФЕДЕРАЛЬНЫЙ ЗАКОН О ратификации Соглашения между Правительством Российской Федерации и Правительством Республики Казахстан о порядке пересечения российско-казахстанской государственной границы жителями приграничных территорий Российской Федерации и Республики Казахстан Принят Государственной Думой 13 марта 2009 года Одобрен Советом Федерации 25 марта 2009 года Ратифицировать Соглашение между Правительством Российской Федерации и Правительством Республики Казахстан о порядке пересечения российско-казахстанской государственной границы жителями приграничных территорий Российской Федерации и Республики Казахстан, подписанное в городе Уральске 3 октября 2006 года. Президент Российской Федерации Д.Медведев Москва, Кремль 5 апреля 2009 года № 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