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Организацией Договора о коллективной безопасности об условиях пребывания Объединенного штаба Организации Договора о коллективной безопасности на территории Российской Федерации</w:t>
      </w:r>
    </w:p>
    <w:p>
      <w:r>
        <w:rPr>
          <w:b/>
        </w:rPr>
        <w:t>Статья None. Федеральный закон   от 05.04.2009 № 50-ФЗ</w:t>
      </w:r>
    </w:p>
    <w:p>
      <w:r>
        <w:t>О ратификации Соглашения между Правительством Российской Федерации и Организацией Договора о коллективной безопасности об условиях пребывания Объединенного штаба Организации Договора о коллективной безопасности на территории Российской Федерации РОССИЙСКАЯ ФЕДЕРАЦИЯ ФЕДЕРАЛЬНЫЙ ЗАКОН О ратификации Соглашения между Правительством Российской Федерации и Организацией Договора о коллективной безопасности об условиях пребывания Объединенного штаба Организации Договора о коллективной безопасности на территории Российской Федерации Принят Государственной Думой 20 марта 2009 года Одобрен Советом Федерации 25 марта 2009 года Ратифицировать Соглашение между Правительством Российской Федерации и Организацией Договора о коллективной безопасности об условиях пребывания Объединенного штаба Организации Договора о коллективной безопасности на территории Российской Федерации, подписанное в городе Москве 26 ноября 2007 года. Президент Российской Федерации Д.Медведев Москва, Кремль 5 апреля 2009 года № 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