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</w:t>
      </w:r>
    </w:p>
    <w:p>
      <w:r>
        <w:rPr>
          <w:b/>
        </w:rPr>
        <w:t>Статья None. Федеральный закон   от 05.04.2009 № 51-ФЗ</w:t>
      </w:r>
    </w:p>
    <w:p>
      <w:r>
        <w:t>О ратификации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 Принят Государственной Думой 20 марта 2009 года Одобрен Советом Федерации 25 марта 2009 года Ратифицировать Соглашение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Беларусь, подписанное в городе Москве 29 июня 2007 года. Президент Российской Федерации Д.Медведев Москва, Кремль 5 апреля 2009 года № 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