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09.04.2009 № 55-ФЗ</w:t>
      </w:r>
    </w:p>
    <w:p>
      <w:r>
        <w:t>О ратификации Протокола к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 РОССИЙСКАЯ ФЕДЕРАЦИЯ ФЕДЕРАЛЬНЫЙ ЗАКОН О ратификации Протокола к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 Принят Государственной Думой 27 марта 2009 года Одобрен Советом Федерации 1 апреля 2009 года Ратифицировать Протокол к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капитал, подписанный в городе Москве 27 апреля 2007 года. Президент Российской Федерации Д.Медведев Москва, Кремль 9 апреля 2009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