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Казахстан о внесении изменения в Договор аренды комплекса "Байконур" между Правительством Российской Федерации и Правительством Республики Казахстан от 10 декабря 1994 г.</w:t>
      </w:r>
    </w:p>
    <w:p>
      <w:r>
        <w:rPr>
          <w:b/>
        </w:rPr>
        <w:t>Статья None. Федеральный закон   от 28.04.2009 № 64-ФЗ</w:t>
      </w:r>
    </w:p>
    <w:p>
      <w:r>
        <w:t>О ратификации Протокола между Правительством Российской Федерации и Правительством Республики Казахстан о внесении изменения в Договор аренды комплекса "Байконур" между Правительством Российской Федерации и Правительством Республики Казахстан от 10 декабря 1994 г. РОССИЙСКАЯ ФЕДЕРАЦИЯ ФЕДЕРАЛЬНЫЙ ЗАКОН О ратификации Протокола между Правительством Российской Федерации и Правительством Республики Казахстан о внесении изменения в Договор аренды комплекса "Байконур" между Правительством Российской Федерации и Правительством Республики Казахстан от 10 декабря 1994 г. Принят Государственной Думой 10 апреля 2009 года Одобрен Советом Федерации 22 апреля 2009 года Ратифицировать Протокол между Правительством Российской Федерации и Правительством Республики Казахстан о внесении изменения в Договор аренды комплекса "Байконур" между Правительством Российской Федерации и Правительством Республики Казахстан от 10 декабря 1994 г., подписанный в городе Алма-Ате 20 февраля 2008 года. Президент Российской Федерации Д.Медведев Москва, Кремль 28 апреля 2009 года № 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