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2009 год и на плановый период 2010 и 2011 годов"</w:t>
      </w:r>
    </w:p>
    <w:p>
      <w:r>
        <w:rPr>
          <w:b/>
        </w:rPr>
        <w:t>Статья 1</w:t>
      </w:r>
    </w:p>
    <w:p>
      <w:r>
        <w:t>Внести в Федеральный закон от 25 ноября 2008 года № 216-ФЗ "О бюджете Фонда социального страхования Российской Федерации на 2009 год и на плановый период 2010 и 2011 годов" (Собрание законодательства Российской Федерации, 2008, № 48, ст. 5511) следующие изменения: 1) статью 1 изложить в следующей редакции: "Статья 1. Основные характеристики бюджета Фонда социального страхования Российской Федерации на 2009 год 1. Утвердить основные характеристики бюджета Фонда социального страхования Российской Федерации (далее - Фонд) на 2009 год: 1) прогнозируемый общий объем доходов бюджета Фонда в сумме 415 008 261,0 тыс. рублей, в том числе за счет межбюджетных трансфертов из федерального бюджета в сумме 94 291 364,0 тыс. рублей и из бюджета Федерального фонда обязательного медицинского страхования в сумме 17 000 000,0 тыс. рублей; 2) общий объем расходов бюджета Фонда в сумме 414 063 876,3 тыс. рублей; 3) предельный объем профицита бюджета Фонда в сумме 944 384,7 тыс. рублей.</w:t>
      </w:r>
    </w:p>
    <w:p>
      <w:r>
        <w:rPr>
          <w:b/>
        </w:rPr>
        <w:t xml:space="preserve">2. </w:t>
      </w:r>
      <w:r>
        <w:t>Утвердить прогнозируемые общие объемы доходов бюджета Фонда на 2009 год по обязательному социальному страхованию в сумме 287 416 173,1 тыс. рублей (в том числе 40 520 169,1 тыс. рублей - средства федерального бюджета на покрытие дефицита бюджета Фонда) и по обязательному социальному страхованию от несчастных случаев на производстве и профессиональных заболеваний в сумме 56 820 893,0 тыс. рублей.";</w:t>
      </w:r>
    </w:p>
    <w:p>
      <w:r>
        <w:rPr>
          <w:b/>
        </w:rPr>
        <w:t xml:space="preserve">3. </w:t>
      </w:r>
      <w:r>
        <w:t>Утвердить общий объем бюджетных ассигнований, направляемых Фондом на исполнение публичных нормативных обязательств, на 2009 год в сумме 331 218 172,1 тыс. рублей.";</w:t>
      </w:r>
    </w:p>
    <w:p>
      <w:r>
        <w:rPr>
          <w:b/>
        </w:rPr>
        <w:t xml:space="preserve">2. </w:t>
      </w:r>
      <w:r>
        <w:t>в статье 3 слова "и на плановый период 2010 и 2011 годов" исключить</w:t>
      </w:r>
    </w:p>
    <w:p>
      <w:r>
        <w:rPr>
          <w:b/>
        </w:rPr>
        <w:t xml:space="preserve">2. </w:t>
      </w:r>
      <w:r>
        <w:t>в статье 4:</w:t>
      </w:r>
    </w:p>
    <w:p>
      <w:r>
        <w:rPr>
          <w:b/>
        </w:rPr>
        <w:t xml:space="preserve">2. </w:t>
      </w:r>
      <w:r>
        <w:t>в наименовании слова "и на плановый период 2010 и 2011 годов" исключить</w:t>
      </w:r>
    </w:p>
    <w:p>
      <w:r>
        <w:rPr>
          <w:b/>
        </w:rPr>
        <w:t xml:space="preserve">2. </w:t>
      </w:r>
      <w:r>
        <w:t>в части 1 слова "и на плановый период 2010 и 2011 годов" исключить</w:t>
      </w:r>
    </w:p>
    <w:p>
      <w:r>
        <w:rPr>
          <w:b/>
        </w:rPr>
        <w:t xml:space="preserve">2. </w:t>
      </w:r>
      <w:r>
        <w:t>части 2 и 3 изложить в следующей редакции: "2. Утвердить объемы расходов бюджета Фонда на 2009 год по обязательному социальному страхованию в сумме 287 416 173,1 тыс. рублей и по обязательному социальному страхованию от несчастных случаев на производстве и профессиональных заболеваний в сумме 55 876 508,3 тыс. рублей</w:t>
      </w:r>
    </w:p>
    <w:p>
      <w:r>
        <w:rPr>
          <w:b/>
        </w:rPr>
        <w:t xml:space="preserve">3. </w:t>
      </w:r>
      <w:r>
        <w:t>в статье 5 слова "и на плановый период 2010 и 2011 годов" исключить</w:t>
      </w:r>
    </w:p>
    <w:p>
      <w:r>
        <w:rPr>
          <w:b/>
        </w:rPr>
        <w:t xml:space="preserve">3. </w:t>
      </w:r>
      <w:r>
        <w:t>в части 1 статьи 6:</w:t>
      </w:r>
    </w:p>
    <w:p>
      <w:r>
        <w:rPr>
          <w:b/>
        </w:rPr>
        <w:t xml:space="preserve">3. </w:t>
      </w:r>
      <w:r>
        <w:t>в абзаце первом статьи 7 слова "и в плановый период 2010 и 2011 годов" исключить</w:t>
      </w:r>
    </w:p>
    <w:p>
      <w:r>
        <w:rPr>
          <w:b/>
        </w:rPr>
        <w:t xml:space="preserve">3. </w:t>
      </w:r>
      <w:r>
        <w:t>в статье 8:</w:t>
      </w:r>
    </w:p>
    <w:p>
      <w:r>
        <w:rPr>
          <w:b/>
        </w:rPr>
        <w:t xml:space="preserve">3. </w:t>
      </w:r>
      <w:r>
        <w:t>в части 1 статьи 9:</w:t>
      </w:r>
    </w:p>
    <w:p>
      <w:r>
        <w:rPr>
          <w:b/>
        </w:rPr>
        <w:t xml:space="preserve">3. </w:t>
      </w:r>
      <w:r>
        <w:t>приложения 3-5 изложить в следующей редакции: "Приложение 3к Федеральному закону "О бюджете Фонда социального страхования Российской Федерации на 2009 год и на плановый период 2010 и 2011 годов" (в редакции Федерального закона "О внесении изменений в Федеральный закон "О бюджете Фонда социального страхования Российской Федерации на 2009 год и на плановый период 2010 и 2011 годов") Источники внутреннего финансирования дефицита бюджета Фонда социального страхования Российской Федерации на 2009 год Сумма (тыс. рублей) Код бюджетной классификации Российской Федерации Наименование источника внутреннего финансирования дефицита бюджета Фонда социального страхования Российской Федерации Утверждалось Изменения С учетом изменений Приложение 4|к Федеральному закону "О бюджете Фонда социального страхования Российской Федерации на 2009 год и на плановый период 2010 и 2011 годов" (в редакции Федерального закона "О внесении изменений в Федеральный закон "О бюджете Фонда социального страхования Российской Федерации на 2009 год и на плановый период 2010 и 2011 годов") Распределение бюджетных ассигнований бюджета Фонда социального страхования Российской Федерации на 2009 год по разделам и подразделам, целевым статьям и видам расходов классификации расходов бюджета Сумма (тыс. рублей) Наименование Мин Рз ПР ЦСР ВР Утверждалось Изменения С учетом изменений Фонд социального страхования Российской Федерации 393 447 188 618,9 -33 124 742,6 414 063 876,3 Общегосударственные вопросы 393 01 3 700,0 +1 520,2 5 220,2 Международные отношения и международное сотрудничество 393 01 08 3 700,0 +1 520,2 5 220,2 Международное сотрудничество 393 01 08 030 00 00 3 700,0 +1 520,2 5 220,2 Взносы в международные организации 393 01 08 030 98 00 3 700,0 +1 520,2 5 220,2 Выполнение международных обязательств 393 01 08 030 98 00 011 3 700,0 +1 520,2 5 220,2 Образование 393 07 20 165 814,0 -94 119,5 20 071 694,5 Профессиональная подготовка, переподготовка и повышение квалификации 393 07 05 627 463,2 -94 119,5 533 343,7 Учебные заведения и курсы по переподготовке кадров 393 07 05 429 00 00 46 075,5 -6 911,3 39 164,2 Переподготовка и повышение квалификации кадров 393 07 05 429 78 00 46 075,5 -6 911,3 39 164,2 Органы управления государственных внебюджетных фондов 393 07 05 429 78 00 270 46 075,5 -6 911,3 39 164,2 Социальная помощь 393 07 05 505 00 00 581 387,7 -87 208,2 494 179,5 Федеральный закон от 24 июля 1998 года № 125-ФЗ "Об обязательном социальном страховании от несчастных случаев на производстве и профессиональных заболеваний" 393 07 05 505 39 00 581 387,7 -87 208,2 494 179,5 Осуществление мероприятий по обучению по охране труда отдельных категорий застрахованных 393 07 05 505 39 06 581 387,7 -87 208,2 494 179,5 Социальные выплаты 393 07 05 505 39 06 005 581 387,7 -87 208,2 494 179,5 Молодежная политика и оздоровление детей 393 07 07 19 538 350,8 19 538 350,8 Социальная помощь 393 07 07 505 00 00 19 538 350,8 19 538 350,8 Федеральный закон от 16 июля 1999 года № 165-ФЗ "Об основах обязательного социального страхования" 393 07 07 505 43 00 19 538 350,8 19 538 350,8 Оздоровление детей 393 07 07 505 43 01 19 538 350,8 19 538 350,8 Социальные выплаты 393 07 07 505 43 01 005 19 538 350,8 19 538 350,8 Социальная политика 393 10 427 019 104,9 -33 032 143,3 393 986 961,6 Социальное обеспечение населения 393 10 03 424 940 769,4 -32 457 318,2 392 483 451,2 Руководство и управление в сфере установленных функций 393 10 03 001 00 00 14 633 858,7 -259 503,1 14 374 355,6 Аппараты органов управления государственных внебюджетных фондов 393 10 03 001 55 00 14 633 858,7 -259 503,1 14 374 355,6 Органы управления государственных внебюджетных фондов 393 10 03 001 55 00 270 14 633 858,7 -259 503,1 14 374 355,6 Бюджетные инвестиции в объекты капитального строительства, не включенные в целевые программы 393 10 03 102 00 00 669 600,0 -102 600,0 567 000,0 Строительство объектов общегражданского назначения 393 10 03 102 02 00 669 600,0 -102 600,0 567 000,0 Строительство объектов социального и производственного комплексов, в том числе объектов общегражданского назначения, жилья, инфраструктуры 393 10 03 102 02 01 669 600,0 -102 600,0 567 000,0 Бюджетные инвестиции 393 10 03 102 02 01 003 669 600,0 -102 600,0 567 000,0 Социальная помощь 393 10 03 505 00 00 409 637 310,7 -32 095 215,1 377 542 095,6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393 10 03 505 01 00 1 041 663,9 +23 000,0 1 064 663,9 Пособия по уходу за ребенком гражданам, подвергшимся воздействию радиации вследствие радиационных аварий 393 10 03 505 01 03 1 001 955,1 +23 000,0 1 024 955,1 Социальные выплаты 393 10 03 505 01 03 005 1 001 955,1 +23 000,0 1 024 955,1 Пособия гражданам, подвергшимся воздействию радиации вследствие радиационных аварий и ядерных испытаний 393 10 03 505 01 04 39 708,8 39 708,8 Социальные выплаты 393 10 03 505 01 04 005 39 708,8 39 708,8 Федеральный закон от 24 ноября 1995 года № 181-ФЗ "О социальной защите инвалидов в Российской Федерации" 393 10 03 505 02 00 9 404 414,6 9 404 414,6 Обеспечение инвалидов техническими средствами реабилитации, включая изготовление и ремонт протезно-ортопедических изделий 393 10 03 505 02 01 9 404 414,6 9 404 414,6 Социальные выплаты 393 10 03 505 02 01 005 9 404 414,6 9 404 414,6 Федеральный закон от 17 июля 1999 года № 178-ФЗ "О государственной социальной помощи" 393 10 03 505 03 00 2 544 138,3 2 544 138,3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393 10 03 505 03 01 2 544 138,3 2 544 138,3 Социальные выплаты 393 10 03 505 03 01 005 2 544 138,3 2 544 138,3 Федеральный закон от 19 мая 1995 года № 81-ФЗ "О государственных пособиях гражданам, имеющим детей" 393 10 03 505 05 00 107 647 303,4 +431 568,9 108 078 872,3 Выплата пособий по уходу за ребенком до достижения им возраста полутора лет гражданам, не подлежащим обязательному социальному страхованию 393 10 03 505 05 01 38 754 672,0 +2 000 000,0 40 754 672,0 Социальные выплаты 393 10 03 505 05 01 005 38 754 672,0 +2 000 000,0 40 754 672,0 Пособия по уходу за ребенком до достижения им возраста полутора лет гражданам, подлежащим обязательному социальному страхованию 393 10 03 505 05 03 52 287 470,3 -2 453 177,4 49 834 292,9 Социальные выплаты 393 10 03 505 05 03 005 52 287 470,3 -2 453 177,4 49 834 292,9 Пособия при рождении ребенка 393 10 03 505 05 04 16 363 205,1 +862 310,5 17 225 515,6 Социальные выплаты 393 10 03 505 05 04 005 16 363 205,1 +862 310,5 17 225 515,6 Единовременные пособия женщинам, вставшим на учет в медицинских учреждениях в ранние сроки беременности 393 10 03 505 05 05 241 956,0 +22 435,8 264 391,8 Социальные выплаты 393 10 03 505 05 05 005 241 956,0 +22 435,8 264 391,8 Пособия при усыновлении ребенка 393 10 03 505 05 06 0,0 0,0 Социальные выплаты 393 10 03 505 05 06 005 0,0 0,0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393 10 03 505 06 00 31,0 31,0 Пособия гражданам, подвергшимся воздействию радиации вследствие радиационных аварий и ядерных испытаний 393 10 03 505 06 04 31,0 31,0 Социальные выплаты 393 10 03 505 06 04 005 31,0 31,0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393 10 03 505 07 00 3 275,1 3 275,1 Пособие по уходу за ребенком гражданам, подвергшимся воздействию радиации вследствие радиационных аварий 393 10 03 505 07 03 3 014,9 3 014,9 Социальные выплаты 393 10 03 505 07 03 005 3 014,9 3 014,9 Пособия гражданам, подвергшимся воздействию радиации вследствие радиационных аварий и ядерных испытаний 393 10 03 505 07 04 260,2 260,2 Социальные выплаты 393 10 03 505 07 04 005 260,2 260,2 Федеральный закон от 12 января 1996 года № 8-ФЗ "О погребении и похоронном деле" 393 10 03 505 22 00 506 000,0 -52 360,0 453 640,0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 393 10 03 505 22 04 506 000,0 -52 360,0 453 640,0 Социальные выплаты 393 10 03 505 22 04 005 506 000,0 -52 360,0 453 640,0 Федеральный закон от 29 декабря 2006 года № 255-ФЗ "Об обеспечении пособиями по временной нетрудоспособности, по беременности и родам граждан, подлежащих обязательному социальному страхованию" 393 10 03 505 32 00 216 873 187,0 -32 072 147,0 184 801 040,0 Пособия по временной нетрудоспособности по обязательному социальному страхованию 393 10 03 505 32 01 165 157 307,0 -28 957 307,0 136 200 000,0 Социальные выплаты 393 10 03 505 32 01 005 165 157 307,0 -28 957 307,0 136 200 000,0 Пособия по беременности и родам 393 10 03 505 32 02 51 715 880,0 -3 114 840,0 48 601 040,0 Социальные выплаты 393 10 03 505 32 02 005 51 715 880,0 -3 114 840,0 48 601 040,0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393 10 03 505 35 00 17 000 000,0 17 000 000,0 Социальные выплаты 393 10 03 505 35 00 005 17 000 000,0 17 000 000,0 Федеральный закон от 24 июля 1998 года № 125-ФЗ "Об обязательном социальном страховании от несчастных случаев на производстве и профессиональных заболеваний" 393 10 03 505 39 00 47 113 299,6 -310 157,2 46 803 142,4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03 505 39 01 2 968 541,6 -336 967,1 2 631 574,5 Социальные выплаты 393 10 03 505 39 01 005 2 968 541,6 -336 967,1 2 631 574,5 Единовременные страховые выплаты 393 10 03 505 39 02 651 191,6 +13 239,7 664 431,3 Социальные выплаты 393 10 03 505 39 02 005 651 191,6 +13 239,7 664 431,3 Ежемесячные страховые выплаты 393 10 03 505 39 03 32 844 045,0 32 844 045,0 Социальные выплаты 393 10 03 505 39 03 005 32 844 045,0 32 844 045,0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393 10 03 505 39 04 10 227 481,4 10 227 481,4 Социальные выплаты 393 10 03 505 39 04 005 10 227 481,4 10 227 481,4 Доставка и пересылка страховых выплат 393 10 03 505 39 05 422 040,0 +13 570,2 435 610,2 Социальные выплаты 393 10 03 505 39 05 005 422 040,0 +13 570,2 435 610,2 Проведение углубленных медицинских осмотров работников, занятых на работах с вредными и (или) опасными производственными факторами 393 10 03 505 40 00 2 000 000,0 2 000 000,0 Социальные выплаты 393 10 03 505 40 00 005 2 000 000,0 2 000 000,0 Федеральный закон от 16 июля 1999 года № 165-ФЗ "Об основах обязательного социального страхования" 393 10 03 505 43 00 4 712 279,0 4 712 279,0 Оплата путевок на санаторно- курортное лечение работников 393 10 03 505 43 02 4 712 279,0 4 712 279,0 Социальные выплаты 393 10 03 505 43 02 005 4 712 279,0 4 712 279,0 Оплата четырех дополнительных выходных дней в месяц в связи с уходом за детьми-инвалидами 393 10 03 505 50 00 791 718,8 -115 119,8 676 599,0 Социальные выплаты 393 10 03 505 50 00 005 791 718,8 -115 119,8 676 599,0 Прикладные научные исследования в области социальной политики 393 10 05 88 004,1 -16 545,6 71 458,5 Прикладные научные исследования и разработки 393 10 05 081 00 00 27 464,6 -7 464,6 20 000,0 Выполнение научно- исследовательских и опытно- конструкторских работ по государственным контрактам 393 10 05 081 69 00 27 464,6 -7 464,6 20 000,0 Органы управления государственных внебюджетных фондов 393 10 05 081 69 00 270 27 464,6 -7 464,6 20 000,0 Социальная помощь 393 10 05 505 00 00 60 539,5 -9 081,0 51 458,5 Федеральный закон от 24 июля 1998 года № 125-ФЗ "Об обязательном социальном страховании от несчастных случаев на производстве и профессиональных заболеваний" 393 10 05 505 39 00 60 539,5 -9 081,0 51 458,5 Проведение научно- исследовательских работ по охране труда 393 10 05 505 39 07 60 539,5 -9 081,0 51 458,5 Органы управления государственных внебюджетных фондов 393 10 05 505 39 07 270 60 539,5 -9 081,0 51 458,5 Другие вопросы в области социальной политики 393 10 06 1 990 331,4 -558 279,5 1 432 051,9 Реализация государственных функций в области социальной политики 393 10 06 514 00 00 1 990 331,4 -558 279,5 1 432 051,9 Мероприятия в области социальной политики 393 10 06 514 01 00 355 575,0 -49 721,6 305 853,4 Органы управления государственных внебюджетных фондов 393 10 06 514 01 00 270 355 575,0 -49 721,6 305 853,4 Осуществление мероприятий по снижению профессионального риска застрахованного по обязательному социальному страхованию от несчастных случаев на производстве и профессиональных заболеваний и оптимизации страховых тарифов 393 10 06 514 20 00 567 336,4 -170 200,5 397 135,9 Органы управления государственных внебюджетных фондов 393 10 06 514 20 00 270 567 336,4 -170 200,5 397 135,9 Развитие подведомственных центров реабилитации Фонда социального страхования Российской Федерации 393 10 06 514 21 00 1 067 420,0 -338 357,4 729 062,6 Бюджетные инвестиции 393 10 06 514 21 00 003 1 067 420,0 -338 357,4 729 062,6 Приложение 5к Федеральному закону "О бюджете Фонда социального страхования Российской Федерации на 2009 год и на плановый период 2010 и 2011 годов" (в редакции Федерального закона "О внесении изменений в Федеральный закон "О бюджете Фонда социального страхования Российской Федерации на 2009 год и на плановый период 2010 и 2011 годов") Распределение межбюджетных трансфертов на 2009 год, получаемых из федерального бюджета и из бюджета Федерального фонда обязательного медицинского страхования Сумма (тыс. рублей) Наименование межбюджетных трансфертов Утверждалось Изменения С учетом изменений Межбюджетные трансферты, получаемые из федерального бюджета и бюджета Федерального фонда обязательного медицинского страхования, всего 87 568 364,0 +23 723 000,0 111 291 364,0 Межбюджетные трансферты, получаемые из федерального бюджета: 70 568 364,0 +23 723 000,0 94 291 364,0 на выплату пособий гражданам, подвергшимся воздействию радиации вследствие радиационных аварий и ядерных испытаний, из них: 40 000,0 40 000,0 на выплату пособий гражданам, подвергшимся воздействию радиации вследствие катастрофы на Чернобыльской АЭС 39 708,8 39 708,8 на выплату пособий гражданам, подвергшимся воздействию радиации вследствие ядерных испытаний на Семипалатинском полигоне 31,0 31,0 на выплату пособий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260,2 260,2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2 544 138,3 2 544 138,3 на обеспечение инвалидов техническими средствами реабилитации, включая изготовление и ремонт протезно-ортопедических изделий 9 404 414,6 9 404 414,6 на выплату пособия по уходу за ребенком гражданам, подвергшимся воздействию радиации вследствие радиационных аварий, из них: 1 004 970,0 +23 000,0 1 027 970,0 на выплату пособия по уходу за ребенком гражданам, подвергшимся воздействию радиации вследствие катастрофы на Чернобыльской АЭС 1 001 955,1 +23 000,0 1 024 955,1 на выплату пособия по уходу за ребенком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3 014,9 3 014,9 на выплату пособия по уходу за ребенком до достижения им возраста полутора лет гражданам, не подлежащим обязательному социальному страхованию 38 754 672,0 +2 000 000,0 40 754 672,0 на покрытие дефицита бюджета Фонда социального страхования Российской Федерации 18 820 169,1 +21 700 000,0 40 520 169,1 Межбюджетные трансферты, получаемые из бюджета Федерального фонда обязательного медицинского страхования на оплату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17 000 000,0 17 000 000,0"</w:t>
      </w:r>
    </w:p>
    <w:p>
      <w:r>
        <w:rPr>
          <w:b/>
        </w:rPr>
        <w:t xml:space="preserve">3. </w:t>
      </w:r>
      <w:r>
        <w:t>в абзаце первом слова "и в плановый период 2010 и 2011 годов" исключить</w:t>
      </w:r>
    </w:p>
    <w:p>
      <w:r>
        <w:rPr>
          <w:b/>
        </w:rPr>
        <w:t xml:space="preserve">3. </w:t>
      </w:r>
      <w:r>
        <w:t>в пункте 1 слова ", до 642 рублей - в 2010 году и до 685 рублей - в 2011 году" исключить</w:t>
      </w:r>
    </w:p>
    <w:p>
      <w:r>
        <w:rPr>
          <w:b/>
        </w:rPr>
        <w:t xml:space="preserve">3. </w:t>
      </w:r>
      <w:r>
        <w:t>в части 1: в абзаце первом слова "и в плановый период 2010 и 2011 годов" исключить; в пункте 1 слова ", в 2010 году - 20 030 рублей, в 2011 году - 21 390 рублей" исключить; в пункте 2 слова ", в 2010 году - 27 170 рублей, в 2011 году - 29 020 рублей" исключить; в пункте 3 слова "в 2009 году 56 200 рублей, в 2010 году - 60 100 рублей и в 2011 году - 64 200 рублей" заменить словами "в 2009 году 58 500 рублей"; в пункте 4 слова "в 2009 году 43 230 рублей, в 2010 году - 46 260 рублей и в 2011 году - 49 410 рублей" заменить словами "в 2009 году 45 020 рублей"</w:t>
      </w:r>
    </w:p>
    <w:p>
      <w:r>
        <w:rPr>
          <w:b/>
        </w:rPr>
        <w:t xml:space="preserve">3. </w:t>
      </w:r>
      <w:r>
        <w:t>в части 4 слова ", 1 января 2010 года и 1 января 2011 года соответственно" исключить</w:t>
      </w:r>
    </w:p>
    <w:p>
      <w:r>
        <w:rPr>
          <w:b/>
        </w:rPr>
        <w:t xml:space="preserve">3. </w:t>
      </w:r>
      <w:r>
        <w:t>в абзаце первом слова "и на плановый период 2010 и 2011 годов" исключить</w:t>
      </w:r>
    </w:p>
    <w:p>
      <w:r>
        <w:rPr>
          <w:b/>
        </w:rPr>
        <w:t xml:space="preserve">3. </w:t>
      </w:r>
      <w:r>
        <w:t>в пункте 9 слова "в сумме 567 336,4 тыс. рублей" заменить словами "в объеме, предусмотренном приложением 4 к настоящему Федеральному закону"</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25 ноября 2008 года № 216-ФЗ "О бюджете Фонда социального страхования Российской Федерации на 2009 год и на плановый период 2010 и 2011 годов" (в редакции настоящего Федерального закона) распространяются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