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54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03.06.2009 № 110-ФЗ</w:t>
      </w:r>
    </w:p>
    <w:p>
      <w:r>
        <w:t>О внесении изменений в статью 54 Федерального закона "О воинской обязанности и военной службе" РОССИЙСКАЯ ФЕДЕРАЦИЯ ФЕДЕРАЛЬНЫЙ ЗАКОН О внесении изменений в статью 54 Федерального закона "О воинской обязанности и военной службе" Принят Государственной Думой 15 мая 2009 года Одобрен Советом Федерации 27 мая 2009 года Внести в статью 54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2006, № 50, ст. 5281) следующие изменения</w:t>
      </w:r>
    </w:p>
    <w:p>
      <w:r>
        <w:t>дополнить пунктом 1 1 следующего содержания: "1 1 . Военные сборы подразделяются на: учебные сборы; сборы по проверке боевой и мобилизационной готовности воинских частей и военных комиссариатов (далее - проверочные сборы)."</w:t>
      </w:r>
    </w:p>
    <w:p>
      <w:r>
        <w:t>в пункте 2 слова "или федеральным" заменить словами "или иным федеральным"</w:t>
      </w:r>
    </w:p>
    <w:p>
      <w:r>
        <w:t>в пункте 4 слова "граждан на военные" заменить словами "граждан, пребывающих в запасе, на учебные", дополнить предложением следующего содержания: "Граждане, пребывающие в запасе, призываются на проверочные сборы независимо от прохождения ими учебных сборов.". Президент Российской Федерации Д.Медведев Москва, Кремль 3 июня 2009 года № 110-ФЗ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