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деятельности по приему платежей физических лиц, осуществляемой платежными агентами"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2006, № 31, ст. 3439; 2007, № 31, ст. 4011; № 41, ст. 4845) следующие изменения</w:t>
      </w:r>
    </w:p>
    <w:p>
      <w:r>
        <w:t>(Утратил силу - Федеральный закон от 27.06.2011 № 162-ФЗ) 2) статью 26 дополнить частью тринадцатой следующего содержания: "Банковские платежные агенты гарантируют тайну об операциях по счетам и о счетах физических лиц, чьи платежи принимаются ими в соответствии со статьей 131 настоящего Федерального закона."</w:t>
      </w:r>
    </w:p>
    <w:p>
      <w:r>
        <w:rPr>
          <w:b/>
        </w:rPr>
        <w:t>Статья 2</w:t>
      </w:r>
    </w:p>
    <w:p>
      <w:r>
        <w:t>Часть четвертую статьи 37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2006, № 31, ст. 3439) изложить в следующей редакции: "При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осуществляющему деятельность в соответствии с законодательством о банках и банковской деятельности.".</w:t>
      </w:r>
    </w:p>
    <w:p>
      <w:r>
        <w:rPr>
          <w:b/>
        </w:rPr>
        <w:t>Статья 3</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следующие изменения: 1) абзац одиннадцатый статьи 5 изложить в следующей редакции: "операторы по приему платежей;"; 2) в статье 7: а) пункт 11 изложить в следующей редакции: "11. Идентификация клиента - физического лица, установление и идентификация выгодоприобретателя не проводятся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если их сумма не превышает 15 000 рублей либо сумму в иностранной валюте, эквивалентную 15 000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б) пункт 13 признать утратившим силу; в) пункт 31 признать утратившим силу; 3) главу II дополнить статьями 72 и 73 следующего содержания: "Статья 72. Права и обязанности кредитных организаций и организаций федеральной почтовой связи при осуществлении безналичных расчетов и переводов денежных средств 1. Кредитная организация, в которой открыт банковский счет плательщика, при осуществлении безналичных расчетов по поручению плательщика на всех этапах их проведения обязана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а также хранение в соответствии с пунктом 4 статьи 7 настоящего Федерального закона следующей информации: 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банковского счета, идентификационного номера налогоплательщика (при его наличии) либо адреса места жительства (регистрации) или места пребывания; 2) о плательщике - юридическом лице: наименования, номера банковского счета, идентификационного номера налогоплательщика или кода иностранной организации.</w:t>
      </w:r>
    </w:p>
    <w:p>
      <w:r>
        <w:rPr>
          <w:b/>
        </w:rPr>
        <w:t xml:space="preserve">2. </w:t>
      </w:r>
      <w:r>
        <w:t>При отсутствии в расчетном или ином документе, содержащем поручение плательщика, или неполучении иным способом информации, указанной в пункте 1 настоящей статьи, кредитная организация, в которой открыт банковский счет плательщика, обязана отказать в выполнении поручения плательщика, за исключением случаев, предусмотренных пунктом 3 настоящей статьи</w:t>
      </w:r>
    </w:p>
    <w:p>
      <w:r>
        <w:rPr>
          <w:b/>
        </w:rPr>
        <w:t xml:space="preserve">3. </w:t>
      </w:r>
      <w:r>
        <w:t>При осуществлении операций с денежными средствами, в том числе с использованием программно-технических средств, кредитные организации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w:t>
      </w:r>
    </w:p>
    <w:p>
      <w:r>
        <w:rPr>
          <w:b/>
        </w:rPr>
        <w:t xml:space="preserve">4. </w:t>
      </w:r>
      <w:r>
        <w:t>Банк-корреспондент, участвующий в осуществлении безналичных расчетов, обязан обеспечить неизменность информации, содержащейся в полученном расчетном документе, и ее хранение в соответствии с пунктом 4 статьи 7 настоящего Федерального закона</w:t>
      </w:r>
    </w:p>
    <w:p>
      <w:r>
        <w:rPr>
          <w:b/>
        </w:rPr>
        <w:t xml:space="preserve">5. </w:t>
      </w:r>
      <w:r>
        <w:t>Кредитная организация, в которой открыт банковский счет получателя денежных средств, обязана иметь процедуры, необходимые для выявления поступающих расчетных документов, не содержащих информацию, указанную в пункте 1 настоящей статьи</w:t>
      </w:r>
    </w:p>
    <w:p>
      <w:r>
        <w:rPr>
          <w:b/>
        </w:rPr>
        <w:t xml:space="preserve">6. </w:t>
      </w:r>
      <w:r>
        <w:t>При отсутствии в поступившем расчетном документе информации, указанной в пункте 1 настоящей статьи, если у работников кредитной организации, в которой открыт банковский счет получателя денежных средств,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такая кредитная организация обязана не позднее рабочего дня, следующего за днем признания данной операции подозрительной, направить в уполномоченный орган сведения о данной операции в соответствии с настоящим Федеральным законом</w:t>
      </w:r>
    </w:p>
    <w:p>
      <w:r>
        <w:rPr>
          <w:b/>
        </w:rPr>
        <w:t xml:space="preserve">7. </w:t>
      </w:r>
      <w:r>
        <w:t>Кредитная организация, обслуживающая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или организации федеральной почтовой связи, а также хранение в соответствии с пунктом 4 статьи 7 настоящего Федерального закона следующей информации</w:t>
      </w:r>
    </w:p>
    <w:p>
      <w:r>
        <w:rPr>
          <w:b/>
        </w:rPr>
        <w:t xml:space="preserve">8. </w:t>
      </w:r>
      <w:r>
        <w:t>При отсутствии в расчетном или ином документе или почтовом сообщении, содержащем поручение плательщика, информации, указанной в пункте 7 настоящей статьи, или неполучении ее иным способом кредитная организация или организация федеральной почтовой связи, обслуживающая плательщика, обязана отказать в выполнении поручения плательщика</w:t>
      </w:r>
    </w:p>
    <w:p>
      <w:r>
        <w:rPr>
          <w:b/>
        </w:rPr>
        <w:t xml:space="preserve">9. </w:t>
      </w:r>
      <w:r>
        <w:t>Кредитная организация, участвующая в переводе денежных средств по поручению физических лиц без открытия банковских счетов, или организация федеральной почтовой связи, участвующая в почтовом переводе денежных средств, обязана обеспечить неизменность информации, содержащейся в полученном расчетном документе или почтовом сообщении, и ее хранение в соответствии с пунктом 4 статьи 7 настоящего Федерального закона</w:t>
      </w:r>
    </w:p>
    <w:p>
      <w:r>
        <w:rPr>
          <w:b/>
        </w:rPr>
        <w:t xml:space="preserve">10. </w:t>
      </w:r>
      <w:r>
        <w:t>Кредитная организация, обслуживающая получателя денежных средств, переведенных в его пользу без открытия банковского счета, или организация федеральной почтовой связи, обслуживающая получателя почтового перевода денежных средств, обязана иметь процедуры, необходимые для выявления поступающих расчетных документов или почтовых отправлений, не содержащих информацию, указанную в пункте 7 настоящей статьи</w:t>
      </w:r>
    </w:p>
    <w:p>
      <w:r>
        <w:rPr>
          <w:b/>
        </w:rPr>
        <w:t xml:space="preserve">11. </w:t>
      </w:r>
      <w:r>
        <w:t>При отсутствии в поступившем расчетном или ином документе или почтовом сообщении информации, указанной в пункте 7 настоящей статьи, если у работников кредитной организации или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кредитная организация или организация федеральной почтовой связи обязана не позднее рабочего дня, следующего за днем признания такой операции подозрительной, направить в уполномоченный орган сведения о такой операции в соответствии с настоящим Федеральным законом</w:t>
      </w:r>
    </w:p>
    <w:p>
      <w:r>
        <w:rPr>
          <w:b/>
        </w:rPr>
        <w:t xml:space="preserve">12. </w:t>
      </w:r>
      <w:r>
        <w:t>Требования настоящей статьи не распространяются на</w:t>
      </w:r>
    </w:p>
    <w:p>
      <w:r>
        <w:rPr>
          <w:b/>
        </w:rPr>
        <w:t xml:space="preserve">7. </w:t>
      </w:r>
      <w:r>
        <w:t>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r>
        <w:rPr>
          <w:b/>
        </w:rPr>
        <w:t xml:space="preserve">7. </w:t>
      </w:r>
      <w:r>
        <w:t>о плательщике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r>
        <w:rPr>
          <w:b/>
        </w:rPr>
        <w:t xml:space="preserve">12. </w:t>
      </w:r>
      <w:r>
        <w:t>безналичные расчеты, осуществляемые кредитной организацией по банковским счетам на сумму, не превышающую 15 000 рублей либо сумму в иностранной валюте, эквивалентную 15 000 рублей</w:t>
      </w:r>
    </w:p>
    <w:p>
      <w:r>
        <w:rPr>
          <w:b/>
        </w:rPr>
        <w:t xml:space="preserve">12. </w:t>
      </w:r>
      <w:r>
        <w:t>безналичные расчеты по банковским счетам, открытым в одной кредитной организации</w:t>
      </w:r>
    </w:p>
    <w:p>
      <w:r>
        <w:rPr>
          <w:b/>
        </w:rPr>
        <w:t xml:space="preserve">12. </w:t>
      </w:r>
      <w:r>
        <w:t>безналичные расчеты, осуществляемые с использованием платежных карт</w:t>
      </w:r>
    </w:p>
    <w:p>
      <w:r>
        <w:rPr>
          <w:b/>
        </w:rPr>
        <w:t xml:space="preserve">12. </w:t>
      </w:r>
      <w:r>
        <w:t>безналичные расчеты, осуществляемые между кредитными организациями либо между кредитной организацией и иностранным банком от своего имени и за свой счет</w:t>
      </w:r>
    </w:p>
    <w:p>
      <w:r>
        <w:rPr>
          <w:b/>
        </w:rPr>
        <w:t xml:space="preserve">12. </w:t>
      </w:r>
      <w:r>
        <w:t>переводы денежных средств по поручению физических лиц без открытия банковских счетов, осуществляемые кредитными организациями на сумму, не превышающую 15 000 рублей либо сумму в иностранной валюте, эквивалентную 15 000 рублей</w:t>
      </w:r>
    </w:p>
    <w:p>
      <w:r>
        <w:rPr>
          <w:b/>
        </w:rPr>
        <w:t>Статья 73. Обязанности организаций, осуществляющих операции с денежными средствами или иным имуществом, при приеме на обслуживание и обслуживании иностранных публичных должностных лиц</w:t>
      </w:r>
    </w:p>
    <w:p>
      <w:r>
        <w:rPr>
          <w:b/>
        </w:rPr>
        <w:t xml:space="preserve">1. </w:t>
      </w:r>
      <w:r>
        <w:t>Организации, осуществляющие операции с денежными средствами или иным имуществом, в дополнение к предусмотренным пунктом 1 статьи 7 настоящего Федерального закона мерам обязаны</w:t>
      </w:r>
    </w:p>
    <w:p>
      <w:r>
        <w:rPr>
          <w:b/>
        </w:rPr>
        <w:t xml:space="preserve">2. </w:t>
      </w:r>
      <w:r>
        <w:t>Требования, установленные пунктом 1 настоящей статьи, не применяются кредитными организациями при осуществлении операций на сумму, не превышающую 15 000 рублей либо сумму в иностранной валюте, эквивалентную 15 000 рублей, связанных с покупкой или продажей наличной иностранной валюты физическими лицами либо осуществлением переводов денежных средств по поручению физических лиц без открытия банковского счета,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данные операции осуществляются в целях легализации (отмывания) доходов, полученных преступным путем, или финансирования терроризма."</w:t>
      </w:r>
    </w:p>
    <w:p>
      <w:r>
        <w:rPr>
          <w:b/>
        </w:rPr>
        <w:t xml:space="preserve">1. </w:t>
      </w:r>
      <w:r>
        <w:t>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w:t>
      </w:r>
    </w:p>
    <w:p>
      <w:r>
        <w:rPr>
          <w:b/>
        </w:rPr>
        <w:t xml:space="preserve">1. </w:t>
      </w:r>
      <w:r>
        <w:t>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w:t>
      </w:r>
    </w:p>
    <w:p>
      <w:r>
        <w:rPr>
          <w:b/>
        </w:rPr>
        <w:t xml:space="preserve">1. </w:t>
      </w:r>
      <w:r>
        <w:t>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p>
      <w:r>
        <w:rPr>
          <w:b/>
        </w:rPr>
        <w:t xml:space="preserve">1. </w:t>
      </w:r>
      <w:r>
        <w:t>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w:t>
      </w:r>
    </w:p>
    <w:p>
      <w:r>
        <w:rPr>
          <w:b/>
        </w:rPr>
        <w:t xml:space="preserve">1. </w:t>
      </w:r>
      <w:r>
        <w:t>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 в случае, если они находятся на обслуживании в кредитной организации</w:t>
      </w:r>
    </w:p>
    <w:p>
      <w:r>
        <w:rPr>
          <w:b/>
        </w:rPr>
        <w:t>Статья 4</w:t>
      </w:r>
    </w:p>
    <w:p>
      <w:r>
        <w:t>Внести в Федеральный закон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 21, ст. 1957) следующие изменения</w:t>
      </w:r>
    </w:p>
    <w:p>
      <w:r>
        <w:t>статью 1 дополнить абзацами следующего содержания: "платежный терминал - устройство для осуществления наличных денежных расчетов в автоматическом режиме (без участия уполномоченного лица организации или индивидуального предпринимателя, осуществляющих наличные денежные расчеты); банкомат - устройство для осуществления в автоматическом режиме (без участия уполномоченного лица кредитной организации или банковского платежного агента, осуществляющих деятельность в соответствии с законодательством о банках и банковской деятельности) наличных денежных расчетов и (или) расчетов с использованием платежных карт, передачи распоряжений кредитной организации об осуществлении расчетов по поручению физических лиц по их банковским счетам, а также для составления документов, подтверждающих передачу соответствующих распоряжений."</w:t>
      </w:r>
    </w:p>
    <w:p>
      <w:r>
        <w:t>статью 2 дополнить пунктом 4 следующего содержания: "4. Положения пунктов 2, 21 и 3 настоящей статьи не распространяются на платежных агентов, осуществляющих деятельность по приему платежей физических лиц, а также на кредитные организации и банковских платежных агентов, осуществляющих деятельность в соответствии с законодательством о банках и банковской деятельности."; (В редакции Федерального закона от 17.07.2009 № 162-ФЗ) 3) в статье 4: а) абзац второй пункта 1 после слов "контрольно-кассовая техника" дополнить словами "(за исключением контрольно-кассовой техники в составе платежных терминалов, применяемых платежными агентами и банковскими платежными агентами, и банкоматов, применяемых банковскими платежными агентами)"; б) дополнить пунктом 11 следующего содержания: "11. Контрольно-кассовая техника в составе платежного терминала, применяемого платежным агентом и банковским платежным агентом, и банкомата, применяемого банковскими платежными агентами, должна: быть зарегистрирована в налоговом органе по месту учета налогоплательщика с указанием адреса места ее установки в составе платежного терминала или банкомата; быть исправна, опломбирована в установленном порядке; иметь фискальную память с накопителями фискальной памяти, контрольную ленту и часы реального времени; обеспечивать некорректируемую регистрацию и энергонезависимое долговременное хранение информации о платежах на контрольной ленте и в накопителях фискальной памяти, а также предоставлять информацию для печати кассового чека платежным терминалом или банкоматом в некорректируемом виде; эксплуатироваться в фискальном режиме, а в иных режимах исключать возможность печати кассового чека платежным терминалом или банкоматом; передавать в фискальном режиме в платежный терминал или банкомат зарегистрированную информацию о платежах в некорректируемом виде, обеспечивающем идентичность информации, зарегистрированной на кассовом чеке, контрольной ленте, в фискальной памяти и первичных учетных документах организации или индивидуального предпринимателя, применяющих платежный терминал или банкомат; иметь паспорт установленного образца."</w:t>
      </w:r>
    </w:p>
    <w:p>
      <w:r>
        <w:t>в статье 5: а) в абзаце первом слово "Организации" заменить словами "1. Организации", после слов "контрольно-кассовую технику" дополнить словами "(за исключением контрольно-кассовой техники в составе платежных терминалов, применяемых платежными агентами и банковскими платежными агентами, и банкоматов, применяемых банковскими платежными агентами)"; б) дополнить пунктом 2 следующего содержания: "2. Организации (за исключением кредитных организаций) и индивидуальные предприниматели, применяющие платежный терминал или банкомат, обязаны: использовать контрольно-кассовую технику в составе платежного терминала и (или) банкомата; осуществлять регистрацию применяемой контрольно-кассовой техники в налоговых органах по месту учета организации в качестве налогоплательщика; предоставлять при регистрации, перерегистрации и снятии с регистрации контрольно-кассовой техники в налоговых органах и замене накопителей фискальной памяти налоговым органам паспорт контрольно-кассовой техники и информацию, зарегистрированную в фискальной памяти контрольно-кассовой техники; применять исправную контрольно-кассовую технику, обеспечивающую фиксацию расчетных операций на контрольной ленте и в фискальной памяти; эксплуатировать контрольно-кассовую технику в фискальном режиме; выдавать клиентам при осуществлении наличных денежных расчетов кассовый чек, отпечатанный платежным терминалом или банкоматом; обеспечивать ведение и хранение документации, связанной с приобретением, регистрацией, перерегистрацией и снятием с регистрации в налоговом органе, вводом в эксплуатацию, проверкой исправности, ремонтом, техническим обслуживанием, заменой программно-аппаратных средств, выводом из эксплуатации контрольно-кассовой техники, ходом регистрации контрольно-кассовой техникой информации о платежах, а также обеспечивать должностным лицам налоговых органов, осуществляющих проверку в соответствии с пунктом 1 статьи 7 настоящего Федерального закона, беспрепятственный доступ к соответствующей контрольно-кассовой технике и документации; предоставлять в налоговые органы по их запросам информацию в порядке, предусмотренном федеральными законами."</w:t>
      </w:r>
    </w:p>
    <w:p>
      <w:r>
        <w:t>(Утратил силу - Федеральный закон от 07.05.2013 № 89-ФЗ)</w:t>
      </w:r>
    </w:p>
    <w:p>
      <w:r>
        <w:rPr>
          <w:b/>
        </w:rPr>
        <w:t>Статья 5</w:t>
      </w:r>
    </w:p>
    <w:p>
      <w:r>
        <w:t>Статью 155 Жилищного кодекса Российской Федерации (Собрание законодательства Российской Федерации, 2005, № 1, ст. 14; 2008, № 30, ст. 3616) дополнить частью 15 следующего содержания: "15.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законодательством о банках и банковской деятельности.".</w:t>
      </w:r>
    </w:p>
    <w:p>
      <w:r>
        <w:rPr>
          <w:b/>
        </w:rPr>
        <w:t>Статья 6</w:t>
      </w:r>
    </w:p>
    <w:p>
      <w:r>
        <w:t>Пункт 2 статьи 1 Федерального закона от 28 ноября 2007 года № 275-ФЗ "О внесении изменений в статьи 5 и 7 Федерального закона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2007, № 49, ст. 6036) признать утратившим силу.</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18, ст. 1721; 2003, № 27, ст. 2700, 2717; № 46, ст. 4440; № 50, ст. 4847; 2004, № 31, ст. 3229; 2005, № 13, ст. 1077; № 30, ст. 3131; № 50, ст. 5247; 2006, № 31, ст. 3420; 2007, № 26, ст. 3089; № 30, ст. 3755; № 31, ст. 4007; № 41, ст. 4845; 2008, № 52, ст. 6227) следующие изменения: 1) статью 14.5 изложить в следующей редакции: "Статья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 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
        <w:rPr>
          <w:b/>
        </w:rPr>
        <w:t xml:space="preserve">2. </w:t>
      </w:r>
      <w:r>
        <w:t>Неприменение в установленных федеральными законами случаях контрольно-кассовой техники, применение контрольно-кассовой техники, которая не соответствует установленным требованиям либо используется с нарушением установленного законодательством Российской Федерации порядка и условий ее регистрации и применения, а равно отказ в выдаче по требованию покупателя (клиента) в случае, предусмотренном федеральным законом, документа (товарного чека, квитанции или другого документа, подтверждающего прием денежных средств за соответствующий товар (работу, услугу), -(Абзац в редакции Федерального закона от 17.07.2009 № 162-ФЗ)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
        <w:rPr>
          <w:b/>
        </w:rPr>
        <w:t xml:space="preserve">2. </w:t>
      </w:r>
      <w:r>
        <w:t>в статье 23.3:</w:t>
      </w:r>
    </w:p>
    <w:p>
      <w:r>
        <w:rPr>
          <w:b/>
        </w:rPr>
        <w:t xml:space="preserve">2. </w:t>
      </w:r>
      <w:r>
        <w:t>в части 1 статьи 23.5 слова "предусмотренных статьей 14.5 (в части продажи товаров, выполнения работ и оказания услуг без применения контрольно-кассовых машин)," заменить словами "предусмотренных частью 2 статьи 14.5,"</w:t>
      </w:r>
    </w:p>
    <w:p>
      <w:r>
        <w:rPr>
          <w:b/>
        </w:rPr>
        <w:t xml:space="preserve">2. </w:t>
      </w:r>
      <w:r>
        <w:t>в части 1 статьи 23.49 цифры "14.4 - 14.8," заменить словами "14.4, частью 1 статьи 14.5, статьями 14.6 - 14.8,"</w:t>
      </w:r>
    </w:p>
    <w:p>
      <w:r>
        <w:rPr>
          <w:b/>
        </w:rPr>
        <w:t xml:space="preserve">2. </w:t>
      </w:r>
      <w:r>
        <w:t>часть 3 статьи 32.2 изложить в следующей редакции: "3. Сумма административного штрафа вносится или перечисляется лицом, привлеченным к административной ответственности, в банк или в иную кредитную организацию либо платежному агенту, осуществляющему деятельность по приему платежей физических лиц, или банковскому платежному агенту, осуществляющему деятельность в соответствии с законодательством о банках и банковской деятельности, за исключением случаев, предусмотренных частью 1 статьи 32.3 настоящего Кодекса."</w:t>
      </w:r>
    </w:p>
    <w:p>
      <w:r>
        <w:rPr>
          <w:b/>
        </w:rPr>
        <w:t xml:space="preserve">2. </w:t>
      </w:r>
      <w:r>
        <w:t>в части 1 слова "14.26, 14.5 частями 3 и 4 статьи 14.16, статьями" заменить словами "частями 3 и 4 статьи 14.16, статьями 14.26,"</w:t>
      </w:r>
    </w:p>
    <w:p>
      <w:r>
        <w:rPr>
          <w:b/>
        </w:rPr>
        <w:t xml:space="preserve">2. </w:t>
      </w:r>
      <w:r>
        <w:t>в пункте 1 части 2 слова "14.26, 14.5, частями 3 и 4 статьи 14.16, статьями" заменить словами "частями 3 и 4 статьи 14.16, статьями 14.26,"</w:t>
      </w:r>
    </w:p>
    <w:p>
      <w:r>
        <w:rPr>
          <w:b/>
        </w:rPr>
        <w:t>Статья 8</w:t>
      </w:r>
    </w:p>
    <w:p>
      <w:r>
        <w:rPr>
          <w:b/>
        </w:rPr>
        <w:t xml:space="preserve">1. </w:t>
      </w:r>
      <w:r>
        <w:t>Настоящий Федеральный закон вступает в силу с 1 января 2010 года, за исключением абзацев восемнадцатого, двадцать седьмого - тридцать седьмого, сорокового - сорок четвертого и сорок седьмого - сорок девятого пункта 1 статьи 1 и статьи 3 настоящего Федерального закона</w:t>
      </w:r>
    </w:p>
    <w:p>
      <w:r>
        <w:rPr>
          <w:b/>
        </w:rPr>
        <w:t xml:space="preserve">2. </w:t>
      </w:r>
      <w:r>
        <w:t>Абзацы восемнадцатый, двадцать седьмой - тридцать седьмой, сороковой - сорок четвертый и сорок седьмой - сорок девятый пункта 1 статьи 1 настоящего Федерального закона вступают в силу с 1 апреля 2010 года</w:t>
      </w:r>
    </w:p>
    <w:p>
      <w:r>
        <w:rPr>
          <w:b/>
        </w:rPr>
        <w:t xml:space="preserve">3. </w:t>
      </w:r>
      <w:r>
        <w:t>Статья 3 настоящего Федерального закона вступает в силу по истечении 180 дней после дня официального опубликования настоящего Федерального закона</w:t>
      </w:r>
    </w:p>
    <w:p>
      <w:r>
        <w:rPr>
          <w:b/>
        </w:rPr>
        <w:t xml:space="preserve">4. </w:t>
      </w:r>
      <w:r>
        <w:t>Контрольно-кассовая техника, включенная в Государственный реестр контрольно-кассовой техники до дня вступления в силу настоящего Федерального закона и не соответствующая требованиям статьи 131 Федерального закона "О банках и банковской деятельности" (в редакции настоящего Федерального закона) и требованиям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(в редакции настоящего Федерального закона), может применяться банковскими платежными агентами при приеме платежей физических лиц (в том числе в платежных терминалах и банкоматах) до 1 января 2014 года при условии ее регистрации банковским платежным агентом в налоговых органах до 1 января 2011 года</w:t>
      </w:r>
    </w:p>
    <w:p>
      <w:r>
        <w:rPr>
          <w:b/>
        </w:rPr>
        <w:t xml:space="preserve">5. </w:t>
      </w:r>
      <w:r>
        <w:t>Контрольно-кассовая техника, включенная в Государственный реестр контрольно-кассовой техники после дня вступления в силу настоящего Федерального закона, может применяться при приеме платежей физических лиц банковскими платежными агентами (в том числе в платежных терминалах и банкоматах) только в случае ее соответствия требованиям статьи 131 Федерального закона "О банках и банковской деятельности" (в редакции настоящего Федерального закона) и требованиям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(в редакции настоящего Федерального закона)</w:t>
      </w:r>
    </w:p>
    <w:p>
      <w:r>
        <w:rPr>
          <w:b/>
        </w:rPr>
        <w:t xml:space="preserve">6. </w:t>
      </w:r>
      <w:r>
        <w:t>После 1 апреля 2010 года прием платежей физических лиц банковскими платежными агентами без применения контрольно-кассовой техники, указанной в части 4 или 5 настоящей статьи, не допускается</w:t>
      </w:r>
    </w:p>
    <w:p>
      <w:r>
        <w:rPr>
          <w:b/>
        </w:rPr>
        <w:t xml:space="preserve">7. </w:t>
      </w:r>
      <w:r>
        <w:t>Контрольно-кассовая техника, включенная в Государственный реестр контрольно-кассовой техники до дня вступления в силу настоящего Федерального закона и не соответствующая требованиям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(в редакции настоящего Федерального закона), может применяться при приеме платежей до 1 января 2014 года при условии ее регистрации платежным агентом в налоговых органах до 1 января 2011 года</w:t>
      </w:r>
    </w:p>
    <w:p>
      <w:r>
        <w:rPr>
          <w:b/>
        </w:rPr>
        <w:t xml:space="preserve">8. </w:t>
      </w:r>
      <w:r>
        <w:t>Контрольно-кассовая техника, включенная в Государственный реестр контрольно-кассовой техники после дня вступления в силу настоящего Федерального закона, может применяться при приеме платежей (в том числе в платежных терминалах) только в случае ее соответствия требованиям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(в редакции настоящего Федерального закона)</w:t>
      </w:r>
    </w:p>
    <w:p>
      <w:r>
        <w:rPr>
          <w:b/>
        </w:rPr>
        <w:t xml:space="preserve">9. </w:t>
      </w:r>
      <w:r>
        <w:t>После 1 апреля 2010 года прием платежей без применения контрольно-кассовой техники, указанной в части 7 или 8 настоящей статьи, не допускается. (Статья в редакции Федерального закона от 28.11.2009 № 289-ФЗ)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