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миграционном учете иностранных граждан и лиц без гражданства в Российской Федерации"</w:t>
      </w:r>
    </w:p>
    <w:p>
      <w:r>
        <w:rPr>
          <w:b/>
        </w:rPr>
        <w:t>Статья 1</w:t>
      </w:r>
    </w:p>
    <w:p>
      <w:r>
        <w:t>Внести в Федеральный закон от 18 июля 2006 года № 109-ФЗ "О миграционном учете иностранных граждан и лиц без гражданства в Российской Федерации" (Собрание законодательства Российской Федерации, 2006, № 30, ст. 3285; 2007, № 49, ст. 6071; 2008, № 30, ст. 3589, 3616) следующие изменения: 1) первое предложение части 2 статьи 14 дополнить словами "и зарегистрироваться по адресу указанного помещения в порядке и на условиях, которые установлены в соответствии с настоящим Федеральным законом"; 2) статью 16 изложить в следующей редакции: "Статья 16. Порядок регистрации иностранных граждан по месту жительства 1. Заявление иностранного гражданина о регистрации по месту жительства должно быть подано в орган миграционного учета в месте нахождения жилого помещения, которое данный иностранный гражданин избрал в качестве своего места жительства, в течение семи рабочих дней с даты получения им разрешения на временное проживание или вида на жительство либо с даты его прибытия в место нахождения указанного жилого помещения.</w:t>
      </w:r>
    </w:p>
    <w:p>
      <w:r>
        <w:rPr>
          <w:b/>
        </w:rPr>
        <w:t xml:space="preserve">2. </w:t>
      </w:r>
      <w:r>
        <w:t>Форма заявления, указанного в части 1 настоящей статьи, перечень содержащихся в нем сведений и требования к его оформлению устанавливаются уполномоченным федеральным органом исполнительной власти.";</w:t>
      </w:r>
    </w:p>
    <w:p>
      <w:r>
        <w:rPr>
          <w:b/>
        </w:rPr>
        <w:t xml:space="preserve">2. </w:t>
      </w:r>
      <w:r>
        <w:t>в статье 20:</w:t>
      </w:r>
    </w:p>
    <w:p>
      <w:r>
        <w:rPr>
          <w:b/>
        </w:rPr>
        <w:t xml:space="preserve">2. </w:t>
      </w:r>
      <w:r>
        <w:t>не позднее семи рабочих дней со дня его прибытия в место пребывания - в случае, если данный иностранный гражданин постоянно проживает в Российской Федерации</w:t>
      </w:r>
    </w:p>
    <w:p>
      <w:r>
        <w:rPr>
          <w:b/>
        </w:rPr>
        <w:t xml:space="preserve">2. </w:t>
      </w:r>
      <w:r>
        <w:t>не позднее трех рабочих дней со дня его прибытия в место пребывания - в случае, если данный иностранный гражданин временно проживает или временно пребывает в Российской Федерации</w:t>
      </w:r>
    </w:p>
    <w:p>
      <w:r>
        <w:rPr>
          <w:b/>
        </w:rPr>
        <w:t xml:space="preserve">2. </w:t>
      </w:r>
      <w:r>
        <w:t>в течение одного рабочего дня, следующего за днем его прибытия в место пребывания, - в случаях, предусмотренных подпунктами "а" - "д" пункта 1 и подпунктами "а" - "в" пункта 2 части 2 настоящей статьи.";</w:t>
      </w:r>
    </w:p>
    <w:p>
      <w:r>
        <w:rPr>
          <w:b/>
        </w:rPr>
        <w:t xml:space="preserve">2. </w:t>
      </w:r>
      <w:r>
        <w:t>в статье 22:</w:t>
      </w:r>
    </w:p>
    <w:p>
      <w:r>
        <w:rPr>
          <w:b/>
        </w:rPr>
        <w:t xml:space="preserve">2. </w:t>
      </w:r>
      <w:r>
        <w:t>статью 23 дополнить частью 4 следующего содержания: "4. При убытии иностранного гражданина из гостиницы или из иной организации, оказывающей гостиничные услуги, из санатория, дома отдыха, пансионата, детского оздоровительного лагеря, с туристской базы, из кемпинга, больницы либо из иного учреждения здравоохранения или социального обслуживания, либо из специального учреждения для социальной реабилитации лиц без определенного места жительства, либо из учреждения, исполняющего уголовное или административное наказание, уведомление органа миграционного учета администрацией соответствующих организации или учреждения об убытии данного иностранного гражданина из указанного места пребывания может осуществляться также с использованием входящих в состав сети электросвязи средств связи в порядке и на условиях, установленных Правительством Российской Федерации."</w:t>
      </w:r>
    </w:p>
    <w:p>
      <w:r>
        <w:rPr>
          <w:b/>
        </w:rPr>
        <w:t xml:space="preserve">2. </w:t>
      </w:r>
      <w:r>
        <w:t>в абзаце первом части 2 слово "Учету" заменить словами "Постановке на учет"</w:t>
      </w:r>
    </w:p>
    <w:p>
      <w:r>
        <w:rPr>
          <w:b/>
        </w:rPr>
        <w:t xml:space="preserve">2. </w:t>
      </w:r>
      <w:r>
        <w:t>часть 3 изложить в следующей редакции: "3. Уведомление о прибытии иностранного гражданина в место пребывания должно быть представлено в орган миграционного учета принимающей стороной или в случаях, предусмотренных частями 3, 31 и 4 статьи 22 настоящего Федерального закона, непосредственно данным иностранным гражданином:</w:t>
      </w:r>
    </w:p>
    <w:p>
      <w:r>
        <w:rPr>
          <w:b/>
        </w:rPr>
        <w:t xml:space="preserve">2. </w:t>
      </w:r>
      <w:r>
        <w:t>в части 31 слова "принимающая сторона обязана" заменить словами "принимающая сторона или в случаях, предусмотренных частями 3, 31 и 4 статьи 22 настоящего Федерального закона, иностранный гражданин обязаны"</w:t>
      </w:r>
    </w:p>
    <w:p>
      <w:r>
        <w:rPr>
          <w:b/>
        </w:rPr>
        <w:t xml:space="preserve">2. </w:t>
      </w:r>
      <w:r>
        <w:t>в части 2: подпункт "б" пункта 1 после цифры "3" дополнить цифрами ", 31"; в пункте 2: в абзаце первом слова "пунктами 1 и 2 части 2 и частью 3" заменить словами "частями 3 и 31"; подпункт "а" после слов "почтовым отправлением" дополнить словами "или с использованием входящих в состав сети электросвязи средств связи (в случае, предусмотренном частью 10 настоящей статьи)", после цифры "3" дополнить цифрами ", 31"</w:t>
      </w:r>
    </w:p>
    <w:p>
      <w:r>
        <w:rPr>
          <w:b/>
        </w:rPr>
        <w:t xml:space="preserve">2. </w:t>
      </w:r>
      <w:r>
        <w:t>в части 3 слова "принято органом миграционного учета непосредственно от указанного иностранного гражданина" заменить словами "представлено в орган миграционного учета непосредственно указанным иностранным гражданином"</w:t>
      </w:r>
    </w:p>
    <w:p>
      <w:r>
        <w:rPr>
          <w:b/>
        </w:rPr>
        <w:t xml:space="preserve">2. </w:t>
      </w:r>
      <w:r>
        <w:t>дополнить частью 31 следующего содержания: "31. При наличии у иностранного гражданина права собственности на жилое помещение, находящееся на территории Российской Федерации, он может заявить такое помещение в качестве своего места пребывания. В этом случае для постановки на учет по месту пребывания такой иностранный гражданин лично представляет уведомление о своем прибытии в место пребывания непосредственно в орган миграционного учета."</w:t>
      </w:r>
    </w:p>
    <w:p>
      <w:r>
        <w:rPr>
          <w:b/>
        </w:rPr>
        <w:t xml:space="preserve">2. </w:t>
      </w:r>
      <w:r>
        <w:t>дополнить частью 10 следующего содержания: "10. При нахождении иностранного гражданина в гостинице или в иной организации, оказывающей гостиничные услуги, в санатории, доме отдыха, пансионате, детском оздоровительном лагере, на туристской базе, в кемпинге, больнице либо в ином учреждении здравоохранения или социального обслуживания, либо в специальном учреждении для социальной реабилитации лиц без определенного места жительства, либо в учреждении, исполняющем уголовное или административное наказание, уведомление органа миграционного учета администрацией соответствующих организации или учреждения о прибытии данного иностранного гражданина в указанное место пребывания может осуществляться также с использованием входящих в состав сети электросвязи средств связи в порядке и на условиях, установленных Правительством Российской Федерации."</w:t>
      </w:r>
    </w:p>
    <w:p>
      <w:r>
        <w:rPr>
          <w:b/>
        </w:rPr>
        <w:t>Статья 2</w:t>
      </w:r>
    </w:p>
    <w:p>
      <w:r>
        <w:t>Настоящий Федеральный закон вступает в силу по истечении девяноста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