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17-1 и 53 Федерального закона "О защите конкуренции"</w:t>
      </w:r>
    </w:p>
    <w:p>
      <w:r>
        <w:rPr>
          <w:b/>
        </w:rPr>
        <w:t>Статья 1</w:t>
      </w:r>
    </w:p>
    <w:p>
      <w:r>
        <w:t>Внести в Федеральный закон от 26 июля 2006 года № 135-ФЗ "О защите конкуренции" (Собрание законодательства Российской Федерации, 2006, № 31, ст. 3434; 2008, № 27, ст. 3126; № 45, ст. 5141) следующие изменения: 1) статью 171 изложить в следующей редакции: "Статья 171. Особенности порядка заключения договоров в отношении государственного и муниципального имущества 1.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не закрепленного на праве хозяйственного ведения или оперативного управления, может быть осуществлено только по результатам проведения конкурсов или аукционов на право заключения этих договоров, за исключением предоставления указанных прав на такое имущество: 1) на основании международных договоров Российской Федерации (в том числе межправительственных соглашений), федеральных законов, устанавливающих иной порядок распоряжения этим имуществом, актов Президента Российской Федерации, актов Правительства Российской Федерации, решений суда, вступивших в законную силу; 2) государственным органам, органам местного самоуправления, а также государственным внебюджетным фондам, Центральному банку Российской Федерации; 3) государственным и муниципальным учреждениям, государственным корпорациям, государственным компаниям; 4) некоммерческим организациям, созданным в форме ассоциаций и союзов, религиозных и общественных организаций (объединений) (в том числе политическим партиям, общественным движениям, общественным фондам, общественным учреждениям, органам общественной самодеятельности, профессиональным союзам, их объединениям (ассоциациям), первичным профсоюзным организациям), объединений работодателей, товариществ собственников жилья; 5) адвокатским, нотариальным, торгово-промышленным палатам; 6) образовательным учреждениям независимо от их организационно-правовых форм, включая указанные в пункте 3 настоящей части государственные и муниципальные образовательные учреждения, и медицинским учреждениям частной системы здравоохранения; 7) для размещения объектов почтовой связи; 8) лицу, обладающему правами владения и (или) пользования сетью инженерно-технического обеспечения, в случае, если передаваемое имущество является частью соответствующей сети инженерно-технического обеспечения и данные часть сети и сеть являются технологически связанными в соответствии с законодательством о градостроительной деятельности; 9) в порядке, установленном главой 5 настоящего Федерального закона; 10) лицу, с которым заключен государственный или муниципальный контракт по результатам конкурса или аукциона, проведенных в соответствии с Федеральным законом от 21 июля 2005 года № 94-ФЗ "О размещении заказов на поставки товаров, выполнение работ, оказание услуг для государственных и муниципальных нужд", если предоставление указанных прав было предусмотрено конкурсной документацией, документацией об аукционе для целей исполнения этого государственного или муниципального контракта. Срок предоставления указанных прав на такое имущество не может превышать срок исполнения государственного или муниципального контракта; 11) на срок не более чем тридцать календарных дней в течение шести последовательных календарных месяцев (предоставление указанных прав на такое имущество одному лицу на совокупный срок более чем тридцать календарных дней в течение шести последовательных календарных месяцев без проведения конкурсов или аукционов запрещается); 12) взамен недвижимого имущества, права в отношении которого прекращаются в связи со сносом или с реконструкцией здания, строения, сооружения, которыми или частью которых является такое недвижимое имущество, либо в связи с предоставлением прав на такое недвижимое имущество государственным или муниципальным образовательным учреждениям, медицинским учреждениям. При этом недвижимое имущество, права на которое предоставляются, должно быть равнозначным ранее имеющемуся недвижимому имуществу по месту расположения, площади и определяемой в соответствии с законодательством Российской Федерации, регулирующим оценочную деятельность, стоимости. Условия, при которых недвижимое имущество признается равнозначным ранее имеющемуся недвижимому имуществу, устанавливаются федеральным антимонопольным органом; 13) правопреемнику приватизированного унитарного предприятия в случае, если такое имущество не включено в состав подлежащих приватизации активов приватизированного унитарного предприятия, но технологически и функционально связано с приватизированным имуществом и отнесено федеральными законами к объектам гражданских прав, оборот которых не допускается, или к объектам, которые могут находиться только в государственной или муниципальной собственности.</w:t>
      </w:r>
    </w:p>
    <w:p>
      <w:r>
        <w:rPr>
          <w:b/>
        </w:rPr>
        <w:t xml:space="preserve">2. </w:t>
      </w:r>
      <w:r>
        <w:t>Указанный в части 1 настоящей статьи порядок заключения договоров не распространяется на имущество, распоряжение которым осуществляется в соответствии с Земельным кодексом Российской Федерации, Водным кодексом Российской Федерации, Лесным кодексом Российской Федерации, законодательством Российской Федерации о недрах, законодательством Российской Федерации о концессионных соглашениях</w:t>
      </w:r>
    </w:p>
    <w:p>
      <w:r>
        <w:rPr>
          <w:b/>
        </w:rPr>
        <w:t xml:space="preserve">3. </w:t>
      </w:r>
      <w:r>
        <w:t>В порядке, предусмотренном частью 1 настоящей статьи, осуществляется заключение договоров аренды, договоров безвозмездного пользования, иных договоров, предусматривающих переход прав владения и (или) пользования в отношении</w:t>
      </w:r>
    </w:p>
    <w:p>
      <w:r>
        <w:rPr>
          <w:b/>
        </w:rPr>
        <w:t xml:space="preserve">5. </w:t>
      </w:r>
      <w:r>
        <w:t>Порядок проведения конкурсов или аукционов на право заключения договоров, указанных в частях 1 и 3 настоящей статьи, и перечень видов имущества, в отношении которого заключение указанных договоров может осуществляться путем проведения торгов в форме конкурса, устанавливаются федеральным антимонопольным органом</w:t>
      </w:r>
    </w:p>
    <w:p>
      <w:r>
        <w:rPr>
          <w:b/>
        </w:rPr>
        <w:t xml:space="preserve">6. </w:t>
      </w:r>
      <w:r>
        <w:t>С 1 января 2011 года информация о проведении конкурсов или аукционов на право заключения договоров, указанных в частях 1 и 3 настоящей статьи, размещается на официальном сайте Российской Федерации в сети "Интернет" для размещения информации о проведении торгов, определенном Правительством Российской Федерации.";</w:t>
      </w:r>
    </w:p>
    <w:p>
      <w:r>
        <w:rPr>
          <w:b/>
        </w:rPr>
        <w:t xml:space="preserve">3. </w:t>
      </w:r>
      <w:r>
        <w:t>государственного или муниципального недвижимого имущества, которое принадлежит на праве хозяйственного ведения либо оперативного управления государственным или муниципальным унитарным предприятиям</w:t>
      </w:r>
    </w:p>
    <w:p>
      <w:r>
        <w:rPr>
          <w:b/>
        </w:rPr>
        <w:t xml:space="preserve">3. </w:t>
      </w:r>
      <w:r>
        <w:t>государственного или муниципального недвижимого имущества, закрепленного на праве оперативного управления за государственными или муниципальными автономными учреждениями</w:t>
      </w:r>
    </w:p>
    <w:p>
      <w:r>
        <w:rPr>
          <w:b/>
        </w:rPr>
        <w:t xml:space="preserve">3. </w:t>
      </w:r>
      <w:r>
        <w:t>государственного или муниципального имущества, которое принадлежит на праве оперативного управления государственным или муниципальным бюджетным учреждениям. (Абзац утратил силу - Федеральный закон от 06.12.2011 № 401-ФЗ)</w:t>
      </w:r>
    </w:p>
    <w:p>
      <w:r>
        <w:rPr>
          <w:b/>
        </w:rPr>
        <w:t xml:space="preserve">6. </w:t>
      </w:r>
      <w:r>
        <w:t>в статье 53:</w:t>
      </w:r>
    </w:p>
    <w:p>
      <w:r>
        <w:rPr>
          <w:b/>
        </w:rPr>
        <w:t xml:space="preserve">6. </w:t>
      </w:r>
      <w:r>
        <w:t>в части 3 слова "частью 4" заменить словами "частью 5"</w:t>
      </w:r>
    </w:p>
    <w:p>
      <w:r>
        <w:rPr>
          <w:b/>
        </w:rPr>
        <w:t xml:space="preserve">6. </w:t>
      </w:r>
      <w:r>
        <w:t>(Утратил силу - Федеральный закон от 02.07.2013 № 144-ФЗ)</w:t>
      </w:r>
    </w:p>
    <w:p>
      <w:r>
        <w:rPr>
          <w:b/>
        </w:rPr>
        <w:t xml:space="preserve">6. </w:t>
      </w:r>
      <w:r>
        <w:t>дополнить частью 5 следующего содержания: "5. До 1 января 2011 года информация о проведении конкурсов или аукционов на право заключения договоров, указанных в частях 1 и 3 статьи 171 настоящего Федерального закона, размещается на официальном сайте Российской Федерации, официальном сайте субъекта Российской Федерации, официальном сайте муниципального образования в сети "Интернет" для размещения информации о проведении торгов, определенных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 При этом извещения о проведении конкурсов или аукционов, вносимые в них изменения, извещения об отказе от проведения конкурсов или аукционов также опубликовываются в официальном печатном издании, определяемом на конкурсной основе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
        <w:rPr>
          <w:b/>
        </w:rPr>
        <w:t>Статья 2</w:t>
      </w:r>
    </w:p>
    <w:p>
      <w:r>
        <w:rPr>
          <w:b/>
        </w:rPr>
        <w:t xml:space="preserve">1. </w:t>
      </w:r>
      <w:r>
        <w:t>Настоящий Федеральный закон вступает в силу со дня его официального опубликования, за исключением подпункта "в" пункта 2 статьи 1 настоящего Федерального закона</w:t>
      </w:r>
    </w:p>
    <w:p>
      <w:r>
        <w:rPr>
          <w:b/>
        </w:rPr>
        <w:t xml:space="preserve">2. </w:t>
      </w:r>
      <w:r>
        <w:t>Подпункт "в" пункта 2 статьи 1 настоящего Федерального закона вступает в силу по истечении ста двадцати дней после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