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судебных приставах"</w:t>
      </w:r>
    </w:p>
    <w:p>
      <w:r>
        <w:rPr>
          <w:b/>
        </w:rPr>
        <w:t>Статья None. Федеральный закон   от 19.07.2009 № 194-ФЗ</w:t>
      </w:r>
    </w:p>
    <w:p>
      <w:r>
        <w:t>О внесении изменений в Федеральный закон "О судебных приставах" РОССИЙСКАЯ ФЕДЕРАЦИЯ ФЕДЕРАЛЬНЫЙ ЗАКОН О внесении изменений в Федеральный закон "О судебных приставах" Принят Государственной Думой 3 июля 2009 года Одобрен Советом Федерации 7 июля 2009 года Статья 1 Внести в Федеральный закон от 21 июля 1997 года № 118-ФЗ "О судебных приставах" (Собрание законодательства Российской Федерации, 1997, № 30, ст. 3590; 2000, № 46, ст. 4537; 2004, № 27, ст. 2711; № 35, ст. 3607; 2007, № 10, ст. 1156; 2008, № 52, ст. 6235) следующие изменения: 1) статью 1 изложить в следующей редакции: "Статья 1. Задачи судебных приставов На судебных приставов возлагаются задачи по: обеспечению установленного порядка деятельности Конституционного Суда Российской Федерации, Верховного Суда Российской Федерации, Высшего Арбитражного Суда Российской Федерации, судов общей юрисдикции и арбитражных судов (далее - суды); осуществлению принудительного исполнения судебных актов, а также предусмотренных Федеральным законом от 2 октября 2007 года № 229-ФЗ "Об исполнительном производстве" (далее - Федеральный закон "Об исполнительном производстве") актов других органов и должностных лиц (далее - судебные акты, акты других органов и должностных лиц); исполнению законодательства об уголовном судопроизводстве по делам, отнесенным уголовно-процессуальным законодательством Российской Федерации к подследственности 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 (далее - Федеральная служба судебных приставов)."; 2) статью 2 изложить в следующей редакции: "Статья 2. Правовая основа деятельности судебных приставов Судебные приставы в своей деятельности руководствуются Конституцией Российской Федерации, настоящим Федеральным законом, Федеральным законом "Об исполнительном производстве" и другими федеральными законами, а также принятыми в соответствии с ними иными нормативными правовыми актами."; 3) дополнить статьей 2 1 следующего содержания: "Статья 2 1 . Использование словосочетания "судебный пристав" Использование словосочетания "судебный пристав" допускается только в наименованиях Федеральной службы судебных приставов, ее структурных подразделений и должностных лиц Федеральной службы судебных приставов, а также в наименованиях профессиональных союзов судебных приставов, их структурных подразделений и должностных лиц."; 4) в пункте 1 статьи 3 слова "двадцатилетнего возраста" заменить словами "возраста 21 год", после слов "старшего судебного пристава" дополнить словами ", заместителя старшего судебного пристава"; 5) статью 4 изложить в следующей редакции: "Статья 4. Судебные приставы 1. Судебные приставы в зависимости от исполняемых ими обязанностей подразделяются на судебных приставов по обеспечению установленного порядка деятельности судов и судебных приставов-исполнителей.</w:t>
      </w:r>
    </w:p>
    <w:p>
      <w:r>
        <w:rPr>
          <w:b/>
        </w:rPr>
        <w:t xml:space="preserve">2. </w:t>
      </w:r>
      <w:r>
        <w:t>Судебные приставы обязаны хранить государственную и иную охраняемую законом тайну, а также не разглашать ставшие им известными в связи с исполнением должностных обязанностей сведения, затрагивающие частную жизнь, честь и достоинство граждан</w:t>
      </w:r>
    </w:p>
    <w:p>
      <w:r>
        <w:rPr>
          <w:b/>
        </w:rPr>
        <w:t xml:space="preserve">3. </w:t>
      </w:r>
      <w:r>
        <w:t>Судебные приставы подлежат обязательной государственной дактилоскопической регистрации в соответствии с законодательством Российской Федерации</w:t>
      </w:r>
    </w:p>
    <w:p>
      <w:r>
        <w:rPr>
          <w:b/>
        </w:rPr>
        <w:t xml:space="preserve">4. </w:t>
      </w:r>
      <w:r>
        <w:t>Судебные приставы проходят профессиональную и специальную подготовку в соответствии со своими служебными обязанностями</w:t>
      </w:r>
    </w:p>
    <w:p>
      <w:r>
        <w:rPr>
          <w:b/>
        </w:rPr>
        <w:t xml:space="preserve">5. </w:t>
      </w:r>
      <w:r>
        <w:t>Судебные приставы и иные должностные лица Федеральной службы судебных приставов при исполнении служебных обязанностей носят форменную одежду, имеют знаки различия и эмблему, образцы и (или) описание которых, а также нормы обеспечения форменной одеждой утверждаются Правительством Российской Федерации. Порядок ношения форменной одежды утверждается руководителем Федеральной службы судебных приставов - главным судебным приставом Российской Федерации (далее - главный судебный пристав Российской Федерации)</w:t>
      </w:r>
    </w:p>
    <w:p>
      <w:r>
        <w:rPr>
          <w:b/>
        </w:rPr>
        <w:t xml:space="preserve">6. </w:t>
      </w:r>
      <w:r>
        <w:t>Судебным приставам присваиваются классные чины</w:t>
      </w:r>
    </w:p>
    <w:p>
      <w:r>
        <w:rPr>
          <w:b/>
        </w:rPr>
        <w:t xml:space="preserve">7. </w:t>
      </w:r>
      <w:r>
        <w:t>Судебным приставам выдаются служебные удостоверения единого образца, утверждаемого министром юстиции Российской Федерации, и нагрудные знаки, образцы и (или) описание которых утверждаются главным судебным приставом Российской Федерации</w:t>
      </w:r>
    </w:p>
    <w:p>
      <w:r>
        <w:rPr>
          <w:b/>
        </w:rPr>
        <w:t xml:space="preserve">8. </w:t>
      </w:r>
      <w:r>
        <w:t>Старший судебный пристав и его заместители, судебные приставы по обеспечению установленного порядка деятельности судов при исполнении служебных обязанностей после прохождения специальной подготовки имеют право на хранение и ношение огнестрельного оружия и специальных средств, условия, порядок и пределы применения которых, в том числе для старшего судебного пристава и его заместителей, устанавливаются статьями 15, 17 и 18 настоящего Федерального закона и другими федеральными законами.";</w:t>
      </w:r>
    </w:p>
    <w:p>
      <w:r>
        <w:rPr>
          <w:b/>
        </w:rPr>
        <w:t xml:space="preserve">2. </w:t>
      </w:r>
      <w:r>
        <w:t>Главный судебный пристав Российской Федерации: осуществляет руководство деятельностью Федеральной службы судебных приставов; осуществляет контроль за принудительным исполнением судебных актов, актов других органов и должностных лиц; осуществляет контроль за обеспечением установленного порядка деятельности судов и охраны зданий, помещений судов; в случае необходимости принимает решение об охране здания, помещений суда в круглосуточном режиме; осуществляет контроль за обеспечением безопасности при совершении исполнительных действий и применении мер принудительного исполнения (далее - совершение исполнительных действий), производстве предварительного расследования в форме дознания, охране зданий, помещений Федеральной службы судебных приставов; осуществляет контроль за деятельностью должностных лиц Федеральной службы судебных приставов по розыску должника, его имущества или розыску ребенка; издает приказы, указания и распоряжения по вопросам организации деятельности Федеральной службы судебных приставов; имеет право отменить или изменить не соответствующее требованиям законодательства Российской Федерации решение должностного лица Федеральной службы судебных приставов; обеспечивает межведомственную координацию деятельности органов и организаций, выполняющих требования судебных актов, актов других органов и должностных лиц, имеет право в этих целях образовывать совещательные и консультативные органы, запрашивать статистическую и другую необходимую информацию; при выполнении задач, возложенных на судебных приставов, организует взаимодействие с уполномоченными государственными органами по вопросам противодействия терроризму; организует контроль в установленной сфере деятельности; осуществляет иные полномочия, предусмотренные настоящим Федеральным законом, Федеральным законом "Об исполнительном производстве", а также принятыми в соответствии с ними иными нормативными правовыми актами.";</w:t>
      </w:r>
    </w:p>
    <w:p>
      <w:r>
        <w:rPr>
          <w:b/>
        </w:rPr>
        <w:t xml:space="preserve">2. </w:t>
      </w:r>
      <w:r>
        <w:t>Главный судебный пристав субъекта Российской Федерации: осуществляет руководство деятельностью службы судебных приставов субъекта Российской Федерации по исполнению судебных актов, актов других органов и должностных лиц; организует и контролирует работу по обеспечению установленного порядка деятельности судов, обеспечению безопасности при совершении исполнительных действий, производстве предварительного расследования в форме дознания, охране зданий, помещений судов, зданий и помещений службы судебных приставов субъекта Российской Федерации; организует и контролирует выполнение решения главного судебного пристава Российской Федерации об охране здания, помещений суда в круглосуточном режиме; организует и контролирует деятельность должностных лиц службы судебных приставов субъекта Российской Федерации по розыску должника, его имущества или розыску ребенка; издает приказы, указания и распоряжения по вопросам организации деятельности службы судебных приставов субъекта Российской Федерации; имеет право отменить или изменить не соответствующее требованиям законодательства Российской Федерации решение должностного лица службы судебных приставов субъекта Российской Федерации; обеспечивает в пределах своей компетенции межведомственную координацию деятельности органов и организаций, выполняющих требования судебных актов, актов других органов и должностных лиц, имеет право в этих целях образовывать совещательные и консультативные органы, запрашивать статистическую и другую необходимую информацию; организует в пределах своей компетенции контроль в установленной сфере деятельности; осуществляет иные полномочия, предусмотренные настоящим Федеральным законом, Федеральным законом "Об исполнительном производстве", а также принятыми в соответствии с ними иными нормативными правовыми актами.";</w:t>
      </w:r>
    </w:p>
    <w:p>
      <w:r>
        <w:rPr>
          <w:b/>
        </w:rPr>
        <w:t xml:space="preserve">2. </w:t>
      </w:r>
      <w:r>
        <w:t>Старший судебный пристав: организует работу подразделения судебных приставов; обеспечивает принятие мер по своевременному и полному исполнению судебными приставами-исполнителями судебных актов, актов других органов и должностных лиц, утверждает постановления судебных приставов-исполнителей в случаях, предусмотренных Федеральным законом "Об исполнительном производстве"; организует и контролирует деятельность находящихся в его подчинении судебных приставов по обеспечению установленного порядка деятельности судов; в случае принятия решения об охране здания, помещений суда в круглосуточном режиме организует такую охрану; взаимодействует с председателями судов по вопросам обеспечения установленного порядка деятельности судов; организует работу по обеспечению безопасности при совершении исполнительных действий, производстве предварительного расследования в форме дознания, охране здания и помещений подразделения судебных приставов; организует розыск должника, его имущества или розыск ребенка; издает указания и распоряжения по вопросам организации деятельности подразделения судебных приставов; имеет право отменить или изменить не соответствующее требованиям законодательства Российской Федерации решение должностного лица подразделения судебных приставов; является распорядителем денежных средств, находящихся на счете по учету средств, поступающих во временное распоряжение подразделения судебных приставов (депозитный счет подразделения судебных приставов); осуществляет в пределах своей компетенции контроль в установленной сфере деятельности; в случае необходимости исполняет обязанности судебного пристава-исполнителя; осуществляет иные полномочия, предусмотренные настоящим Федеральным законом, Федеральным законом "Об исполнительном производстве", а также принятыми в соответствии с ними иными нормативными правовыми актами</w:t>
      </w:r>
    </w:p>
    <w:p>
      <w:r>
        <w:rPr>
          <w:b/>
        </w:rPr>
        <w:t xml:space="preserve">3. </w:t>
      </w:r>
      <w:r>
        <w:t>Старший судебный пристав имеет право возложить на своих заместителей исполнение обязанностей судебного пристава-исполнителя</w:t>
      </w:r>
    </w:p>
    <w:p>
      <w:r>
        <w:rPr>
          <w:b/>
        </w:rPr>
        <w:t xml:space="preserve">4. </w:t>
      </w:r>
      <w:r>
        <w:t>При исполнении обязанностей судебного пристава-исполнителя на старшего судебного пристава и его заместителей распространяются обязанности и права, предусмотренные для судебных приставов-исполнителей настоящим Федеральным законом, Федеральным законом "Об исполнительном производстве", а также принятыми в соответствии с ними иными нормативными правовыми актами.";</w:t>
      </w:r>
    </w:p>
    <w:p>
      <w:r>
        <w:rPr>
          <w:b/>
        </w:rPr>
        <w:t xml:space="preserve">2. </w:t>
      </w:r>
      <w:r>
        <w:t>Судебный пристав по обеспечению установленного порядка деятельности судов имеет право: при осуществлении привода лица, уклоняющегося от явки по вызову суда (судьи), дознавателя службы судебных приставов или судебного пристава-исполнителя, входить на территории, в помещения в целях задержания и принудительного доставления лица, уклоняющегося от явки по вызову, при наличии достаточных оснований полагать, что на этой территории, в этом помещении может находиться указанное лицо; при осуществлении привода лица, уклоняющегося от явки по вызову суда (судьи), входить в жилые помещения в случае, указанном в постановлении суда (судьи); в целях обеспечения безопасности при совершении исполнительных действий входить на территории, в помещения совместно с судебным приставом-исполнителем в случаях и порядке, которые предусмотрены Федеральным законом "Об исполнительном производстве"; проверять документы, удостоверяющие личность, у лиц, находящихся в зданиях, помещениях судов, зданиях и помещениях Федеральной службы судебных приставов, а также при осуществлении привода лиц, уклоняющихся от явки по вызову суда (судьи), дознавателя службы судебных приставов или судебного пристава-исполнителя; в порядке, предусмотренном законодательством Российской Федерации, осуществлять личный досмотр лиц, находящихся в зданиях, помещениях судов, зданиях и помещениях Федеральной службы судебных приставов, а также досмотр находящихся при них вещей при наличии оснований полагать, что указанные лица имеют при себе оружие, боеприпасы, взрывчатые вещества, взрывные устройства, наркотические средства или психотропные вещества и иные представляющие угрозу для безопасности окружающих предметы, вещества и средства; не допускать в здание, помещения суда, здания и помещения Федеральной службы судебных приставов лиц, имеющих при себе оружие, боеприпасы (за исключением лиц, осуществляющих конвоирование и (или) охрану лиц, содержащихся под стражей), взрывчатые вещества, взрывные устройства, наркотические средства или психотропные вещества и иные представляющие угрозу для безопасности окружающих предметы, вещества и средства, в случае необходимости задерживать указанных лиц и передавать их в органы внутренних дел; осуществлять производство по делам об административных правонарушениях в порядке, предусмотренном законодательством Российской Федерации об административных правонарушениях; при исполнении служебных обязанностей обращаться за содействием к сотрудникам органов внутренних дел, органов миграционного учета, органов федеральной службы безопасности, органов, уполномоченных в области защиты населения и территорий от чрезвычайных ситуаций, иных органов государственной власти, органов местного самоуправления, а также к военнослужащим внутренних войск; применять физическую силу, специальные средства и огнестрельное оружие в случаях и порядке, которые предусмотрены настоящим Федеральным законом.";</w:t>
      </w:r>
    </w:p>
    <w:p>
      <w:r>
        <w:rPr>
          <w:b/>
        </w:rPr>
        <w:t xml:space="preserve">2. </w:t>
      </w:r>
      <w:r>
        <w:t>Информация в объеме, необходимом для исполнения судебным приставом служебных обязанностей в соответствии с законодательством Российской Федерации об исполнительном производстве, предоставляется по требованию судебного пристава в виде справок, документов и их копий безвозмездно и в установленный им срок</w:t>
      </w:r>
    </w:p>
    <w:p>
      <w:r>
        <w:rPr>
          <w:b/>
        </w:rPr>
        <w:t xml:space="preserve">3. </w:t>
      </w:r>
      <w:r>
        <w:t>Информация, предусмотренная пунктом 2 настоящей статьи, с согласия судебного пристава может быть представлена на электронном носителе с использованием в случае необходимости организационных и технических мер для защиты информации</w:t>
      </w:r>
    </w:p>
    <w:p>
      <w:r>
        <w:rPr>
          <w:b/>
        </w:rPr>
        <w:t xml:space="preserve">4. </w:t>
      </w:r>
      <w:r>
        <w:t>Невыполнение законных требований судебного пристава, в том числе непредоставление информации, предусмотренной пунктом 2 настоящей статьи, или предоставление недостоверной информации, а также действия, препятствующие исполнению служебных обязанностей судебным приставом, влекут ответственность, установленную законодательством Российской Федерации.";</w:t>
      </w:r>
    </w:p>
    <w:p>
      <w:r>
        <w:rPr>
          <w:b/>
        </w:rPr>
        <w:t xml:space="preserve">2. </w:t>
      </w:r>
      <w:r>
        <w:t>Пункт 4 статьи 1 настоящего Федерального закона вступает в силу по истечении трех лет после дня официального опубликования настоящего Федерального закона</w:t>
      </w:r>
    </w:p>
    <w:p>
      <w:r>
        <w:rPr>
          <w:b/>
        </w:rPr>
        <w:t xml:space="preserve">3. </w:t>
      </w:r>
      <w:r>
        <w:t>Организации, общественные объединения и должности, созданные до дня вступления в силу настоящего Федерального закона, не указанные в статье 2 1 Федерального закона от 21 июля 1997 года № 118-ФЗ "О судебных приставах" (в редакции настоящего Федерального закона) и содержащие в своем наименовании словосочетание "судебный пристав", должны быть переименованы либо ликвидированы в течение 90 дней со дня вступления в силу настоящего Федерального закона. Президент Российской Федерации Д.Медведев Москва, Кремль 19 июля 2009 года № 194-ФЗ</w:t>
      </w:r>
    </w:p>
    <w:p>
      <w:r>
        <w:rPr>
          <w:b/>
        </w:rPr>
        <w:t xml:space="preserve">8. </w:t>
      </w:r>
      <w:r>
        <w:t>в пункте 1 статьи 6 слова "федерального органа исполнительной власти по обеспечению установленного порядка деятельности судов и исполнению судебных актов и актов других органов" заменить словами "Федеральной службы судебных приставов"</w:t>
      </w:r>
    </w:p>
    <w:p>
      <w:r>
        <w:rPr>
          <w:b/>
        </w:rPr>
        <w:t xml:space="preserve">8. </w:t>
      </w:r>
      <w:r>
        <w:t>статью 8 изложить в следующей редакции: "Статья 8. Полномочия главного судебного пристава Российской Федерации 1. Главный судебный пристав Российской Федерации возглавляет Федеральную службу судебных приставов</w:t>
      </w:r>
    </w:p>
    <w:p>
      <w:r>
        <w:rPr>
          <w:b/>
        </w:rPr>
        <w:t xml:space="preserve">2. </w:t>
      </w:r>
      <w:r>
        <w:t>статью 9 изложить в следующей редакции: "Статья 9. Полномочия главного судебного пристава субъекта Российской Федерации 1. Главный судебный пристав субъекта Российской Федерации возглавляет территориальный орган Федеральной службы судебных приставов по соответствующему субъекту Российской Федерации (далее - служба судебных приставов субъекта Российской Федерации)</w:t>
      </w:r>
    </w:p>
    <w:p>
      <w:r>
        <w:rPr>
          <w:b/>
        </w:rPr>
        <w:t xml:space="preserve">2. </w:t>
      </w:r>
      <w:r>
        <w:t>статью 10 изложить в следующей редакции: "Статья 10. Полномочия старшего судебного пристава 1. Старший судебный пристав возглавляет подразделение службы судебных приставов субъекта Российской Федерации (далее - подразделение судебных приставов)</w:t>
      </w:r>
    </w:p>
    <w:p>
      <w:r>
        <w:rPr>
          <w:b/>
        </w:rPr>
        <w:t xml:space="preserve">4. </w:t>
      </w:r>
      <w:r>
        <w:t>статью 11 изложить в следующей редакции: "Статья 11. Обязанности и права судебных приставов по обеспечению установленного порядка деятельности судов 1. Судебный пристав по обеспечению установленного порядка деятельности судов обязан: обеспечивать в суде, а при выполнении отдельных процессуальных действий вне здания, помещений суда безопасность судей, присяжных заседателей и иных участников судебного процесса; обеспечивать по поручению судьи безопасность доставки уголовного дела и вещественных доказательств к месту проведения судебного заседания; поддерживать общественный порядок в здании, помещениях суда; выполнять распоряжения председателя суда, председательствующего в судебном заседании судьи по обеспечению общественного порядка в здании, помещениях суда; осуществлять охрану здания, помещений суда; в случае принятия решения об охране здания, помещений суда в круглосуточном режиме осуществлять такую охрану; на основании постановления суда (судьи) или дознавателя службы судебных приставов осуществлять привод лиц, уклоняющихся от явки по вызову суда (судьи) или дознавателя службы судебных приставов; на основании постановления судебного пристава-исполнителя, утвержденного старшим судебным приставом, осуществлять привод лиц, уклоняющихся от явки по вызову судебного пристава-исполнителя; по поручению старшего судебного пристава обеспечивать безопасность судебных приставов-исполнителей, иных должностных лиц Федеральной службы судебных приставов при исполнении служебных обязанностей; при исполнении служебных обязанностей предупреждать и пресекать преступления и правонарушения, а в случае необходимости передавать правонарушителей в органы внутренних дел; взаимодействовать с сотрудниками органов внутренних дел, военнослужащими воинских частей (подразделений) и иными лицами, осуществляющими конвоирование и (или) охрану лиц, содержащихся под стражей, по вопросам охраны и безопасности конвоируемых лиц; проходить специальную подготовку, военно-врачебную экспертизу, а также периодическую проверку (не реже одного раза в год) на пригодность к действиям в условиях, связанных с применением физической силы, специальных средств и огнестрельного оружия</w:t>
      </w:r>
    </w:p>
    <w:p>
      <w:r>
        <w:rPr>
          <w:b/>
        </w:rPr>
        <w:t xml:space="preserve">2. </w:t>
      </w:r>
      <w:r>
        <w:t>в пункте 2 статьи 12:</w:t>
      </w:r>
    </w:p>
    <w:p>
      <w:r>
        <w:rPr>
          <w:b/>
        </w:rPr>
        <w:t xml:space="preserve">2. </w:t>
      </w:r>
      <w:r>
        <w:t>статью 14 изложить в следующей редакции: "Статья 14. Обязательность требований судебного пристава 1. Законные требования судебного пристава подлежат выполнению всеми органами, организациями, должностными лицами и гражданами на территории Российской Федерации</w:t>
      </w:r>
    </w:p>
    <w:p>
      <w:r>
        <w:rPr>
          <w:b/>
        </w:rPr>
        <w:t xml:space="preserve">2. </w:t>
      </w:r>
      <w:r>
        <w:t>абзац девятый изложить в следующей редакции: "в случае неясности положений исполнительного документа, способа и порядка его исполнения обратиться в суд, другой орган или к должностному лицу, выдавшим исполнительный документ, с заявлением о разъяснении способа и порядка его исполнения;"</w:t>
      </w:r>
    </w:p>
    <w:p>
      <w:r>
        <w:rPr>
          <w:b/>
        </w:rPr>
        <w:t xml:space="preserve">2. </w:t>
      </w:r>
      <w:r>
        <w:t>дополнить новыми абзацами двенадцатым и тринадцатым следующего содержания: "при совершении исполнительных действий проверять документы, удостоверяющие личность, у лиц, участвующих в исполнительном производстве; при исполнении служебных обязанностей обращаться за содействием к сотрудникам органов внутренних дел, органов миграционного учета, органов федеральной службы безопасности, органов, уполномоченных в области защиты населения и территорий от чрезвычайных ситуаций, иных органов государственной власти, органов местного самоуправления, а также к военнослужащим внутренних войск;"</w:t>
      </w:r>
    </w:p>
    <w:p>
      <w:r>
        <w:rPr>
          <w:b/>
        </w:rPr>
        <w:t xml:space="preserve">2. </w:t>
      </w:r>
      <w:r>
        <w:t>абзац двенадцатый считать абзацем четырнадцатым и изложить его в следующей редакции: "совершать иные действия, предусмотренные Федеральным законом "Об исполнительном производстве"."</w:t>
      </w:r>
    </w:p>
    <w:p>
      <w:r>
        <w:rPr>
          <w:b/>
        </w:rPr>
        <w:t xml:space="preserve">4. </w:t>
      </w:r>
      <w:r>
        <w:t>в пункте 1 статьи 17:</w:t>
      </w:r>
    </w:p>
    <w:p>
      <w:r>
        <w:rPr>
          <w:b/>
        </w:rPr>
        <w:t xml:space="preserve">4. </w:t>
      </w:r>
      <w:r>
        <w:t>в пункте 1 статьи 19 слова "Действия судебного пристава" заменить словами "Постановления, действия (бездействие) судебного пристава". Статья 2 1. Настоящий Федеральный закон вступает в силу со дня его официального опубликования, за исключением пункта 4 статьи 1 настоящего Федерального закона</w:t>
      </w:r>
    </w:p>
    <w:p>
      <w:r>
        <w:rPr>
          <w:b/>
        </w:rPr>
        <w:t xml:space="preserve">4. </w:t>
      </w:r>
      <w:r>
        <w:t>в абзаце пятом слова "в милицию" заменить словами "в органы внутренних дел"</w:t>
      </w:r>
    </w:p>
    <w:p>
      <w:r>
        <w:rPr>
          <w:b/>
        </w:rPr>
        <w:t xml:space="preserve">4. </w:t>
      </w:r>
      <w:r>
        <w:t>абзац шестой изложить в следующей редакции: "исполнения принудительного привода в суд, к дознавателю службы судебных приставов или судебному приставу-исполнителю лиц, уклоняющихся от выполнения законных требований по явке в суд, к дознавателю службы судебных приставов или судебному приставу-исполнителю."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