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Договора об учреждении Антикризисного фонда Евразийского экономического сообщества и Соглашения об управлении средствами Антикризисного фонда Евразийского экономического сообщества</w:t>
      </w:r>
    </w:p>
    <w:p>
      <w:r>
        <w:rPr>
          <w:b/>
        </w:rPr>
        <w:t>Статья None. Федеральный закон   от 24.07.2009 № 208-ФЗ</w:t>
      </w:r>
    </w:p>
    <w:p>
      <w:r>
        <w:t>О ратификации Договора об учреждении Антикризисного фонда Евразийского экономического сообщества и Соглашения об управлении средствами Антикризисного фонда Евразийского экономического сообщества РОССИЙСКАЯ ФЕДЕРАЦИЯ ФЕДЕРАЛЬНЫЙ ЗАКОН О ратификации Договора об учреждении Антикризисного фонда Евразийского экономического сообщества и Соглашения об управлении средствами Антикризисного фонда Евразийского экономического сообщества Принят Государственной Думой 15 июля 2009 года Одобрен Советом Федерации 18 июля 2009 года Ратифицировать Договор об учреждении Антикризисного фонда Евразийского экономического сообщества и Соглашение об управлении средствами Антикризисного фонда Евразийского экономического сообщества, подписанные в городе Москве 9 июня 2009 года. Президент Российской Федерации Д.Медведев Москва, Кремль 24 июля 2009 года № 208-ФЗ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