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содержании под стражей подозреваемых и обвиняемых в совершении преступлений"</w:t>
      </w:r>
    </w:p>
    <w:p>
      <w:r>
        <w:rPr>
          <w:b/>
        </w:rPr>
        <w:t>Статья None. Федеральный закон   от 27.09.2009 № 224-ФЗ</w:t>
      </w:r>
    </w:p>
    <w:p>
      <w:r>
        <w:t>О внесении изменений в Федеральный закон "О содержании под стражей подозреваемых и обвиняемых в совершении преступлений" РОССИЙСКАЯ ФЕДЕРАЦИЯ ФЕДЕРАЛЬНЫЙ ЗАКОН О внесении изменений в Федеральный закон "О содержании под стражей подозреваемых и обвиняемых в совершении преступлений" Принят Государственной Думой 11 сентября 2009 года Одобрен Советом Федерации 21 сентября 2009 года 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27, ст. 2700; № 50, ст. 4847; 2004, № 27, ст. 2711; № 35, ст. 3607; 2005, № 10, ст. 763; 2006, № 17, ст. 1779; 2007, № 7, ст. 830; № 45, ст. 5418) следующие изменения</w:t>
      </w:r>
    </w:p>
    <w:p>
      <w:r>
        <w:t>в части второй статьи 8 слова "министром юстиции Российской Федерации" заменить словами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t>в статье 9: а) в части третьей слова "Министерства внутренних дел Российской Федерации" заменить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слова "Министерством внутренних дел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б) в части пятой слова "Федеральной службы безопасности Российской Федерации" заменить словами "федерального органа исполнительной власти в области обеспечения безопасности", слова "Директором Федеральной службы безопасности Российской Федерации" заменить словами "руководителем федерального органа исполнительной власти в области обеспечения безопасности"</w:t>
      </w:r>
    </w:p>
    <w:p>
      <w:r>
        <w:t>в части второй статьи 10 слова "министром юстиции Российской Федерации" заменить словами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t>в части первой статьи 16 слова "Министерством юстиции Российской Федерации, Министерством внутренних дел Российской Федерации, Федеральной службой безопасности Российской Федерации, Министерством обороны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в области обеспечения безопасности,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t>в части второй статьи 24 слова "Министерством здравоохранения и социального развития Российской Федерации, Министерством юстиции Российской Федерации, Федеральной службой безопасности Российской Федерации и Министерством внутренних дел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абзаце седьмом пункта 2 части второй статьи 33 слова "Министерства внутренних дел Российской Федерации" заменить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
        <w:t>в статье 48: а) в части первой слова "Федеральной службы исполнения наказаний, министра внутренних дел Российской Федерации, Директора Федеральной службы безопасности Российской Федерации, министра обороны Российской Федерации" заменить словами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руководителя федерального органа исполнительной власти в области обеспечения безопасности, руководителя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б) в части третьей слова "Федеральной службы исполнения наказаний, министра внутренних дел Российской Федерации, Директора Федеральной службы безопасности Российской Федерации, министра обороны Российской Федерации" заменить словами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руководителя федерального органа исполнительной власти в области обеспечения безопасности, руководителя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Президент Российской Федерации Д.Медведев Москва, Кремль 27 сентября 2009 года № 224-ФЗ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