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государствами - членами Шанхайской организации сотрудничества о проведении совместных военных учений</w:t>
      </w:r>
    </w:p>
    <w:p>
      <w:r>
        <w:rPr>
          <w:b/>
        </w:rPr>
        <w:t>Статья None. Федеральный закон   от 13.10.2009 № 236-ФЗ</w:t>
      </w:r>
    </w:p>
    <w:p>
      <w:r>
        <w:t>О ратификации Соглашения между государствами - членами Шанхайской организации сотрудничества о проведении совместных военных учений РОССИЙСКАЯ ФЕДЕРАЦИЯ ФЕДЕРАЛЬНЫЙ ЗАКОН О ратификации Соглашения между государствами - членами Шанхайской организации сотрудничества о проведении совместных военных учений Принят Государственной Думой 25 сентября 2009 года Одобрен Советом Федерации 7 октября 2009 года Ратифицировать Соглашение между государствами - членами Шанхайской организации сотрудничества о проведении совместных военных учений, подписанное в городе Бишкеке 27 июня 2007 года. Президент Российской Федерации Д.Медведев Москва, Кремль 13 октября 2009 года № 236-ФЗ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