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2009 год и на плановый период 2010 и 2011 годов"</w:t>
      </w:r>
    </w:p>
    <w:p>
      <w:r>
        <w:rPr>
          <w:b/>
        </w:rPr>
        <w:t>Статья 1</w:t>
      </w:r>
    </w:p>
    <w:p>
      <w:r>
        <w:t>Внести в Федеральный закон от 24 ноября 2008 года № 204-ФЗ "О федеральном бюджете на 2009 год и на плановый период 2010 и 2011 годов" (Собрание законодательства Российской Федерации, 2008, № 48, ст. 5499; 2009, № 1, ст. 32; № 9, ст. 1041; № 18, ст. 2156; № 26, ст. 3129; № 29, ст. 3583) следующие изменения</w:t>
      </w:r>
    </w:p>
    <w:p>
      <w:r>
        <w:t>в части 1 статьи 1: а) в пункте 2 слова "в сумме 9 692 219 365,6 тыс. рублей" заменить словами "в сумме 9 845 217 590,3 тыс. рублей"; б) в пункте 5 слова "в сумме 2 338 302 332,1 тыс. рублей" заменить словами "в сумме 2 515 302 332,1 тыс. рублей"; в) в пункте 6 слова "в сумме 41,4 млрд. долларов США, или 29,8 млрд. евро" заменить словами "в сумме 42,8 млрд. долларов США, или 31,2 млрд. евро"; г) в пункте 7 слова "в сумме 2 978 398 332,6 тыс. рублей" заменить словами "в сумме 3 131 396 557,3 тыс. рублей"</w:t>
      </w:r>
    </w:p>
    <w:p>
      <w:r>
        <w:t>в части 1 статьи 7 слова "в сумме 238 983 303,7 тыс. рублей" заменить словами "в сумме 248 626 603,6 тыс. рублей"</w:t>
      </w:r>
    </w:p>
    <w:p>
      <w:r>
        <w:t>в статье 12: а) в части 1: пункт 5 изложить в следующей редакции: "5) открытого акционерного общества "Объединенная авиастроительная корпорация" (город Москва) в 2009 году в сумме 9 040 000,0 тыс. рублей в целях реализации проектов строительства гражданских воздушных судов отечественного производства и в сумме 6 484 542,0 тыс. рублей в целях выполнения российской части обязательств по проекту создания российско-индийского многоцелевого транспортного самолета;"; в пункте 13: в абзаце тринадцатом слова "в сумме 10 489 700,0 тыс. рублей" заменить словами "в сумме 10 989 700,0 тыс. рублей"; в абзаце двадцать первом слова "в сумме 5 297 600,0 тыс. рублей" заменить словами "в сумме 6 097 600,0 тыс. рублей"; дополнить абзацами следующего содержания: "открытого акционерного общества "Камчатский газоэнергетический комплекс" (город Петропавловск-Камчатский, Камчатский край) в 2009 году в сумме 600 000,0 тыс. рублей; открытого акционерного общества "Красноярский машиностроительный завод" (город Красноярск) в 2009 году в сумме 64 806,0 тыс. рублей;"; дополнить пунктом 14 следующего содержания: "14) открытого акционерного общества "Российский сельскохозяйственный банк" в 2009 году в сумме 825 472,6 тыс. рублей в целях кредитования сельскохозяйственных организаций, крестьянских (фермерских) хозяйств, граждан, ведущих личное подсобное хозяйство, сельскохозяйственных потребительских кооперативов, проведения закупочных интервенций и формирования системы земельно-ипотечного кредитования."; б) дополнить частью 6 следующего содержания: "6. Правительство Российской Федерации в 2009 году обеспечивает осуществление обмена облигаций федерального займа в объеме до 150 000 000,0 тыс. рублей в порядке и на условиях, установленных Федеральным законом от 18 июля 2009 года № 181-ФЗ "Об использовании государственных ценных бумаг Российской Федерации для повышения капитализации банков", на привилегированные акции банковских кредитных организаций с возникновением права собственности Российской Федерации на соответствующую долю в уставном капитале банковских кредитных организаций."</w:t>
      </w:r>
    </w:p>
    <w:p>
      <w:r>
        <w:t>статью 13 дополнить частью 7 следующего содержания: "7. Установить, что безвозмездные поступления, поступившие в федеральный бюджет на софинансирование строительства Республиканской больницы с консультативной поликлиникой (город Грозный) в сумме до 410 390,0 тыс. рублей, используются для финансового обеспечения предоставления субсидии бюджету Чеченской Республики на указанные цели сверх предусмотренного настоящим Федеральным законом общего объема расходов федерального бюджета и межбюджетных трансфертов бюджету Чеченской Республики."</w:t>
      </w:r>
    </w:p>
    <w:p>
      <w:r>
        <w:t>в части 4 статьи 14 после слов "за счет средств целевых иностранных кредитов (заимствований)" дополнить словами ", а также за счет средств, поступивших от возврата основного долга и уплаты процентов по ранее выданным бюджетным кредитам за счет средств целевых иностранных кредитов (заимствований), в случаях, предусмотренных международными соглашениями о предоставлении указанных кредитов (заимствований)", слова "в сумме до 1 049 490,0 тыс. рублей" заменить словами "в сумме до 1 016 672,8 тыс. рублей"</w:t>
      </w:r>
    </w:p>
    <w:p>
      <w:r>
        <w:t>в статье 16: а) дополнить частью 11 следующего содержания: "11. Правительство Российской Федерации в целях проведения обмена облигаций федерального займа на привилегированные акции банковских кредитных организаций обеспечивает без внесения изменений в Программу государственных внутренних заимствований Российской Федерации на 2009 год эмиссию облигаций федерального займа с постоянным купонным доходом в объеме до 150 000 000,0 тыс. рублей по номинальной стоимости со сроком погашения в 2019 году и выплатой купонного дохода один раз в год и их размещение путем заключения договора мены на привилегированные акции банковских кредитных организаций в порядке и на условиях, установленных Федеральным законом от 18 июля 2009 года № 181-ФЗ "Об использовании государственных ценных бумаг Российской Федерации для повышения капитализации банков"."; б) в части 3 слова "в сумме 478 040 885,0 тыс. рублей" заменить словами "в сумме 543 040 885,0 тыс. рублей"</w:t>
      </w:r>
    </w:p>
    <w:p>
      <w:r>
        <w:t>в части 5 статьи 17 слова "в сумме 4,4 млрд. долларов США, или 3,2 млрд. евро" заменить словами "в сумме 5,6 млрд. долларов США, или 4,1 млрд. евро"</w:t>
      </w:r>
    </w:p>
    <w:p>
      <w:r>
        <w:t>статью 20 дополнить частью 5 следующего содержания: "5. Считать денежные обязательства открытого акционерного общества "Российская самолетостроительная корпорация "МиГ" по заключенным с Министерством финансов Российской Федерации соглашениям от 29 марта 1996 года и от 17 февраля 1997 года прекращенными в полном объеме. Министерству финансов Российской Федерации и Внешэкономбанку снять с учета задолженность открытого акционерного общества "Российская самолетостроительная корпорация "МиГ" по указанным обязательствам."</w:t>
      </w:r>
    </w:p>
    <w:p>
      <w:r>
        <w:t>в пункте 2 части 5 статьи 22 слова "(имеющими место нахождения)" исключить, после слов "инвестиционных проектов на территории Чеченской Республики," дополнить словами "по займам, привлекаемым отобранными в порядке, установленном Правительством Российской Федерации, юридическими лицами на осуществление инвестиционных проектов,"</w:t>
      </w:r>
    </w:p>
    <w:p>
      <w:r>
        <w:t>статью 23 дополнить частью 5 следующего содержания: "5. Установить, что территориальный орган Федерального казначейства вправе открывать в учреждении Центрального банка Российской Федерации или кредитной организации счет для учета операций со средствами Государственной компании "Российские автомобильные дороги" и осуществлять в установленном Федеральным казначейством порядке операции со средствами Государственной компании "Российские автомобильные дороги" от ее имени и по ее поручению в пределах остатка средств на лицевом счете, открытом ей территориальным органом Федерального казначейства, с учетом особенностей, установленных Министерством финансов Российской Федерации."</w:t>
      </w:r>
    </w:p>
    <w:p>
      <w:r>
        <w:t>в статье 25: а) в части 1: в пункте 11 слова "в объеме до 684 022,0 тыс. рублей" заменить словами "в объеме до 1 149 316,0 тыс. рублей"; дополнить пунктом 18 следующего содержания: "18)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уничтожение запрещенных к обращению и изъятых в установленном порядке товаров;"; дополнить пунктом 19 следующего содержания: "19)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решений Правительства Российской Федерации по обеспечению отдельных мероприятий в целях осуществления взносов в уставные капиталы предприятий оборонно-промышленного комплекса;"; дополнить пунктом 20 следующего содержания: "20)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решений Правительства Российской Федерации о направлении бюджетных ассигнований в уставный капитал открытого акционерного общества "Объединенная авиастроительная корпорация" в размере до 12 998 700,0 тыс. рублей для реализации открытым акционерным обществом "Объединенная авиастроительная корпорация" проектов строительства гражданских воздушных судов и самолетов специального назначения отечественного производства;"; дополнить пунктом 21 следующего содержания: "21) бюджетных ассигнований, предусмотренных по подразделу "Иные межбюджетные трансферты" раздела "Межбюджетные трансферты" классификации расходов бюджетов, на покрытие дефицита бюджета Фонда социального страхования Российской Федерации в случае возникновения в процессе исполнения бюджета Фонда социального страхования Российской Федерации дефицита бюджета Фонда социального страхования Российской Федерации, связанного с выплатой пособий по временной нетрудоспособности, по беременности и родам гражданам, подлежащим обязательному социальному страхованию."; б) в части 2: пункт 5 изложить в следующей редакции: "5) принятие Правительством Российской Федерации решений о перераспределении бюджетных ассигнований для предоставления субсидии в виде имущественного взноса Российской Федерации в Государственную корпорацию по атомной энергии "Росатом", в том числе в целях реализации программы деятельности Государственной корпорации по атомной энергии "Росатом" на долгосрочный период (2009 - 2015 годы);"; дополнить пунктом 26 следующего содержания: "26) принятие Правительством Российской Федерации решений о перераспределении бюджетных ассигнований, предусмотренных на реализацию федеральной целевой программы "Модернизация транспортной системы России (2002 - 2010 годы)", в целях предоставления субсидий Государственной компании "Российские автомобильные дороги";"; дополнить пунктом 27 следующего содержания: "27) увеличение дотаций бюджетам субъектов Российской Федерации на поддержку мер по обеспечению сбалансированности бюджетов субъектов Российской Федерации в случае и в пределах поступления в федеральный бюджет иных межбюджетных трансфертов из бюджета Красноярского края в размере до 7 500 000,0 тыс. рублей;"; дополнить пунктом 28 следующего содержания: "28) предоставление субсидий бюджету Чеченской Республики в соответствии с частью 7 статьи 13 настоящего Федерального закона."; в) часть 6 после слов "в негосударственные пенсионные фонды," дополнить словами "расходов, связанных с обеспечением ведения специальной части индивидуальных лицевых счетов застрахованных лиц,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w:t>
      </w:r>
    </w:p>
    <w:p>
      <w:r>
        <w:t>в приложении 4: а) строку Московский государственный университет имени М.В.Ломоносова изложить в следующей редакции: Федеральное государственное образовательное учреждение высшего профессионального образования "Московский государственный университет имени М.В.Ломоносова б) строку изложить в следующей редакции: Федеральное государственное учреждение "Государственный академический Большой театр России 13) приложение 6 изложить в следующей редакции: "Приложение 6к Федеральному закону "О федеральном бюджете на 2009 год и на плановый период 2010 и 2011 годов" (в редакции Федерального закона "О внесении изменений в Федеральный закон "О федеральном бюджете на 2009 год и на плановый период 2010 и 2011 годов") Ведомственная структура расходов федерального бюджета на 2009 год (тыс. рублей) Наименование Мин Рз ПР ЦСР ВР Сумма изменения с учетом изменений В С Е Г О +150 132 082,6 8 859 913 826,9 МИНИСТЕРСТВО ПРОМЫШЛЕННОСТИ И ТОРГОВЛИ РОССИЙСКОЙ ФЕДЕРАЦИИ 020 +4 224 071,6 11 061 238,4 Общегосударственные вопросы 020 01 -70 587,1 Международные отношения и международное сотрудничество 020 01 08 83 467,4 Международное сотрудничество 020 01 08 0300000 83 467,4 Международные культурные, научные и информационные связи 020 01 08 0300400 78 000,0 Выполнение функций государственными органами 020 01 08 0300400 012 78 000,0 Взносы в международные организации 020 01 08 0309800 5 467,4 Выполнение международных обязательств 020 01 08 0309800 011 5 467,4 Прикладные научные исследования в области общегосударственных вопросов 020 01 13 -154 054,5 Федеральные целевые программы 020 01 13 1000000 -154 054,5 Федеральная целевая программа "Исследования и разработки по приоритетным направлениям развития научно-технологического комплекса России на 2007-2012 годы" 020 01 13 1004000 -4 054,5 Бюджетные инвестиции 020 01 13 1004000 003 -4 054,5 Федеральная целевая программа "Развитие инфраструктуры наноиндустрии в Российской Федерации на 2008-2010 годы" 020 01 13 1006600 -150 000,0 Бюджетные инвестиции 020 01 13 1006600 003 -150 000,0 Национальная оборона 020 02 +1 700 000,0 -5 792 582,8 Прикладные научные исследования в области национальной обороны 020 02 08 -1 153 696,7 Реализация межгосударственных договоров в рамках Содружества Независимых Государств 020 02 08 0310000 5,1 Обеспечение сотрудничества в рамках Содружества Независимых Государств 020 02 08 0310200 5,1 Выполнение международных обязательств 020 02 08 0310200 011 5,1 Прикладные научные исследования и разработки 020 02 08 0810000 0,7 Исследования в части вопросов утилизации и ликвидации вооружения и военной техники, уничтожения запасов химического оружия 020 02 08 0810300 0,7 Выполнение функций государственными органами 020 02 08 0810300 012 0,7 Федеральные целевые программы 020 02 08 1000000 -215 602,5 Президентская программа "Уничтожение запасов химического оружия в Российской Федерации" 020 02 08 1003200 -187 460,7 Научно-исследовательские и опытно-конструкторские работы 020 02 08 1003200 015 -187 460,7 Федеральная целевая программа "Промышленная утилизация вооружения и военной техники (2005-2010 годы)" 020 02 08 1005400 -28 141,8 Расходы общепрограммного характера по федеральной целевой программе "Промышленная утилизация вооружения и военной техники (2005-2010 годы)" 020 02 08 1005403 -28 141,8 Научно-исследовательские и опытно-конструкторские работы 020 02 08 1005403 015 -28 141,8 Разработка, закупка и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 020 02 08 7050000 -938 100,0 Исследования в области разработки вооружения, военной и специальной техники и иного производственно-технического оборудования в рамках государственного оборонного заказа вне государственной программы вооружения 020 02 08 7050300 -938 100,0 Выполнение функций государственными органами 020 02 08 7050300 012 -938 100,0 Другие вопросы в области национальной обороны 020 02 09 +1 700 000,0 -4 638 886,1 Федеральные целевые программы 020 02 09 1000000 -4 701 886,1 Президентская программа "Уничтожение запасов химического оружия в Российской Федерации" 020 02 09 1003200 -3 980 875,3 Бюджетные инвестиции 020 02 09 1003200 003 6 907 726,4 Ликвидация и вывод из эксплуатации ядерно и радиационно опасных объектов, наземных стратегических ракетных комплексов и объектов хранения, производства и уничтожения оружия 020 02 09 1003200 043 -249 567,2 Уничтожение запасов химического оружия 020 02 09 1003200 044 -10 316 625,8 Инспекционная деятельность 020 02 09 1003200 047 -322 408,7 Федеральная целевая программа "Промышленная утилизация вооружения и военной техники (2005-2010 годы)" 020 02 09 1005400 -721 010,8 Расходы общепрограммного характера по федеральной целевой программе "Промышленная утилизация вооружения и военной техники (2005-2010 годы)" 020 02 09 1005403 -721 010,8 Бюджетные инвестиции 020 02 09 1005403 003 -91 778,5 Утилизация и ликвидация вооружения и военной техники 020 02 09 1005403 063 -683 991,0 Взнос в уставный капитал открытого акционерного общества "Головной центр сервисного обслуживания и ремонта концерна ПВО "Алмаз-Антей" "Гранит", г. Москва 020 02 09 1005403 432 54 758,7 Реализация государственных функций, связанных с обеспечением национальной обороны 020 02 09 2140000 +1 700 000,0 63 000,0 Субсидии казенным предприятиям оборонно-промышленного комплекса 020 02 09 2140700 +1 700 000,0 1 700 000,0 Субсидии юридическим лицам 020 02 09 2140700 006 +1 700 000,0 1 700 000,0 Субсидии стратегическим организациям оборонно-промышленного комплекса с целью предупреждения банкротства 020 02 09 2143000 -1 637 000,0 Субсидии юридическим лицам 020 02 09 2143000 006 -1 637 000,0 Национальная безопасность и правоохранительная деятельность 020 03 +35 742,4 58 817,3 Органы внутренних дел 020 03 02 +5 694,7 28 769,6 Федеральные целевые программы 020 03 02 1000000 +5 694,7 28 769,6 Президентская программа "Уничтожение запасов химического оружия в Российской Федерации" 020 03 02 1003200 +5 694,7 28 769,6 Бюджетные инвестиции 020 03 02 1003200 003 +5 694,7 28 769,6 Обеспечение пожарной безопасности 020 03 10 +30 047,7 30 047,7 Федеральные целевые программы 020 03 10 1000000 +30 047,7 30 047,7 Президентская программа "Уничтожение запасов химического оружия в Российской Федерации" 020 03 10 1003200 +30 047,7 30 047,7 Бюджетные инвестиции 020 03 10 1003200 003 +30 047,7 30 047,7 Национальная экономика 020 04 +2 509 487,4 14 363 533,1 Общеэкономические вопросы 020 04 01 -105 505,9 185 792,6 Руководство и управление в сфере установленных функций 020 04 01 0010000 -28 811,9 302 652,6 Центральный аппарат 020 04 01 0010400 -25 390,1 300 594,6 Выполнение функций государственными органами 020 04 01 0010400 012 -25 390,1 300 594,6 Территориальные органы 020 04 01 0011500 -3 421,8 2 058,0 Выполнение функций государственными органами 020 04 01 0011500 012 -3 421,8 2 058,0 Реализация государственных функций в области национальной экономики 020 04 01 3400000 -76 694,0 -116 860,0 Техническое регулирование и обеспечение единства измерений 020 04 01 3400100 -76 694,0 -116 860,0 Техническое регулирование 020 04 01 3400101 -76 694,0 -116 860,0 Выполнение функций государственными органами 020 04 01 3400101 012 -76 694,0 -116 860,0 Топливно-энергетический комплекс 020 04 02 +23 562,4 -158 307,6 Федеральные целевые программы 020 04 02 1000000 +23 562,4 -158 307,6 Президентская программа "Уничтожение запасов химического оружия в Российской Федерации" 020 04 02 1003200 +23 562,4 -158 307,6 Бюджетные инвестиции 020 04 02 1003200 003 +23 562,4 -158 307,6 Водное хозяйство 020 04 06 12 379,6 Водоохранные и водохозяйственные учреждения 020 04 06 2810000 12 379,6 Уплата налога на имущество организаций и земельного налога 020 04 06 2819500 14 940,4 Выполнение функций бюджетными учреждениями 020 04 06 2819500 001 14 940,4 Обеспечение деятельности подведомственных учреждений 020 04 06 2819900 -2 560,8 Выполнение функций бюджетными учреждениями 020 04 06 2819900 001 -2 560,8 Транспорт 020 04 08 +25 800,9 -68 495,5 Федеральные целевые программы 020 04 08 1000000 +25 800,9 -68 495,5 Президентская программа "Уничтожение запасов химического оружия в Российской Федерации" 020 04 08 1003200 +25 800,9 -68 495,5 Бюджетные инвестиции 020 04 08 1003200 003 +25 800,9 -68 495,5 Прикладные научные исследования в области национальной экономики 020 04 11 6 562 241,8 Прикладные научные исследования и разработки 020 04 11 0810000 2 466 320,8 Научное сопровождение инновационных проектов государственного значения 020 04 11 0810200 2 136 646,7 Выполнение функций государственными органами 020 04 11 0810200 012 2 136 646,7 Выполнение научно-исследовательских и опытно-конструкторских работ по государственным контрактам 020 04 11 0816900 246 678,6 Выполнение функций государственными органами 020 04 11 0816900 012 246 678,6 Обеспечение деятельности подведомственных учреждений 020 04 11 0819900 82 995,5 Выполнение функций бюджетными учреждениями 020 04 11 0819900 001 82 995,5 Федеральные целевые программы 020 04 11 1000000 4 095 921,0 Федеральная целевая программа "Мировой океан" 020 04 11 1000500 7 650,0 Подпрограмма "Освоение и использование Арктики" 020 04 11 1000507 7 650,0 Научно-исследовательские и опытно-конструкторские работы 020 04 11 1000507 015 7 650,0 Федеральная целевая программа "Глобальная навигационная система" 020 04 11 1003600 164 700,0 Подпрограмма "Обеспечение функционирования и развития системы ГЛОНАСС" 020 04 11 1003601 127 000,0 Научно-исследовательские и опытно-конструкторские работы 020 04 11 1003601 015 127 000,0 Подпрограмма "Разработка и подготовка производства навигационного оборудования и аппаратуры для гражданских потребителей" 020 04 11 1003602 37 700,0 Научно-исследовательские и опытно-конструкторские работы 020 04 11 1003602 015 37 700,0 Федеральная целевая программа "Национальная технологическая база" на 2007-2011 годы 020 04 11 1003700 -528 900,0 Расходы общепрограммного характера по федеральной целевой программе "Национальная технологическая база" на 2007-2011 годы 020 04 11 1003702 -528 900,0 Научно-исследовательские и опытно-конструкторские работы 020 04 11 1003702 015 -528 900,0 Федеральная целевая программа "Развитие гражданской авиационной техники России на 2002-2010 годы и на период до 2015 года" 020 04 11 1003800 1 400 000,0 Научно-исследовательские и опытно-конструкторские работы 020 04 11 1003800 015 1 400 000,0 Федеральная целевая программа "Развитие электронной компонентной базы и радиоэлектроники на 2008-2015 годы" 020 04 11 1006800 -425 500,0 Научно-исследовательские и опытно-конструкторские работы 020 04 11 1006800 015 -425 500,0 Федеральная целевая программа "Обеспечение ядерной и радиационной безопасности на 2008 год и на период до 2015 года" 020 04 11 1007100 -4 020,0 Научно-исследовательские и опытно-конструкторские работы 020 04 11 1007100 015 -4 020,0 Федеральная целевая программа "Развитие гражданской морской техники" на 2009-2016 годы 020 04 11 1007400 3 147 550,0 Научно-исследовательские и опытно-конструкторские работы 020 04 11 1007400 015 3 147 550,0 Федеральная целевая программа "Национальная система химической и биологической безопасности Российской Федерации (2009-2013 годы)" 020 04 11 1007500 334 441,0 Научно-исследовательские и опытно-конструкторские работы 020 04 11 1007500 015 334 441,0 Другие вопросы в области национальной экономики 020 04 12 +2 565 630,0 7 829 922,2 Реализация государственных функций, связанных с общегосударственным управлением 020 04 12 0920000 49 470,4 Субсидии на возмещение расходов по содержанию специальных объектов 020 04 12 0920700 48 353,2 Субсидии юридическим лицам 020 04 12 0920700 006 48 353,2 Уплата налога на имущество организаций и земельного налога 020 04 12 0929500 19,2 Выполнение функций бюджетными учреждениями 020 04 12 0929500 001 19,2 Обеспечение деятельности подведомственных учреждений 020 04 12 0929900 1 098,0 Выполнение функций бюджетными учреждениями 020 04 12 0929900 001 1 098,0 Учреждения по обеспечению хозяйственного обслуживания 020 04 12 0930000 599,0 Обеспечение деятельности подведомственных учреждений 020 04 12 0939900 599,0 Выполнение функций бюджетными учреждениями 020 04 12 0939900 001 599,0 Субсидии государственным корпорациям (государственным компаниям) 020 04 12 0990000 2 967 483,7 Субсидии Государственной корпорации по содействию разработке, производству и экспорту высокотехнологичной промышленной продукции "Ростехнологии" 020 04 12 0990400 2 967 483,7 Имущественный взнос в Государственную корпорацию по содействию разработке, производству и экспорту высокотехнологичной промышленной продукции "Ростехнологии" для урегулирования обязательств по процентам по кредитам и кредитным линиям, привлеченным для обеспечения возможности консолидации акций открытого акционерного общества "Корпорация ВСМПО-АВИСМА" 020 04 12 0990401 2 967 483,7 Субсидии некоммерческим организациям 020 04 12 0990401 019 2 967 483,7 Федеральные целевые программы 020 04 12 1000000 -63 947,5 835 722,2 Президентская программа "Уничтожение запасов химического оружия в Российской Федерации" 020 04 12 1003200 -63 947,5 -1 818 202,8 Мероприятия, связанные с реализацией задач по утилизации и ликвидации вооружения, военной техники, иного производственно-технического оборудования и имущества, уничтожению запасов химического оружия 020 04 12 1003200 046 -63 947,5 -1 818 202,8 Федеральная целевая программа "Глобальная навигационная система" 020 04 12 1003600 335 000,0 Подпрограмма "Обеспечение функционирования и развития системы ГЛОНАСС" 020 04 12 1003601 335 000,0 Бюджетные инвестиции 020 04 12 1003601 003 235 000,0 Взнос в уставный капитал открытого акционерного общества "Российский институт радионавигации и времени", г. Санкт-Петербург 020 04 12 1003601 200 60 000,0 Взнос в уставный капитал открытого акционерного общества "Завод "Навигатор", г. Санкт-Петербург 020 04 12 1003601 208 40 000,0 Подпрограмма "Разработка и подготовка производства навигационного оборудования и аппаратуры для гражданских потребителей" 020 04 12 1003602 Бюджетные инвестиции 020 04 12 1003602 003 -140 000,0 Взнос в уставный капитал открытого акционерного общества "Российский институт радионавигации и времени", г. Санкт-Петербург 020 04 12 1003602 200 25 000,0 Взнос в уставный капитал открытого акционерного общества "Завод "Навигатор", г. Санкт-Петербург 020 04 12 1003602 208 115 000,0 Федеральная целевая программа "Национальная технологическая база" на 2007-2011 годы 020 04 12 1003700 -1 357 300,0 Подпрограмма "Развитие электронной компонентной базы" на 2007-2011 годы 020 04 12 1003701 -1 420 000,0 Бюджетные инвестиции 020 04 12 1003701 003 -140 000,0 Взнос в уставный капитал открытого акционерного общества "НИИ молекулярной электроники и завод "Микрон", г. Москва 020 04 12 1003701 164 -340 000,0 Взнос в уставный капитал открытого акционерного общества "Всероссийский научно-исследовательский институт радиотехники", г. Москва (ОАО "Концерн ПВО "Алмаз-Антей") 020 04 12 1003701 219 -15 000,0 Взнос в уставный капитал открытого акционерного общества "Светлана", г. Санкт-Петербург 020 04 12 1003701 256 -415 000,0 Взнос в уставный капитал открытого акционерного общества "Авангард", г. Санкт-Петербург 020 04 12 1003701 257 -50 000,0 Взнос в уставный капитал открытого акционерного общества "Научно-производственное объединение "Эркон", г. Нижний Новгород 020 04 12 1003701 258 -60 000,0 Взнос в уставный капитал открытого акционерного общества "Российская электроника", г. Москва 020 04 12 1003701 262 -400 000,0 Расходы общепрограммного характера по федеральной целевой программе "Национальная технологическая база" на 2007-2011 годы 020 04 12 1003702 62 700,0 Бюджетные инвестиции 020 04 12 1003702 003 -55 000,0 Взнос в уставный капитал открытого акционерного общества "Центральный научно-исследовательский технологический институт "Техномаш", г. Москва 020 04 12 1003702 234 -5 700,0 Взнос в уставный капитал открытого акционерного общества "Научно-технологическая компания "Ригель", г. Санкт-Петербург 020 04 12 1003702 246 -5 100,0 Взнос в уставный капитал открытого акционерного общества "Светлана", г. Санкт-Петербург 020 04 12 1003702 256 -1 650,0 Взнос в уставный капитал открытого акционерного общества "Национальный институт авиационных технологий", г. Москва 020 04 12 1003702 263 20 650,0 Взнос в уставный капитал открытого акционерного общества "Всероссийский институт легких сплавов", г. Москва 020 04 12 1003702 264 9 650,0 Взнос в уставный капитал открытого акционерного общества "Холдинговая компания "Ленинец", г. Санкт-Петербург 020 04 12 1003702 266 -7 500,0 Взнос в уставный капитал открытого акционерного общества "Красный пролетарий" (г. Москва) 020 04 12 1003702 268 -750,0 Взнос в уставный капитал открытого акционерного общества "Концерн "Морское подводное оружие - Гидроприбор", г. Санкт-Петербург 020 04 12 1003702 429 29 000,0 Взнос в уставный капитал открытого акционерного общества "Средне-Невский судостроительный завод", г. Санкт-Петербург, пос. Понтонный 020 04 12 1003702 430 57 000,0 Взнос в уставный капитал открытого акционерного общества "Центр технологии судостроения и судоремонта", г. Санкт-Петербург 020 04 12 1003702 431 22 100,0 Федеральная целевая программа "Развитие гражданской авиационной техники России на 2002-2010 годы и на период до 2015 года" 020 04 12 1003800 2 100 000,0 Прочие расходы 020 04 12 1003800 013 2 100 000,0 Федеральная целевая программа "Развитие электронной компонентной базы и радиоэлектроники на 2008-2015 годы" 020 04 12 1006800 835 405,0 Бюджетные инвестиции 020 04 12 1006800 003 332 500,0 Взнос в уставный капитал открытого акционерного общества "Российская электроника", г. Москва 020 04 12 1006800 262 352 750,0 Взнос в уставный капитал открытого акционерного общества "Научно-производственное предприятие "Рубин", г. Пенза 020 04 12 1006800 345 23 655,0 Взнос в уставный капитал открытого акционерного общества "Владыкинский механический завод", г. Москва 020 04 12 1006800 350 50 000,0 Взнос в уставный капитал открытого акционерного общества "Научно-производственное предприятие "Контакт", г. Саратов 020 04 12 1006800 428 76 500,0 Федеральная целевая программа "Обеспечение ядерной и радиационной безопасности на 2008 год и на период до 2015 года" 020 04 12 1007100 -6 090,0 Бюджетные инвестиции 020 04 12 1007100 003 -341 800,0 Мероприятия по повышению безопасности остановленных и функционирующих ядерно и радиационно опасных объектов, включая мероприятия при обращении с накопленными отработавшим ядерным топливом и радиоактивными отходами 020 04 12 1007100 095 -6 090,0 Взнос в уставный капитал открытого акционерного общества "Производственное объединение "Северное машиностроительное предприятие", г. Северодвинск, Архангельская область 020 04 12 1007100 397 80 100,0 Взнос в уставный капитал открытого акционерного общества "Центр судоремонта "Звездочка", г. Северодвинск, Архангельская область 020 04 12 1007100 433 209 900,0 Взнос в уставный капитал открытого акционерного общества "Дальневосточный завод "Звезда", г. Большой Камень, Приморский край 020 04 12 1007100 434 51 800,0 Федеральная целевая программа "Развитие гражданской морской техники" на 2009-2016 годы 020 04 12 1007400 195 500,0 Прочие расходы 020 04 12 1007400 013 195 500,0 Федеральная целевая программа "Национальная система химической и биологической безопасности Российской Федерации (2009-2013 годы)" 020 04 12 1007500 551 410,0 Бюджетные инвестиции 020 04 12 1007500 003 115 560,0 Прочие расходы 020 04 12 1007500 013 362 610,0 Взнос в уставный капитал открытого акционерного общества "ГосНИИХиманалит", г. Санкт-Петербург 020 04 12 1007500 375 12 340,0 Взнос в уставный капитал открытого акционерного общества "Электростальское научно-производственное объединение "Неорганика", г. Электросталь, Московская область 020 04 12 1007500 378 46 900,0 Взнос в уставный капитал открытого акционерного общества "Корпорация "Росхимзащита", г. Тамбов 020 04 12 1007500 379 14 000,0 Реализация государственных функций в области национальной экономики 020 04 12 3400000 +2 629 577,5 3 976 646,9 Взнос Российской Федерации в уставные капиталы 020 04 12 3400200 +3 040 000,0 3 365 000,0 Приобретение дополнительных акций, выпускаемых при увеличении уставного капитала открытого акционерного общества "Объединенная авиастроительная корпорация" 020 04 12 3400200 077 +3 040 000,0 3 040 000,0 Приобретение дополнительных акций, выпускаемых при увеличении уставного капитала открытого акционерного общества "Объединенная судостроительная корпорация" 020 04 12 3400200 087 -375 000,0 Приобретение дополнительных акций, выпускаемых при увеличении уставного капитала открытого акционерного общества "Государственное акционерное общество "Всероссийский выставочный центр" 020 04 12 3400200 445 700 000,0 Субсидии организациям народных художественных промыслов на поддержку производства и реализации изделий народных художественных промыслов 020 04 12 3400500 5 104,9 Субсидии юридическим лицам 020 04 12 3400500 006 5 104,9 Реализация российской части обязательств по проекту создания российско-индийского многоцелевого транспортного самолета 020 04 12 3400800 +4 329 577,5 6 484 542,0 Взнос в уставный капитал открытого акционерного общества "Объединенная авиастроительная корпорация", г. Москва 020 04 12 3400800 180 +4 329 577,5 6 484 542,0 Государственная поддержка отдельных отраслей промышленности и топливно-энергетического комплекса 020 04 12 3408300 -4 740 000,0 -5 878 000,0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2008-2010 годах, на осуществление сезонных закупок сырья и материалов для производства товаров народного потребления и продукции производственно-технического назначения 020 04 12 3408303 +150 000,0 150 000,0 Субсидии юридическим лицам 020 04 12 3408303 006 +150 000,0 150 000,0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2006-2010 годах, на осуществление технического перевооружения 020 04 12 3408304 -10 000,0 Субсидии юридическим лицам 020 04 12 3408304 006 -10 000,0 Субсидии российским транспортным компаниям и пароходствам на возмещение части затрат на уплату процентов по кредитам, полученным в российских кредитных организациях в 2008-2010 годах, и организациям рыбохозяйственного комплекса на возмещение части затрат на уплату процентов по кредитам, полученным в российских кредитных организациях в 2009-2011 годах, на закупку гражданских судов, изготовленных на российских верфях, на срок до 5 лет 020 04 12 3408306 -430 000,0 -130 000,0 Субсидии юридическим лицам 020 04 12 3408306 006 -430 000,0 -130 000,0 Субсидии российским транспортным компаниям и пароходствам на возмещение части затрат на уплату лизинговых платежей по договорам лизинга, заключенным в 2008-2010 годах с российскими лизинговыми компаниями на приобретение гражданских судов, изготовленных на российских верфях 020 04 12 3408307 -190 000,0 Субсидии юридическим лицам 020 04 12 3408307 006 -190 000,0 Субсидии дочерним и зависимым акционерным обществам открытого акционерного общества "Объединенная авиастроительная корпорация" на возмещение части затрат на уплату процентов по кредитам, полученным в российских кредитных организациях в 2008-2010 годах на техническое перевооружение на срок до 5 лет,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 020 04 12 3408308 -800 000,0 -463 000,0 Субсидии юридическим лицам 020 04 12 3408308 006 -800 000,0 -463 000,0 Субсидии российским лизинговым компаниям на возмещение части затрат на уплату процентов по кредитам, полученным в российских кредитных организациях в 2008-2010 годах на закупку воздушных судов отечественного производства с последующей передачей их российским авиакомпаниям по договорам лизинга 020 04 12 3408309 -1 450 000,0 -5 350 000,0 Субсидии юридическим лицам 020 04 12 3408309 006 -1 450 000,0 -5 350 000,0 Субсидии российским производителям авиационных двигателей на возмещение части затрат на уплату процентов по кредитам, полученным в российских кредитных организациях в 2008-2010 годах на техническое перевооружение на срок до 5 лет,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 020 04 12 3408311 -450 000,0 -450 000,0 Субсидии юридическим лицам 020 04 12 3408311 006 -450 000,0 -450 000,0 Субсидии организациям оборонно-промышленного комплекса на возмещение части затрат на уплату процентов по кредитам, полученным в российских кредитных организациях на осуществление инновационных и инвестиционных проектов по выпуску высокотехнологичной продукции 020 04 12 3408313 -790 000,0 210 000,0 Субсидии юридическим лицам 020 04 12 3408313 006 -790 000,0 210 000,0 Субсидии российским организациям сельскохозяйственного и тракторного машиностроения, лесопромышленного комплекса, машиностроения для нефтегазового комплекса и станкоинструментальной промышленности на возмещение части затрат на уплату процентов по кредитам, полученным в российских кредитных организациях в 2009-2011 годах на техническое перевооружение на срок до 5 лет 020 04 12 3408314 -970 000,0 30 000,0 Субсидии юридическим лицам 020 04 12 3408314 006 -970 000,0 30 000,0 Субсидии на возмещение части затрат на уплату процентов по кредитам, полученным организациями лесопромышленного комплекса в российских кредитных организациях в 2008-2009 годах на создание межсезонных запасов древесины, сырья и топлива 020 04 12 3408316 325 000,0 Субсидии юридическим лицам 020 04 12 3408316 006 325 000,0 Жилищно-коммунальное хозяйство 020 05 2 027 108,2 Жилищное хозяйство 020 05 01 1 140 847,9 Федеральные целевые программы 020 05 01 1000000 1 140 847,9 Президентская программа "Уничтожение запасов химического оружия в Российской Федерации" 020 05 01 1003200 1 140 847,9 Бюджетные инвестиции 020 05 01 1003200 003 1 140 847,9 Коммунальное хозяйство 020 05 02 886 260,3 Федеральные целевые программы 020 05 02 1000000 886 260,3 Президентская программа "Уничтожение запасов химического оружия в Российской Федерации" 020 05 02 1003200 886 260,3 Бюджетные инвестиции 020 05 02 1003200 003 886 260,3 Образование 020 07 49 357,1 Общее образование 020 07 02 49 357,1 Федеральные целевые программы 020 07 02 1000000 49 357,1 Президентская программа "Уничтожение запасов химического оружия в Российской Федерации" 020 07 02 1003200 49 357,1 Бюджетные инвестиции 020 07 02 1003200 003 49 357,1 Культура, кинематография, средства массовой информации 020 08 2 212,0 Культура 020 08 01 2 212,0 Библиотеки 020 08 01 4420000 2 212,0 Уплата налога на имущество организаций и земельного налога 020 08 01 4429500 271,5 Выполнение функций бюджетными учреждениями 020 08 01 4429500 001 271,5 Обеспечение деятельности подведомственных учреждений 020 08 01 4429900 1 940,5 Выполнение функций бюджетными учреждениями 020 08 01 4429900 001 1 940,5 Здравоохранение, физическая культура и спорт 020 09 -21 158,2 -81 011,4 Амбулаторная помощь 020 09 02 4 250,1 Поликлиники, амбулатории, диагностические центры 020 09 02 4710000 4 250,1 Обеспечение деятельности подведомственных учреждений 020 09 02 4719900 4 250,1 Выполнение функций бюджетными учреждениями 020 09 02 4719900 001 4 250,1 Физическая культура и спорт 020 09 08 -112 392,1 Федеральные целевые программы 020 09 08 1000000 -112 392,1 Президентская программа "Уничтожение запасов химического оружия в Российской Федерации" 020 09 08 1003200 -112 392,1 Бюджетные инвестиции 020 09 08 1003200 003 -112 392,1 Другие вопросы в области здравоохранения, физической культуры и спорта 020 09 10 -21 158,2 27 130,6 Федеральные целевые программы 020 09 10 1000000 -21 158,2 27 130,6 Президентская программа "Уничтожение запасов химического оружия в Российской Федерации" 020 09 10 1003200 -21 158,2 27 130,6 Бюджетные инвестиции 020 09 10 1003200 003 -21 158,2 27 130,6 Социальная политика 020 10 132 782,0 Социальное обеспечение населения 020 10 03 132 782,0 Федеральная целевая программа "Жилище" на 2002-2010 годы 020 10 03 1040000 132 782,0 Мероприятия по обеспечению жильем отдельных категорий граждан 020 10 03 1040800 132 782,0 Мероприятия по обеспечению жильем федеральных государственных гражданских служащих 020 10 03 1040801 132 782,0 Социальные выплаты 020 10 03 1040801 005 132 782,0 Межбюджетные трансферты 020 11 371 610,0 Субсидии бюджетам субъектов Российской Федерации и муниципальных образований (межбюджетные субсидии) 020 11 02 371 610,0 Федеральные целевые программы 020 11 02 1000000 371 610,0 Федеральная целевая программа "Социально-экономическое развитие Чеченской Республики на 2008-2011 годы" 020 11 02 1007200 371 610,0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020 11 02 1007200 020 371 610,0 МИНИСТЕРСТВО ПРОМЫШЛЕННОСТИ И ЭНЕРГЕТИКИ РОССИЙСКОЙ ФЕДЕРАЦИИ 021 100 711 532,6 Общегосударственные вопросы 021 01 2 513 800,4 Международные отношения и международное сотрудничество 021 01 08 2 513 800,4 Международное сотрудничество 021 01 08 0300000 13 800,4 Взносы в международные организации 021 01 08 0309800 13 800,4 Выполнение международных обязательств 021 01 08 0309800 011 13 800,4 Реализация государственных функций, связанных с общегосударственным управлением 021 01 08 0920000 2 500 000,0 Взнос Российской Федерации в уставные капиталы 021 01 08 0920400 2 500 000,0 Взнос в уставный капитал открытого акционерного общества "Сангтудинская ГЭС-1" 021 01 08 0920400 086 2 500 000,0 Национальная оборона 021 02 11 211 082,7 Прикладные научные исследования в области национальной обороны 021 02 08 6 321 516,0 Федеральные целевые программы 021 02 08 1000000 67 516,0 Федеральная целевая программа "Промышленная утилизация вооружения и военной техники (2005-2010 годы)" 021 02 08 1005400 67 516,0 Расходы общепрограммного характера по федеральной целевой программе "Промышленная утилизация вооружения и военной техники (2005-2010 годы)" 021 02 08 1005403 67 516,0 Научно-исследовательские и опытно-конструкторские работы 021 02 08 1005403 015 67 516,0 Разработка, закупка и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 021 02 08 7050000 6 254 000,0 Исследования в области разработки вооружения, военной и специальной техники и иного производственно-технического оборудования в рамках государственного оборонного заказа вне государственной программы вооружения 021 02 08 7050300 6 254 000,0 Выполнение функций государственными органами 021 02 08 7050300 012 6 254 000,0 Другие вопросы в области национальной обороны 021 02 09 4 889 566,7 Реализация государственных функций, связанных с обеспечением национальной обороны 021 02 09 2140000 4 889 566,7 Мероприятия, связанные с обеспечением функционирования организаций оборонно-промышленного комплекса 021 02 09 2140200 269 566,7 Выполнение функций государственными органами 021 02 09 2140200 012 269 566,7 Субсидии стратегическим организациям оборонно-промышленного комплекса с целью предупреждения банкротства 021 02 09 2143000 4 500 000,0 Субсидии юридическим лицам 021 02 09 2143000 006 4 500 000,0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021 02 09 2149300 120 000,0 Прочие расходы 021 02 09 2149300 013 120 000,0 Национальная экономика 021 04 86 894 970,9 Общеэкономические вопросы 021 04 01 1 155 413,5 Руководство и управление в сфере установленных функций 021 04 01 0010000 1 008 013,5 Центральный аппарат 021 04 01 0010400 1 007 930,2 Выполнение функций государственными органами 021 04 01 0010400 012 1 007 930,2 Выплаты независимым экспертам 021 04 01 0010800 83,3 Выполнение функций государственными органами 021 04 01 0010800 012 83,3 Реализация государственных функций в области национальной экономики 021 04 01 3400000 147 400,0 Техническое регулирование и обеспечение единства измерений 021 04 01 3400100 147 400,0 Техническое регулирование 021 04 01 3400101 147 400,0 Выполнение функций государственными органами 021 04 01 3400101 012 147 400,0 Прикладные научные исследования в области национальной экономики 021 04 11 5 521 314,8 Прикладные научные исследования и разработки 021 04 11 0810000 4 140 314,8 Научное сопровождение инновационных проектов государственного значения 021 04 11 0810200 587 021,7 Выполнение функций государственными органами 021 04 11 0810200 012 587 021,7 Выполнение научно-исследовательских и опытно-конструкторских работ по государственным контрактам 021 04 11 0816900 3 194 246,0 Выполнение функций государственными органами 021 04 11 0816900 012 3 194 246,0 Обеспечение деятельности подведомственных учреждений 021 04 11 0819900 359 047,1 Выполнение функций бюджетными учреждениями 021 04 11 0819900 001 359 047,1 Федеральные целевые программы 021 04 11 1000000 1 381 000,0 Федеральная целевая программа "Глобальная навигационная система" 021 04 11 1003600 7 000,0 Подпрограмма "Разработка и подготовка производства навигационного оборудования и аппаратуры для гражданских потребителей" 021 04 11 1003602 7 000,0 Научно-исследовательские и опытно-конструкторские работы 021 04 11 1003602 015 7 000,0 Федеральная целевая программа "Национальная технологическая база" на 2007-2011 годы 021 04 11 1003700 976 000,0 Подпрограмма "Развитие электронной компонентной базы" на 2007-2011 годы 021 04 11 1003701 200 000,0 Научно-исследовательские и опытно-конструкторские работы 021 04 11 1003701 015 200 000,0 Расходы общепрограммного характера по федеральной целевой программе "Национальная технологическая база" на 2007-2011 годы 021 04 11 1003702 776 000,0 Научно-исследовательские и опытно-конструкторские работы 021 04 11 1003702 015 776 000,0 Федеральная целевая программа "Развитие гражданской авиационной техники России на 2002-2010 годы и на период до 2015 года" 021 04 11 1003800 398 000,0 Научно-исследовательские и опытно-конструкторские работы 021 04 11 1003800 015 398 000,0 Другие вопросы в области национальной экономики 021 04 12 80 218 242,6 Реализация государственных функций, связанных с общегосударственным управлением 021 04 12 0920000 22 242,6 Субсидии на возмещение расходов по содержанию специальных объектов 021 04 12 0920700 3 319,8 Субсидии юридическим лицам 021 04 12 0920700 006 3 319,8 Обеспечение деятельности подведомственных учреждений 021 04 12 0929900 18 922,8 Выполнение функций бюджетными учреждениями 021 04 12 0929900 001 18 922,8 Федеральные целевые программы 021 04 12 1000000 2 200 000,0 Федеральная целевая программа "Развитие электронной компонентной базы и радиоэлектроники на 2008-2015 годы" 021 04 12 1006800 2 200 000,0 Бюджетные инвестиции 021 04 12 1006800 003 2 200 000,0 Реализация государственных функций в области национальной экономики 021 04 12 3400000 77 996 000,0 Взнос Российской Федерации в уставные капиталы 021 04 12 3400200 68 500 000,0 Приобретение дополнительных акций, выпускаемых при увеличении уставного капитала открытого акционерного общества "Объединенная авиастроительная корпорация" 021 04 12 3400200 077 6 000 000,0 Приобретение дополнительных акций, выпускаемых при увеличении уставного капитала открытого акционерного общества "Федеральная сетевая компания Единой энергетической системы" 021 04 12 3400200 080 48 000 000,0 Приобретение дополнительных акций, выпускаемых при увеличении уставного капитала открытого акционерного общества "РусГидро" 021 04 12 3400200 082 12 000 000,0 Приобретение дополнительных акций, выпускаемых при увеличении уставного капитала открытого акционерного общества "Объединенная судостроительная корпорация" 021 04 12 3400200 087 2 500 000,0 Государственная поддержка отдельных отраслей промышленности и топливно-энергетического комплекса 021 04 12 3408300 9 496 000,0 Субсидии российским организациям - экспортерам промышленной продукции на возмещение части затрат на уплату процентов по кредитам, полученным в российских кредитных организациях в 2005-2011 годах, для производства продукции на экспорт 021 04 12 3408301 3 000 000,0 Субсидии юридическим лицам 021 04 12 3408301 006 3 000 000,0 Субсидии российским транспортным компаниям и пароходствам на возмещение части затрат на уплату процентов по кредитам, полученным в российских кредитных организациях в 2008-2010 годах, и организациям рыбохозяйственного комплекса на возмещение части затрат на уплату процентов по кредитам, полученным в российских кредитных организациях в 2009-2011 годах, на закупку гражданских судов, изготовленных на российских верфях, на срок до 5 лет 021 04 12 3408306 160 000,0 Субсидии юридическим лицам 021 04 12 3408306 006 160 000,0 Субсидии российским транспортным компаниям и пароходствам на возмещение части затрат на уплату лизинговых платежей по договорам лизинга, заключенным в 2008-2010 годах с российскими лизинговыми компаниями на приобретение гражданских судов, изготовленных на российских верфях 021 04 12 3408307 190 000,0 Субсидии юридическим лицам 021 04 12 3408307 006 190 000,0 Субсидии дочерним и зависимым акционерным обществам открытого акционерного общества "Объединенная авиастроительная корпорация" на возмещение части затрат на уплату процентов по кредитам, полученным в российских кредитных организациях в 2008-2010 годах на техническое перевооружение на срок до 5 лет,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 021 04 12 3408308 679 000,0 Субсидии юридическим лицам 021 04 12 3408308 006 679 000,0 Субсидии российским лизинговым компаниям на возмещение части затрат на уплату процентов по кредитам, полученным в российских кредитных организациях в 2008-2010 годах на закупку воздушных судов отечественного производства с последующей передачей их российским авиакомпаниям по договорам лизинга 021 04 12 3408309 5 100 000,0 Субсидии юридическим лицам 021 04 12 3408309 006 5 100 000,0 Субсидии российским производителям авиационных двигателей на возмещение части затрат на уплату процентов по кредитам, полученным в российских кредитных организациях в 2008-2010 годах на техническое перевооружение на срок до 5 лет,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 021 04 12 3408311 367 000,0 Субсидии юридическим лицам 021 04 12 3408311 006 367 000,0 Культура, кинематография, средства массовой информации 021 08 6 229,8 Культура 021 08 01 6 229,8 Библиотеки 021 08 01 4420000 6 229,8 Обеспечение деятельности подведомственных учреждений 021 08 01 4429900 6 229,8 Выполнение функций бюджетными учреждениями 021 08 01 4429900 001 6 229,8 Здравоохранение, физическая культура и спорт 021 09 45 892,9 Амбулаторная помощь 021 09 02 45 892,9 Поликлиники, амбулатории, диагностические центры 021 09 02 4710000 45 892,9 Обеспечение деятельности подведомственных учреждений 021 09 02 4719900 45 892,9 Выполнение функций бюджетными учреждениями 021 09 02 4719900 001 45 892,9 Социальная политика 021 10 39 555,9 Социальное обеспечение населения 021 10 03 39 555,9 Федеральная целевая программа "Жилище" на 2002-2010 годы 021 10 03 1040000 39 555,9 Мероприятия по обеспечению жильем отдельных категорий граждан 021 10 03 1040800 39 555,9 Мероприятия по обеспечению жильем федеральных государственных гражданских служащих 021 10 03 1040801 39 555,9 Социальные выплаты 021 10 03 1040801 005 39 555,9 МИНИСТЕРСТВО ЭНЕРГЕТИКИ РОССИЙСКОЙ ФЕДЕРАЦИИ 022 -12 023,1 1 435 703,1 Общегосударственные вопросы 022 01 4 498,5 Международные отношения и международное сотрудничество 022 01 08 4 498,5 Международное сотрудничество 022 01 08 0300000 4 498,5 Взносы в международные организации 022 01 08 0309800 4 498,5 Выполнение международных обязательств 022 01 08 0309800 011 4 498,5 Национальная экономика 022 04 +987 976,9 -5 396 711,0 Топливно-энергетический комплекс 022 04 02 +987 976,9 16 726 461,0 Руководство и управление в сфере установленных функций 022 04 02 0010000 -12 023,1 472 538,3 Центральный аппарат 022 04 02 0010400 -10 959,1 463 860,3 Выполнение функций государственными органами 022 04 02 0010400 012 -10 959,1 463 860,3 Территориальные органы 022 04 02 0011500 -1 064,0 8 086,7 Выполнение функций государственными органами 022 04 02 0011500 012 -1 064,0 8 086,7 Уплата налога на имущество организаций и земельного налога 022 04 02 0019500 591,3 Выполнение функций государственными органами 022 04 02 0019500 012 591,3 Международное сотрудничество 022 04 02 0300000 30 000,0 Субсидии на возмещение части затрат на обеспечение деятельности Международного центра устойчивого энергетического развития под эгидой ЮНЕСКО в г. Москве 022 04 02 0300900 30 000,0 Субсидии некоммерческим организациям 022 04 02 0300900 019 30 000,0 Федеральные целевые программы 022 04 02 1000000 +1 900 000,0 8 030 000,0 Федеральная целевая программа "Экономическое и социальное развитие Дальнего Востока и Забайкалья на период до 2013 года" 022 04 02 1004600 +1 900 000,0 8 030 000,0 Экономическое и социальное развитие Дальнего Востока и Забайкалья на период до 2013 года 022 04 02 1004602 +1 900 000,0 8 030 000,0 Взнос в уставный капитал открытого акционерного общества "Усть-Среднеканская ГЭС", г. Магадан, Магаданская область 022 04 02 1004602 171 2 380 000,0 Взнос в уставный капитал открытого акционерного общества "Камчатский газоэнергетический комплекс" (г. Петропавловск- Камчатский, Камчатский край) 022 04 02 1004602 304 +600 000,0 600 000,0 Взнос в уставный капитал открытого акционерного общества "Федеральная сетевая компания Единой энергетической системы" (г. Москва) 022 04 02 1004602 309 +500 000,0 2 000 000,0 Взнос в уставный капитал открытого акционерного общества "Дальневосточная энергетическая управляющая компания", г. Владивосток 022 04 02 1004602 363 +800 000,0 3 050 000,0 Бюджетные инвестиции в объекты капитального строительства, не включенные в целевые программы 022 04 02 1020000 8 892 300,0 Взнос Российской Федерации в уставные капиталы 022 04 02 1020600 8 892 300,0 Взнос в уставный капитал открытого акционерного общества "Усть-Среднеканская ГЭС", г. Магадан, Магаданская область 022 04 02 1020600 171 -1 400 000,0 Взнос в уставный капитал открытого акционерного общества "Федеральная сетевая компания Единой энергетической системы" (г. Москва) 022 04 02 1020600 309 7 371 700,0 Взнос в уставный капитал открытого акционерного общества "Кубаньэнерго", Краснодарский край 022 04 02 1020600 384 2 920 600,0 Вопросы топливно-энергетического комплекса 022 04 02 2480000 -1 400 000,0 -1 291 184,2 Мероприятия в топливно-энергетической области 022 04 02 2480100 -1 622 000,0 -2 501 684,2 Выполнение функций государственными органами 022 04 02 2480100 012 -1 622 000,0 -2 501 684,2 Субсидии военизированным аварийно-спасательным частям на обеспечение постоянной боевой готовности 022 04 02 2480300 +222 000,0 222 000,0 Субсидии юридическим лицам 022 04 02 2480300 006 +222 000,0 222 000,0 Дополнительное пенсионное обеспечение (негосударственные пенсии) работников организаций по добыче (переработке) угля (горючих сланцев), подразделений военизированных аварийно-спасательных частей и шахтостроительных организаций в соответствии с Федеральным законом от 20 июня 1996 года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022 04 02 2480400 988 500,0 выполнение функций государственными органами 022 04 02 2480400 012 988 500,0 Учреждения, обеспечивающие предоставление услуг, связанных с реструктуризацией угольной отрасли 022 04 02 2520000 45 806,9 Уплата налога на имущество организаций и земельного налога 022 04 02 2529500 210,7 Выполнение функций бюджетными учреждениями 022 04 02 2529500 001 210,7 Обеспечение деятельности подведомственных учреждений 022 04 02 2529900 45 596,2 Выполнение функций бюджетными учреждениями 022 04 02 2529900 001 45 596,2 Поисковые и аварийно-спасательные учреждения 022 04 02 3020000 47 000,0 Уплата налога на имущество организаций и земельного налога 022 04 02 3029500 5 176,1 Выполнение функций бюджетными учреждениями 022 04 02 3029500 001 5 176,1 Обеспечение деятельности подведомственных учреждений 022 04 02 3029900 41 823,9 Выполнение функций бюджетными учреждениями 022 04 02 3029900 001 41 823,9 Реализация государственных функций в области национальной экономики 022 04 02 3400000 +500 000,0 500 000,0 Государственная поддержка отдельных отраслей промышленности и топливно-энергетического комплекса 022 04 02 3408300 +500 000,0 500 000,0 Субсидии организациям топливно-энергетического комплекса на возмещение части затрат на уплату процентов по кредитам, полученным в российских кредитных организациях в 2008-2010 годах, на осуществление сезонных заготовок топлива на электростанциях, включая атомные, закачку газа в подземные хранилища, проведение мероприятий по текущему ремонту энергооборудования, а также по обеспечению населения топливом 022 04 02 3408302 +250 000,0 250 000,0 Субсидии юридическим лицам 022 04 02 3408302 006 +250 000,0 250 000,0 Субсидии организациям угольной промышленности на возмещение части затрат на уплату процентов по кредитам, полученным в российских кредитных организациях в 2006-2007 годах, на осуществление инвестиционных проектов 022 04 02 3408310 +250 000,0 250 000,0 Субсидии юридическим лицам 022 04 02 3408310 006 +250 000,0 250 000,0 Прикладные научные исследования в области национальной экономики 022 04 11 200 000,0 Прикладные научные исследования и разработки 022 04 11 0810000 200 000,0 Выполнение научно-исследовательских и опытно-конструкторских работ по государственным контрактам 022 04 11 0816900 200 000,0 Выполнение функций государственными органами 022 04 11 0816900 012 200 000,0 Другие вопросы в области национальной экономики 022 04 12 -22 323 172,0 Реализация государственных функций, связанных с общегосударственным управлением 022 04 12 0920000 130,2 Субсидии на возмещение расходов по содержанию специальных объектов 022 04 12 0920700 130,2 Субсидии юридическим лицам 022 04 12 0920700 006 130,2 Реализация государственных функций в области национальной экономики 022 04 12 3400000 -22 323 302,2 Взнос Российской Федерации в уставные капиталы 022 04 12 3400200 -22 323 302,2 Приобретение дополнительных акций, выпускаемых при увеличении уставного капитала открытого акционерного общества "Федеральная сетевая компания Единой энергетической системы" 022 04 12 3400200 080 -21 321 979,2 Приобретение дополнительных акций, выпускаемых при увеличении уставного капитала открытого акционерного общества "Системный оператор Единой энергетической системы" 022 04 12 3400200 081 4 243 410,9 Приобретение дополнительных акций, выпускаемых при увеличении уставного капитала открытого акционерного общества "РусГидро" 022 04 12 3400200 082 -5 244 733,9 Здравоохранение, физическая культура и спорт 022 09 51 872,6 Стационарная медицинская помощь 022 09 01 51 872,6 Больницы, клиники, госпитали, медико-санитарные части 022 09 01 4700000 51 872,6 Обеспечение деятельности подведомственных учреждений 022 09 01 4709900 51 872,6 Выполнение функций бюджетными учреждениями 022 09 01 4709900 001 51 872,6 Социальная политика 022 10 30 513,0 Социальное обеспечение населения 022 10 03 30 513,0 Федеральная целевая программа "Жилище" на 2002-2010 годы 022 10 03 1040000 30 513,0 Мероприятия по обеспечению жильем отдельных категорий граждан 022 10 03 1040800 30 513,0 Мероприятия по обеспечению жильем федеральных государственных гражданских служащих 022 10 03 1040801 30 513,0 Социальные выплаты 022 10 03 1040801 005 30 513,0 Межбюджетные трансферты 022 11 -1 000 000,0 6 745 530,0 Субсидии бюджетам субъектов Российской Федерации и муниципальных образований (межбюджетные субсидии) 022 11 02 -1 900 000,0 845 530,0 Федеральные целевые программы 022 11 02 1000000 -1 900 000,0 954 530,0 Федеральная целевая программа развития Калининградской области на период до 2014 года 022 11 02 1004500 50 365,0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022 11 02 1004500 020 50 365,0 Федеральная целевая программа "Экономическое и социальное развитие Дальнего Востока и Забайкалья на период до 2013 года" 022 11 02 1004600 -1 900 000,0 1 476 700,0 Экономическое и социальное развитие Дальнего Востока и Забайкалья на период до 2013 года 022 11 02 1004602 -1 900 000,0 1 476 700,0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022 11 02 1004602 020 -1 900 000,0 1 476 700,0 Федеральная целевая программа "Социально-экономическое развитие Курильских островов (Сахалинская область) на 2007-2015 годы" 022 11 02 1004700 -67 605,0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022 11 02 1004700 020 -67 605,0 Федеральная целевая программа "Юг России (2008-2012 годы)" 022 11 02 1004800 -504 930,0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022 11 02 1004800 020 -504 930,0 Бюджетные инвестиции в объекты капитального строительства, не включенные в целевые программы 022 11 02 1020000 -109 000,0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022 11 02 1020100 -109 000,0 Бюджетные инвестиции в объекты капитального строительства государственной собственности субъектов Российской Федерации 022 11 02 1020101 -109 000,0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022 11 02 1020101 020 -109 000,0 Иные межбюджетные трансферты 022 11 04 +900 000,0 5 900 000,0 Иные безвозмездные и безвозвратные перечисления 022 11 04 5200000 +900 000,0 5 900 000,0 Реализация программ местного развития и обеспечение занятости для шахтерских городов и поселков 022 11 04 5200100 +900 000,0 5 900 000,0 Иные межбюджетные трансферты 022 11 04 5200100 017 +900 000,0 5 900 000,0 ФЕДЕРАЛЬНОЕ АГЕНТСТВО ПО ЭНЕРГЕТИКЕ 023 17 983 773,4 Национальная экономика 023 04 9 309 004,8 Топливно-энергетический комплекс 023 04 02 9 291 637,7 Руководство и управление в сфере установленных функций 023 04 02 0010000 188 037,5 Центральный аппарат 023 04 02 0010400 151 890,9 Выполнение функций государственными органами 023 04 02 0010400 012 151 890,9 Выплаты независимым экспертам 023 04 02 0010800 33,2 Выполнение функций государственными органами 023 04 02 0010800 012 33,2 Территориальные органы 023 04 02 0011500 36 113,4 Выполнение функций государственными органами 023 04 02 0011500 012 36 113,4 Бюджетные инвестиции в объекты капитального строительства, не включенные в целевые программы 023 04 02 1020000 1 400 000,0 Взнос Российской Федерации в уставные капиталы 023 04 02 1020600 1 400 000,0 Взнос в уставный капитал открытого акционерного общества "Усть-Среднеканская ГЭС", г. Магадан, Магаданская область 023 04 02 1020600 171 1 400 000,0 Вопросы топливно-энергетического комплекса 023 04 02 2480000 6 370 987,0 Мероприятия в топливно-энергетической области 023 04 02 2480100 6 040 987,0 Социальные выплаты 023 04 02 2480100 005 17 000,0 Выполнение функций государственными органами 023 04 02 2480100 012 6 023 987,0 Субсидии организациям по добыче и переработке угля на возмещение части затрат, связанных с ликвидацией последствий аварий и стихийных бедствий 023 04 02 2480200 80 000,0 Субсидии юридическим лицам 023 04 02 2480200 006 80 000,0 Субсидии военизированным аварийно-спасательным частям на обеспечение постоянной боевой готовности 023 04 02 2480300 250 000,0 Субсидии юридическим лицам 023 04 02 2480300 006 250 000,0 Учреждения, обеспечивающие предоставление услуг, связанных с реструктуризацией угольной отрасли 023 04 02 2520000 121 902,5 Обеспечение деятельности подведомственных учреждений 023 04 02 2529900 121 902,5 Выполнение функций бюджетными учреждениями 023 04 02 2529900 001 121 902,5 Поисковые и аварийно- спасательные учреждения 023 04 02 3020000 560 710,7 Обеспечение деятельности подведомственных учреждений 023 04 02 3029900 560 710,7 Выполнение функций бюджетными учреждениями 023 04 02 3029900 001 560 710,7 Реализация государственных функций в области национальной экономики 023 04 02 3400000 650 000,0 Государственная поддержка отдельных отраслей промышленности и топливно-энергетического комплекса 023 04 02 3408300 650 000,0 Субсидии организациям топливно-энергетического комплекса на возмещение части затрат на уплату процентов по кредитам, полученным в российских кредитных организациях в 2008-2010 годах, на осуществление сезонных заготовок топлива на электростанциях, включая атомные, закачку газа в подземные хранилища, проведение мероприятий по текущему ремонту энергооборудования, а также по обеспечению населения топливом 023 04 02 3408302 400 000,0 Субсидии юридическим лицам 023 04 02 3408302 006 400 000,0 Субсидии организациям угольной промышленности на возмещение части затрат на уплату процентов по кредитам, полученным в российских кредитных организациях в 2006-2007 годах, на осуществление инвестиционных проектов 023 04 02 3408310 250 000,0 Субсидии юридическим лицам 023 04 02 3408310 006 250 000,0 Прикладные научные исследования в области национальной экономики 023 04 11 7 639,2 Прикладные научные исследования и разработки 023 04 11 0810000 7 639,2 Выполнение научно-исследовательских и опытно-конструкторских работ по государственным контрактам 023 04 11 0816900 7 639,2 Выполнение функций государственными органами 023 04 11 0816900 012 7 639,2 Другие вопросы в области национальной экономики 023 04 12 9 727,9 Реализация государственных функций, связанных с общегосударственным управлением 023 04 12 0920000 9 727,9 Субсидии на возмещение расходов по содержанию специальных объектов 023 04 12 0920700 9 727,9 Субсидии юридическим лицам 023 04 12 0920700 006 9 727,9 Здравоохранение, физическая культура и спорт 023 09 247 042,5 Стационарная медицинская помощь 023 09 01 247 042,5 Больницы, клиники, госпитали, медико-санитарные части 023 09 01 4700000 247 042,5 Обеспечение деятельности подведомственных учреждений 023 09 01 4709900 247 042,5 Выполнение функций бюджетными учреждениями 023 09 01 4709900 001 247 042,5 Социальная политика 023 10 25 646,1 Социальное обеспечение населения 023 10 03 25 646,1 Федеральная целевая программа "Жилище" на 2002-2010 годы 023 10 03 1040000 25 646,1 Мероприятия по обеспечению жильем отдельных категорий граждан 023 10 03 1040800 25 646,1 Мероприятия по обеспечению жильем федеральных государственных гражданских служащих 023 10 03 1040801 25 646,1 Социальные выплаты 023 10 03 1040801 005 25 646,1 Межбюджетные трансферты 023 11 8 402 080,0 Субсидии бюджетам субъектов Российской Федерации и муниципальных образований (межбюджетные субсидии) 023 11 02 632 620,0 Федеральные целевые программы 023 11 02 1000000 523 620,0 Федеральная целевая программа развития Калининградской области на период до 2014 года 023 11 02 1004500 72 920,0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023 11 02 1004500 020 72 920,0 Федеральная целевая программа "Социально-экономическое развитие Курильских островов (Сахалинская область) на 2007-2015 годы" 023 11 02 1004700 450 700,0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023 11 02 1004700 020 450 700,0 Бюджетные инвестиции в объекты капитального строительства, не включенные в целевые программы 023 11 02 1020000 109 000,0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023 11 02 1020100 109 000,0 Бюджетные инвестиции в объекты капитального строительства государственной собственности субъектов Российской Федерации 023 11 02 1020101 109 000,0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023 11 02 1020101 020 109 000,0 Иные межбюджетные трансферты 023 11 04 7 769 460,0 Иные безвозмездные и безвозвратные перечисления 023 11 04 5200000 7 769 460,0 Реализация программ местного развития и обеспечение занятости для шахтерских городов и поселков 023 11 04 5200100 7 769 460,0 Иные межбюджетные трансферты 023 11 04 5200100 017 7 769 460,0 ФЕДЕРАЛЬНАЯ СЛУЖБА ПО НАДЗОРУ В СФЕРЕ ПРИРОДОПОЛЬЗОВАНИЯ 048 -40 461,8 4 600 941,9 Охрана окружающей среды 048 06 -40 461,8 4 588 412,6 Охрана объектов растительного и животного мира и среды их обитания 048 06 03 2 574 273,7 Состояние окружающей среды и природопользования 048 06 03 4100000 215 983,4 Природоохранные мероприятия 048 06 03 4100100 215 983,4 Выполнение функций бюджетными учреждениями 048 06 03 4100100 001 164 194,4 Выполнение функций государственными органами 048 06 03 4100100 012 51 789,0 Природоохранные учреждения 048 06 03 4110000 2 358 290,3 Уплата налога на имущество организаций и земельного налога 048 06 03 4119500 33 292,8 Выполнение функций бюджетными учреждениями 048 06 03 4119500 001 33 292,8 Обеспечение деятельности подведомственных учреждений 048 06 03 4119900 2 324 997,5 Выполнение функций бюджетными учреждениями 048 06 03 4119900 001 2 324 997,5 Прикладные научные исследования в области охраны окружающей среды 048 06 04 109 702,6 Прикладные научные исследования и разработки 048 06 04 0810000 109 702,6 Выполнение научно-исследовательских и опытно-конструкторских работ по государственным контрактам 048 06 04 0816900 76 500,0 Выполнение функций государственными органами 048 06 04 0816900 012 76 500,0 Уплата налога на имущество организаций и земельного налога 048 06 04 0819500 1 919,0 Выполнение функций бюджетными учреждениями 048 06 04 0819500 001 1 919,0 Обеспечение деятельности подведомственных учреждений 048 06 04 0819900 31 283,6 Выполнение функций бюджетными учреждениями 048 06 04 0819900 001 31 283,6 Другие вопросы в области охраны окружающей среды 048 06 05 -40 461,8 1 904 436,3 Руководство и управление в сфере установленных функций 048 06 05 0010000 -40 461,8 1 810 746,7 Центральный аппарат 048 06 05 0010400 -2 285,4 95 370,1 Выполнение функций государственными органами 048 06 05 0010400 012 -2 285,4 95 370,1 Выплаты независимым экспертам 048 06 05 0010800 251,4 Выполнение функций государственными органами 048 06 05 0010800 012 251,4 Территориальные органы 048 06 05 0011500 -38 176,4 1 701 345,2 Выполнение функций государственными органами 048 06 05 0011500 012 -38 176,4 1 701 345,2 Уплата налога на имущество организаций и земельного налога 048 06 05 0019500 13 780,0 Выполнение функций государственными органами 048 06 05 0019500 012 13 780,0 Бюджетные инвестиции в объекты капитального строительства, не включенные в целевые программы 048 06 05 1020000 93 689,6 Строительство объектов общегражданского назначения 048 06 05 1020200 93 689,6 Строительство объектов социального и производственного комплексов, в том числе объектов общегражданского назначения, жилья, инфраструктуры 048 06 05 1020201 93 689,6 Бюджетные инвестиции 048 06 05 1020201 003 93 689,6 Межбюджетные трансферты 048 11 12 529,3 Субвенции бюджетам субъектов Российской Федерации и муниципальных образований 048 11 03 12 529,3 Охрана и использование объектов животного мира 048 11 03 2640000 12 529,3 Охрана и использование объектов животного мира (за исключением отнесенных к объектам охоты, а также водных биологических ресурсов) 048 11 03 2640200 12 529,3 Фонд компенсаций 048 11 03 2640200 009 12 529,3 ФЕДЕРАЛЬНОЕ АГЕНТСТВО ПО НЕДРОПОЛЬЗОВАНИЮ 049 -15 063,8 20 325 072,1 Национальная экономика 049 04 -15 063,8 20 289 420,6 Воспроизводство минерально-сырьевой базы 049 04 04 -15 063,8 19 898 348,6 Руководство и управление в сфере установленных функций 049 04 04 0010000 -15 063,8 769 084,0 Центральный аппарат 049 04 04 0010400 -2 253,2 101 833,0 Выполнение функций государственными органами 049 04 04 0010400 012 -2 253,2 101 833,0 Выплаты независимым экспертам 049 04 04 0010800 99,8 Выполнение функций государственными органами 049 04 04 0010800 012 99,8 Территориальные органы 049 04 04 0011500 -12 810,6 664 421,2 Выполнение функций государственными органами 049 04 04 0011500 012 -12 810,6 664 421,2 Уплата налога на имущество организаций и земельного налога 049 04 04 0019500 2 730,0 Выполнение функций государственными органами 049 04 04 0019500 012 2 730,0 Геологическое изучение недр 049 04 04 2500000 18 931 019,1 Геолого-разведочные и другие работы в области геологического изучения недр 049 04 04 2500100 18 931 019,1 Выполнение функций государственными органами 049 04 04 2500100 012 18 931 019,1 Учреждения, обеспечивающие предоставление услуг в сфере недропользования 049 04 04 2530000 198 245,5 Уплата налога на имущество организаций и земельного налога 049 04 04 2539500 750,0 Выполнение функций бюджетными учреждениями 049 04 04 2539500 001 750,0 Обеспечение деятельности подведомственных учреждений 049 04 04 2539900 197 495,5 Выполнение функций бюджетными учреждениями 049 04 04 2539900 001 197 495,5 Прикладные научные исследования в области национальной экономики 049 04 11 391 072,0 Прикладные научные исследования и разработки 049 04 11 0810000 391 072,0 Выполнение научно-исследовательских и опытно-конструкторских работ по государственным контрактам 049 04 11 0816900 391 072,0 Выполнение функций государственными органами 049 04 11 0816900 012 391 072,0 Социальная политика 049 10 35 651,5 Социальное обеспечение населения 049 10 03 35 651,5 Федеральная целевая программа "Жилище" на 2002-2010 годы 049 10 03 1040000 35 651,5 Мероприятия по обеспечению жильем отдельных категорий граждан 049 10 03 1040800 35 651,5 Мероприятия по обеспечению жильем федеральных государственных гражданских служащих 049 10 03 1040801 35 651,5 Социальные выплаты 049 10 03 1040801 005 35 651,5 МИНИСТЕРСТВО ПРИРОДНЫХ РЕСУРСОВ РОССИЙСКОЙ ФЕДЕРАЦИИ 050 2 347 371,2 Общегосударственные вопросы 050 01 47 388,2 Международные отношения и международное сотрудничество 050 01 08 47 388,2 Международное сотрудничество 050 01 08 0300000 47 388,2 Взносы в международные организации 050 01 08 0309800 47 388,2 Выполнение международных обязательств 050 01 08 0309800 011 47 388,2 Национальная экономика 050 04 2 281 072,4 Общеэкономические вопросы 050 04 01 493 639,8 Руководство и управление в сфере установленных функций 050 04 01 0010000 385 589,9 Центральный аппарат 050 04 01 0010400 385 552,6 Выполнение функций государственными органами 050 04 01 0010400 012 385 552,6 Выплаты независимым экспертам 050 04 01 0010800 37,3 Выполнение функций государственными органами 050 04 01 0010800 012 37,3 Реализация государственных функций, связанных с общегосударственным управлением 050 04 01 0920000 953,9 Субсидии на возмещение расходов по содержанию специальных объектов 050 04 01 0920700 953,9 Субсидии юридическим лицам 050 04 01 0920700 006 953,9 Учреждения по обеспечению хозяйственного обслуживания 050 04 01 0930000 107 096,0 Обеспечение деятельности подведомственных учреждений 050 04 01 0939900 107 096,0 Выполнение функций бюджетными учреждениями 050 04 01 0939900 001 107 096,0 Прикладные научные исследования в области национальной экономики 050 04 11 803 756,0 Прикладные научные исследования и разработки 050 04 11 0810000 801 456,0 Выполнение научно-исследовательских и опытно-конструкторских работ по государственным контрактам 050 04 11 0816900 801 456,0 Выполнение функций государственными органами 050 04 11 0816900 012 801 456,0 Федеральные целевые программы 050 04 11 1000000 2 300,0 Федеральная целевая программа "Развитие государственной статистики России в 2007-2011 годах" 050 04 11 1006200 2 300,0 Научно-исследовательские и опытно-конструкторские работы 050 04 11 1006200 015 2 300,0 Другие вопросы в области национальной экономики 050 04 12 983 676,6 Территориальные фонды информации 050 04 12 2510000 983 676,6 Обеспечение деятельности подведомственных учреждений 050 04 12 2519900 983 676,6 Выполнение функций бюджетными учреждениями 050 04 12 2519900 001 983 676,6 Социальная политика 050 10 18 910,6 Социальное обеспечение населения 050 10 03 18 910,6 Федеральная целевая программа "Жилище" на 2002-2010 годы 050 10 03 1040000 18 910,6 Мероприятия по обеспечению жильем отдельных категорий граждан 050 10 03 1040800 18 910,6 Мероприятия по обеспечению жильем федеральных государственных гражданских служащих 050 10 03 1040801 18 910,6 Социальные выплаты 050 10 03 1040801 005 18 910,6 МИНИСТЕРСТВО ПРИРОДНЫХ РЕСУРСОВ И ЭКОЛОГИИ РОССИЙСКОЙ ФЕДЕРАЦИИ 051 -10 628,4 92 468,5 Общегосударственные вопросы 051 01 19 877,4 Международные отношения и международное сотрудничество 051 01 08 19 877,4 Международное сотрудничество 051 01 08 0300000 19 877,4 Взносы в международные организации 051 01 08 0309800 19 877,4 Выполнение международных обязательств 051 01 08 0309800 011 19 877,4 Национальная экономика 051 04 -10 628,4 42 286,5 Общеэкономические вопросы 051 04 01 -10 628,4 203 120,0 Руководство и управление в сфере установленных функций 051 04 01 0010000 -10 628,4 191 624,2 Центральный аппарат 051 04 01 0010400 -10 628,4 177 921,6 Выполнение функций государственными органами 051 04 01 0010400 012 -10 628,4 177 921,6 Уплата налога на имущество организаций и земельного налога 051 04 01 0019500 13 702,6 Выполнение функций государственными органами 051 04 01 0019500 012 13 702,6 Реализация государственных функций, связанных с общегосударственным управлением 051 04 01 0920000 476,7 Субсидии на возмещение расходов по содержанию специальных объектов 051 04 01 0920700 476,7 Субсидии юридическим лицам 051 04 01 0920700 006 476,7 Учреждения по обеспечению хозяйственного обслуживания 051 04 01 0930000 11 019,1 Уплата налога на имущество организаций и земельного налога 051 04 01 0939500 960,0 Выполнение функций бюджетными учреждениями 051 04 01 0939500 001 960,0 Обеспечение деятельности подведомственных учреждений 051 04 01 0939900 10 059,1 Выполнение функций бюджетными учреждениями 051 04 01 0939900 001 10 059,1 Прикладные научные исследования в области национальной экономики 051 04 11 -353 679,9 Прикладные научные исследования и разработки 051 04 11 0810000 -352 989,9 Выполнение научно-исследовательских и опытно-конструкторских работ по государственным контрактам 051 04 11 0816900 -352 989,9 Выполнение функций государственными органами 051 04 11 0816900 012 -352 989,9 Федеральные целевые программы 051 04 11 1000000 -690,0 Федеральная целевая программа "Развитие государственной статистики России в 2007-2011 годах" 051 04 11 1006200 -690,0 Научно-исследовательские и опытно-конструкторские работы 051 04 11 1006200 015 -690,0 Другие вопросы в области национальной экономики 051 04 12 192 846,4 Территориальные фонды информации 051 04 12 2510000 192 846,4 Уплата налога на имущество организаций и земельного налога 051 04 12 2519500 7 975,0 Выполнение функций бюджетными учреждениями 051 04 12 2519500 001 7 975,0 Обеспечение деятельности подведомственных учреждений 051 04 12 2519900 184 871,4 Выполнение функций бюджетными учреждениями 051 04 12 2519900 001 184 871,4 Охрана окружающей среды 051 06 -19 220,1 Охрана объектов растительного и животного мира и среды их обитания 051 06 03 -126 416,2 Природоохранные учреждения 051 06 03 4110000 -126 416,2 Обеспечение деятельности подведомственных учреждений 051 06 03 4119900 -126 416,2 Выполнение функций бюджетными учреждениями 051 06 03 4119900 001 -126 416,2 Прикладные научные исследования в области охраны окружающей среды 051 06 04 -3 284,2 Прикладные научные исследования и разработки 051 06 04 0810000 -3 284,2 Обеспечение деятельности подведомственных учреждений 051 06 04 0819900 -3 284,2 Выполнение функций бюджетными учреждениями 051 06 04 0819900 001 -3 284,2 Другие вопросы в области охраны окружающей среды 051 06 05 110 480,3 Бюджетные инвестиции в объекты капитального строительства, не включенные в целевые программы 051 06 05 1020000 110 480,3 Строительство объектов общегражданского назначения 051 06 05 1020200 110 480,3 Строительство объектов социального и производственного комплексов, в том числе объектов общегражданского назначения, жилья, инфраструктуры 051 06 05 1020201 110 480,3 Бюджетные инвестиции 051 06 05 1020201 003 110 480,3 Социальная политика 051 10 49 524,7 Социальное обеспечение населения 051 10 03 49 524,7 Федеральная целевая программа "Жилище" на 2002-2010 годы 051 10 03 1040000 49 524,7 Мероприятия по обеспечению жильем отдельных категорий граждан 051 10 03 1040800 49 524,7 Мероприятия по обеспечению жильем федеральных государственных гражданских служащих 051 10 03 1040801 49 524,7 Социальные выплаты 051 10 03 1040801 005 49 524,7 ФЕДЕРАЛЬНОЕ АГЕНТСТВО ВОДНЫХ РЕСУРСОВ 052 -41 126,0 12 094 047,7 Национальная экономика 052 04 -41 126,0 4 647 094,5 Водное хозяйство 052 04 06 -41 126,0 4 574 544,5 Руководство и управление в сфере установленных функций 052 04 06 0010000 -13 585,6 680 798,8 Центральный аппарат 052 04 06 0010400 -2 426,4 137 414,0 Выполнение функций государственными органами 052 04 06 0010400 012 -2 426,4 137 414,0 Выплаты независимым экспертам 052 04 06 0010800 117,9 Выполнение функций государственными органами 052 04 06 0010800 012 117,9 Территориальные органы 052 04 06 0011500 -11 159,2 537 466,9 Выполнение функций государственными органами 052 04 06 0011500 012 -11 159,2 537 466,9 Уплата налога на имущество организаций и земельного налога 052 04 06 0019500 5 800,0 Выполнение функций государственными органами 052 04 06 0019500 012 5 800,0 Федеральные целевые программы 052 04 06 1000000 64 690,0 Федеральная целевая программа "Социально-экономическое развитие Чеченской Республики на 2008-2011 годы" 052 04 06 1007200 64 690,0 Бюджетные инвестиции 052 04 06 1007200 003 64 690,0 Бюджетные инвестиции в объекты капитального строительства, не включенные в целевые программы 052 04 06 1020000 861 208,7 Строительство объектов общегражданского назначения 052 04 06 1020200 861 208,7 Строительство объектов социального и производственного комплексов, в том числе объектов общегражданского назначения, жилья, инфраструктуры 052 04 06 1020201 861 208,7 Бюджетные инвестиции 052 04 06 1020201 003 861 208,7 Водохозяйственные мероприятия 052 04 06 2800000 1 466 400,0 Мероприятия в области использования, охраны водных объектов и гидротехнических сооружений 052 04 06 2800100 1 089 200,0 Выполнение функций бюджетными учреждениями 052 04 06 2800100 001 583 000,0 Выполнение функций государственными органами 052 04 06 2800100 012 506 200,0 Мероприятия по информационному обеспечению и другие работы в области водных ресурсов 052 04 06 2800200 377 200,0 Выполнение функций бюджетными учреждениями 052 04 06 2800200 001 100 000,0 Выполнение функций государственными органами 052 04 06 2800200 012 277 200,0 Водоохранные и водохозяйственные учреждения 052 04 06 2810000 -27 540,4 1 501 447,0 Уплата налога на имущество организаций и земельного налога 052 04 06 2819500 106 244,0 Выполнение функций бюджетными учреждениями 052 04 06 2819500 001 106 244,0 Обеспечение деятельности подведомственных учреждений 052 04 06 2819900 -27 540,4 1 395 203,0 Выполнение функций бюджетными учреждениями 052 04 06 2819900 001 -27 540,4 1 395 203,0 Прикладные научные исследования в области национальной экономики 052 04 11 72 550,0 Прикладные научные исследования и разработки 052 04 11 0810000 70 000,0 Выполнение научно-исследовательских и опытно-конструкторских работ по государственным контрактам 052 04 11 0816900 70 000,0 Выполнение функций государственными органами 052 04 11 0816900 012 70 000,0 Федеральные целевые программы 052 04 11 1000000 2 550,0 Федеральная целевая программа "Снижение рисков и смягчение последствий чрезвычайных ситуаций природного и техногенного характера в Российской Федерации до 2010 года" 052 04 11 1003000 2 550,0 Научно-исследовательские и опытно-конструкторские работы 052 04 11 1003000 015 2 550,0 Социальная политика 052 10 25 190,7 Социальное обеспечение населения 052 10 03 25 190,7 Федеральная целевая программа "Жилище" на 2002-2010 годы 052 10 03 1040000 25 190,7 Мероприятия по обеспечению жильем отдельных категорий граждан 052 10 03 1040800 25 190,7 Мероприятия по обеспечению жильем федеральных государственных гражданских служащих 052 10 03 1040801 25 190,7 Социальные выплаты 052 10 03 1040801 005 25 190,7 Межбюджетные трансферты 052 11 7 421 762,5 Субсидии бюджетам субъектов Российской Федерации и муниципальных образований (межбюджетные субсидии) 052 11 02 4 171 762,5 Федеральные целевые программы 052 11 02 1000000 265 799,7 Федеральная целевая программа "Экономическое и социальное развитие Дальнего Востока и Забайкалья на период до 2013 года" 052 11 02 1004600 225 100,0 Экономическое и социальное развитие Дальнего Востока и Забайкалья на период до 2013 года 052 11 02 1004602 225 100,0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052 11 02 1004602 020 225 100,0 Федеральная целевая программа "Сохранение и восстановление плодородия почв земель сельскохозяйственного назначения и агроландшафтов как национального достояния России на 2006-2010 годы и на период до 2012 года" 052 11 02 1006000 40 699,7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052 11 02 1006000 020 40 699,7 Бюджетные инвестиции в объекты капитального строительства, не включенные в целевые программы 052 11 02 1020000 2 067 820,4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052 11 02 1020100 2 067 820,4 Бюджетные инвестиции в объекты капитального строительства государственной собственности субъектов Российской Федерации 052 11 02 1020101 1 812 352,0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052 11 02 1020101 020 1 812 352,0 Бюджетные инвестиции в объекты капитального строительства собственности муниципальных образований 052 11 02 1020102 255 468,4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052 11 02 1020102 020 255 468,4 Водохозяйственные мероприятия 052 11 02 2800000 1 838 142,4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052 11 02 2800300 1 838 142,4 Фонд софинансирования 052 11 02 2800300 010 1 838 142,4 Субвенции бюджетам субъектов Российской Федерации и муниципальных образований 052 11 03 3 250 000,0 Водохозяйственные мероприятия 052 11 03 2800000 3 250 000,0 Осуществление отдельных полномочий в области водных отношений 052 11 03 2800400 3 250 000,0 Фонд компенсаций 052 11 03 2800400 009 3 250 000,0 ФЕДЕРАЛЬНОЕ АГЕНТСТВО ЛЕСНОГО ХОЗЯЙСТВА 053 -7 278,5 25 004 016,7 Национальная экономика 053 04 -66 278,5 6 439 416,4 Лесное хозяйство 053 04 07 -66 278,5 6 241 621,4 Руководство и управление в сфере установленных функций 053 04 07 0010000 -7 278,5 312 711,4 Центральный аппарат 053 04 07 0010400 -2 599,7 118 273,8 Выполнение функций государственными органами 053 04 07 0010400 012 -2 599,7 118 273,8 Выплаты независимым экспертам 053 04 07 0010800 267,9 Выполнение функций государственными органами 053 04 07 0010800 012 267,9 Территориальные органы 053 04 07 0011500 -4 678,8 192 569,7 Выполнение функций государственными органами 053 04 07 0011500 012 -4 678,8 192 569,7 Уплата налога на имущество организаций и земельного налога 053 04 07 0019500 1 600,0 Выполнение функций государственными органами 053 04 07 0019500 012 1 600,0 Международное сотрудничество 053 04 07 0300000 351 000,0 Обеспечение мероприятий, предусмотренных соглашениями с международными финансовыми организациями 053 04 07 0300300 351 000,0 Реализация соглашений с международными финансовыми организациями 053 04 07 0300301 28 080,0 Выполнение международных обязательств 053 04 07 0300301 011 28 080,0 Софинансирование, связанное с реализацией соглашений с международными финансовыми организациями 053 04 07 0300302 322 920,0 Выполнение международных обязательств 053 04 07 0300302 011 322 920,0 Учреждения по обеспечению хозяйственного обслуживания 053 04 07 0930000 1 884,0 Специальные объекты 053 04 07 0936600 1 884,0 Выполнение функций бюджетными учреждениями 053 04 07 0936600 001 1 884,0 Федеральные целевые программы 053 04 07 1000000 5 950,0 Федеральная целевая программа "Преодоление последствий радиационных аварий на период до 2010 года" 053 04 07 1002900 5 950,0 Осуществление прав пользования и распоряжения лесами, их охрана, защита и воспроизводство 053 04 07 1002900 048 5 950,0 Бюджетные инвестиции в объекты капитального строительства, не включенные в целевые программы 053 04 07 1020000 50 711,0 Строительство объектов общегражданского назначения 053 04 07 1020200 50 711,0 Строительство объектов социального и производственного комплексов, в том числе объектов общегражданского назначения, жилья, инфраструктуры 053 04 07 1020201 50 711,0 Бюджетные инвестиции 053 04 07 1020201 003 50 711,0 Учреждения, обеспечивающие предоставление услуг в сфере лесных отношений 053 04 07 2910000 -59 000,0 4 687 625,9 Обеспечение деятельности подведомственных учреждений 053 04 07 2919900 -59 000,0 4 687 625,9 Выполнение функций бюджетными учреждениями 053 04 07 2919900 001 -59 000,0 4 687 625,9 Реализация государственных функций в области национальной экономики 053 04 07 3400000 831 739,1 Мероприятия по землеустройству и землепользованию 053 04 07 3400300 831 739,1 Выполнение функций бюджетными учреждениями 053 04 07 3400300 001 831 739,1 Прикладные научные исследования в области национальной экономики 053 04 11 197 795,0 Прикладные научные исследования и разработки 053 04 11 0810000 170 000,0 Выполнение научно-исследовательских и опытно-конструкторских работ по государственным контрактам 053 04 11 0816900 170 000,0 Выполнение функций государственными органами 053 04 11 0816900 012 170 000,0 Федеральные целевые программы 053 04 11 1000000 27 795,0 Федеральная целевая программа "Снижение рисков и смягчение последствий чрезвычайных ситуаций природного и техногенного характера в Российской Федерации до 2010 года" 053 04 11 1003000 4 675,0 Научно-исследовательские и опытно-конструкторские работы 053 04 11 1003000 015 4 675,0 Федеральная целевая программа "Пожарная безопасность в Российской Федерации на период до 2012 года" 053 04 11 1007300 23 120,0 Научно-исследовательские и опытно-конструкторские работы 053 04 11 1007300 015 23 120,0 Охрана окружающей среды 053 06 150 640,3 Прикладные научные исследования в области охраны окружающей среды 053 06 04 150 640,3 Прикладные научные исследования и разработки 053 06 04 0810000 150 640,3 Обеспечение деятельности подведомственных учреждений 053 06 04 0819900 150 640,3 Выполнение функций бюджетными учреждениями 053 06 04 0819900 001 150 640,3 Образование 053 07 +59 000,0 672 570,3 Среднее профессиональное образование 053 07 04 +59 000,0 668 870,5 Средние специальные учебные заведения 053 07 04 4270000 +59 000,0 668 870,5 Уплата налога на имущество организаций и земельного налога 053 07 04 4279500 +3 482,7 3 482,7 Выполнение функций бюджетными учреждениями 053 07 04 4279500 001 +3 482,7 3 482,7 Обеспечение деятельности подведомственных учреждений 053 07 04 4279900 +55 517,3 665 387,8 Выполнение функций бюджетными учреждениями 053 07 04 4279900 001 +55 517,3 665 387,8 Другие вопросы в области образования 053 07 09 3 699,8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053 07 09 4520000 3 699,8 Обеспечение деятельности подведомственных учреждений 053 07 09 4529900 3 699,8 Выполнение функций бюджетными учреждениями 053 07 09 4529900 001 3 699,8 Социальная политика 053 10 61 498,8 Социальное обеспечение населения 053 10 03 61 498,8 Федеральная целевая программа "Жилище" на 2002-2010 годы 053 10 03 1040000 61 498,8 Мероприятия по обеспечению жильем отдельных категорий граждан 053 10 03 1040800 61 498,8 Мероприятия по обеспечению жильем федеральных государственных гражданских служащих 053 10 03 1040801 61 498,8 Социальные выплаты 053 10 03 1040801 005 61 498,8 Межбюджетные трансферты 053 11 17 679 890,9 Субсидии бюджетам субъектов Российской Федерации и муниципальных образований (межбюджетные субсидии) 053 11 02 48 470,0 Федеральные целевые программы 053 11 02 1000000 48 470,0 Федеральная целевая программа "Социально-экономическое развитие Чеченской Республики на 2008-2011 годы" 053 11 02 1007200 48 470,0 Иные субсидии 053 11 02 1007200 018 22 260,0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053 11 02 1007200 020 26 210,0 Субвенции бюджетам субъектов Российской Федерации и муниципальных образований 053 11 03 17 631 420,9 Вопросы в области лесных отношений 053 11 03 2920000 17 631 420,9 Реализация отдельных полномочий в области лесных отношений 053 11 03 2920100 17 631 420,9 Фонд компенсаций 053 11 03 2920100 009 17 631 420,9 МИНИСТЕРСТВО КУЛЬТУРЫ РОССИЙСКОЙ ФЕДЕРАЦИИ 054 +153 087,8 21 200 976,9 Общегосударственные вопросы 054 01 18 074,1 Международные отношения и международное сотрудничество 054 01 08 18 074,1 Международное сотрудничество 054 01 08 0300000 18 074,1 Взносы в международные организации 054 01 08 0309800 18 074,1 Выполнение международных обязательств 054 01 08 0309800 011 18 074,1 Образование 054 07 +137 840,0 2 676 968,2 Среднее профессиональное образование 054 07 04 244 640,6 Средние специальные учебные заведения 054 07 04 4270000 244 640,6 Обеспечение деятельности подведомственных учреждений 054 07 04 4279900 244 640,6 Выполнение функций бюджетными учреждениями 054 07 04 4279900 001 244 640,6 Профессиональная подготовка, переподготовка и повышение квалификации 054 07 05 6 065,1 Учебные заведения и курсы по переподготовке кадров 054 07 05 4290000 6 065,1 Обеспечение деятельности подведомственных учреждений 054 07 05 4299900 6 065,1 Выполнение функций бюджетными учреждениями 054 07 05 4299900 001 6 065,1 Высшее и послевузовское профессиональное образование 054 07 06 +137 840,0 2 116 749,6 Федеральные целевые программы 054 07 06 1000000 +102 840,0 -5 910,0 Федеральная целевая программа "Культура России (2006-2011 годы)" 054 07 06 1000200 +102 840,0 -5 910,0 Бюджетные инвестиции 054 07 06 1000200 003 +102 840,0 -5 910,0 Бюджетные инвестиции в объекты капитального строительства, не включенные в целевые программы 054 07 06 1020000 +35 000,0 771 500,8 Строительство объектов общегражданского назначения 054 07 06 1020200 +35 000,0 771 500,8 Строительство объектов социального и производственного комплексов, в том числе объектов общегражданского назначения, жилья, инфраструктуры 054 07 06 1020201 +35 000,0 771 500,8 Бюджетные инвестиции 054 07 06 1020201 003 +35 000,0 771 500,8 Высшие учебные заведения 054 07 06 4300000 1 351 158,8 Обеспечение деятельности особо ценных объектов (учреждений) культурного наследия народов Российской Федерации 054 07 06 4309200 139 771,0 Выполнение функций бюджетными учреждениями 054 07 06 4309200 001 139 771,0 Обеспечение деятельности подведомственных учреждений 054 07 06 4309900 1 211 387,8 Выполнение функций бюджетными учреждениями 054 07 06 4309900 001 1 211 387,8 Другие вопросы в области образования 054 07 09 309 512,9 Федеральные целевые программы 054 07 09 1000000 -510,0 Федеральная целевая программа "Дети России" на 2007-2010 годы 054 07 09 1001300 -510,0 Подпрограмма "Одаренные дети" 054 07 09 1001303 -510,0 Мероприятия в сфере образования 054 07 09 1001303 022 -510,0 Мероприятия в области образования 054 07 09 4360000 309 700,0 Проведение мероприятий для детей и молодежи 054 07 09 4360900 59 500,0 Выполнение функций государственными органами 054 07 09 4360900 012 59 500,0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054 07 09 4369300 250 200,0 Прочие расходы 054 07 09 4369300 013 250 200,0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054 07 09 4520000 322,9 Обеспечение деятельности подведомственных учреждений 054 07 09 4529900 322,9 Выполнение функций бюджетными учреждениями 054 07 09 4529900 001 322,9 Культура, кинематография, средства массовой информации 054 08 -60 332,2 14 528 400,7 Культура 054 08 01 -53 820,0 11 166 455,4 Федеральные целевые программы 054 08 01 1000000 -1 077 840,0 5 212 193,3 Федеральная целевая программа "Культура России (2006-2011 годы)" 054 08 01 1000200 -1 077 840,0 5 212 628,3 Выполнение функций бюджетными учреждениями 054 08 01 1000200 001 204 022,0 Бюджетные инвестиции 054 08 01 1000200 003 -2 260 000,0 -6 384 737,2 Мероприятия по поддержке и развитию культуры, искусства, кинематографии, средств массовой информации и архивного дела 054 08 01 1000200 023 +184 560,0 3 524 675,0 Федеральное государственное учреждение "Дирекция по строительству, реконструкции и реставрации". Государственный академический Большой театр России (2-я очередь реконструкции, реставрации и технического оснащения комплекса зданий, в том числе проектно-изыскательские и противоаварийные работы) 054 08 01 1000200 677 +997 600,0 5 559 495,0 Федеральное государственное учреждение "Северо-Западная дирекция по строительству, реконструкции и реставрации". Государственный академический Мариинский театр (строительство 2-й сцены, в том числе проектно-изыскательские работы) 054 08 01 1000200 678 2 309 173,5 Федеральная целевая программа "Дети России" на 2007-2010 годы 054 08 01 1001300 -435,0 Подпрограмма "Дети и семья" 054 08 01 1001302 -435,0 Мероприятия в сфере культуры 054 08 01 1001302 024 -435,0 Бюджетные инвестиции в объекты капитального строительства, не включенные в целевые программы 054 08 01 1020000 +169 420,0 649 088,3 Строительство объектов общегражданского назначения 054 08 01 1020200 +169 420,0 649 088,3 Строительство объектов социального и производственного комплексов, в том числе объектов общегражданского назначения, жилья, инфраструктуры 054 08 01 1020201 +169 420,0 649 088,3 Бюджетные инвестиции 054 08 01 1020201 003 +169 420,0 649 088,3 Дворцы и дома культуры, другие учреждения культуры и средств массовой информации 054 08 01 4400000 22 529,1 Обеспечение деятельности подведомственных учреждений 054 08 01 4409900 22 529,1 Выполнение функций бюджетными учреждениями 054 08 01 4409900 001 22 529,1 Музеи и постоянные выставки 054 08 01 4410000 +621 000,0 2 973 090,4 Обеспечение деятельности особо ценных объектов (учреждений) культурного наследия народов Российской Федерации 054 08 01 4419200 +50 000,0 2 283 942,9 Выполнение функций бюджетными учреждениями 054 08 01 4419200 001 +50 000,0 2 283 942,9 Обеспечение деятельности подведомственных учреждений 054 08 01 4419900 +571 000,0 689 147,5 Выполнение функций бюджетными учреждениями 054 08 01 4419900 001 +571 000,0 689 147,5 Библиотеки 054 08 01 4420000 230 768,2 Обеспечение деятельности особо ценных объектов (учреждений) культурного наследия народов Российской Федерации 054 08 01 4429200 163 316,7 Выполнение функций бюджетными учреждениями 054 08 01 4429200 001 163 316,7 Обеспечение деятельности подведомственных учреждений 054 08 01 4429900 67 451,5 Выполнение функций бюджетными учреждениями 054 08 01 4429900 001 67 451,5 Театры, цирки, концертные и другие организации исполнительских искусств 054 08 01 4430000 1 783 422,7 Субсидии государственным цирковым организациям 054 08 01 4430100 301 200,0 Субсидии юридическим лицам 054 08 01 4430100 006 301 200,0 Обеспечение деятельности особо ценных объектов (учреждений) культурного наследия народов Российской Федерации 054 08 01 4439200 653 558,5 Выполнение функций бюджетными учреждениями 054 08 01 4439200 001 653 558,5 Обеспечение деятельности подведомственных учреждений 054 08 01 4439900 828 664,2 Выполнение функций бюджетными учреждениями 054 08 01 4439900 001 828 664,2 Мероприятия в сфере культуры, кинематографии, средств массовой информации 054 08 01 4500000 +233 600,0 295 363,4 Субсидии творческим союзам на оказание материальной помощи членам творческих союзов 054 08 01 4500200 50 000,0 Субсидии некоммерческим организациям 054 08 01 4500200 019 50 000,0 Субсидии Благотворительному фонду по восстановлению Воскресенского Ново-Иерусалимского ставропигиального мужского монастыря Русской Православной Церкви на воссоздание исторического облика монастыря 054 08 01 4500700 1 000 000,0 Субсидии некоммерческим организациям 054 08 01 4500700 019 1 000 000,0 Государственная поддержка в сфере культуры, кинематографии, средств массовой информации 054 08 01 4508500 +233 500,0 -761 461,6 Выполнение функций государственными органами 054 08 01 4508500 012 +233 500,0 -787 861,6 Прочие расходы 054 08 01 4508500 013 26 400,0 Гранты в области науки, культуры, искусства и средств массовой информации 054 08 01 4509000 8 000,0 Субсидии юридическим лицам 054 08 01 4509000 006 8 000,0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054 08 01 4509300 +1 500,0 1 500,0 Прочие расходы 054 08 01 4509300 013 +1 500,0 1 500,0 Мероприятия по патриотическому воспитанию граждан Российской Федерации 054 08 01 4509400 -1 400,0 -2 675,0 Выполнение функций государственными органами 054 08 01 4509400 012 -1 400,0 -2 675,0 Кинематография 054 08 02 +1 400,0 -366 872,9 Федеральные целевые программы 054 08 02 1000000 -161 235,0 Федеральная целевая программа "Культура России (2006-2011 годы)" 054 08 02 1000200 -161 235,0 Мероприятия по поддержке и развитию культуры, искусства, кинематографии, средств массовой информации и архивного дела 054 08 02 1000200 023 -161 235,0 Мероприятия в сфере культуры, кинематографии, средств массовой информации 054 08 02 4500000 +1 400,0 -205 637,9 Государственная поддержка в сфере культуры, кинематографии, средств массовой информации 054 08 02 4508500 -206 767,9 Выполнение функций государственными органами 054 08 02 4508500 012 -206 767,9 Мероприятия по патриотическому воспитанию граждан Российской Федерации 054 08 02 4509400 +1 400,0 1 130,0 Выполнение функций государственными органами 054 08 02 4509400 012 +1 400,0 1 130,0 Прикладные научные исследования в области культуры, кинематографии, средств массовой информации 054 08 05 24 842,1 Прикладные научные исследования и разработки 054 08 05 0810000 29 942,1 Уплата налога на имущество организаций и земельного налога 054 08 05 0819500 571,0 Выполнение функций бюджетными учреждениями 054 08 05 0819500 001 571,0 Обеспечение деятельности подведомственных учреждений 054 08 05 0819900 29 371,1 Выполнение функций бюджетными учреждениями 054 08 05 0819900 001 29 371,1 Федеральные целевые программы 054 08 05 1000000 -5 100,0 Федеральная целевая программа "Культура России (2006-2011 годы)" 054 08 05 1000200 -5 100,0 Научно-исследовательские и опытно-конструкторские работы 054 08 05 1000200 015 -5 100,0 Другие вопросы в области культуры, кинематографии, средств массовой информации 054 08 06 -7 912,2 3 703 976,1 Руководство и управление в сфере установленных функций 054 08 06 0010000 -287,2 151 971,0 Центральный аппарат 054 08 06 0010400 -7 912,2 142 322,1 Выполнение функций государственными органами 054 08 06 0010400 012 -7 912,2 142 322,1 Выплаты независимым экспертам 054 08 06 0010800 -10,5 Выполнение функций государственными органами 054 08 06 0010800 012 -10,5 Уплата налога на имущество организаций и земельного налога 054 08 06 0019500 +7 625,0 9 659,4 Выполнение функций государственными органами 054 08 06 0019500 012 +7 625,0 9 659,4 Международное сотрудничество 054 08 06 0300000 3 549 064,2 Обеспечение мероприятий, предусмотренных соглашениями с международными финансовыми организациями 054 08 06 0300300 3 549 064,2 Реализация соглашений с международными финансовыми организациями 054 08 06 0300301 391 450,0 Выполнение международных обязательств 054 08 06 0300301 011 391 450,0 Софинансирование, связанное с реализацией соглашений с международными финансовыми организациями 054 08 06 0300302 3 157 614,2 Выполнение международных обязательств 054 08 06 0300302 011 3 157 614,2 Резервные фонды 054 08 06 0700000 -600,0 Резервный фонд Президента Российской Федерации 054 08 06 0700200 -600,0 Прочие расходы 054 08 06 0700200 013 -600,0 Учреждения по обеспечению хозяйственного обслуживания 054 08 06 0930000 -158,0 Специальные объекты 054 08 06 0936600 -158,0 Выполнение функций бюджетными учреждениями 054 08 06 0936600 001 -158,0 Мероприятия в сфере культуры, кинематографии, средств массовой информации 054 08 06 4500000 -7 625,0 3 698,9 Государственная поддержка в сфере культуры, кинематографии, средств массовой информации 054 08 06 4508500 126,4 Выполнение функций государственными органами 054 08 06 4508500 012 126,4 Гранты в области науки, культуры, искусства и средств массовой информации 054 08 06 4509000 -2 625,0 4 375,0 Прочие расходы 054 08 06 4509000 013 -2 625,0 4 375,0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054 08 06 4509300 -5 000,0 Прочие расходы 054 08 06 4509300 013 -5 000,0 Мероприятия по патриотическому воспитанию граждан Российской Федерации 054 08 06 4509400 -802,5 Выполнение функций государственными органами 054 08 06 4509400 012 -802,5 Социальная политика 054 10 64 081,8 Социальное обеспечение населения 054 10 03 64 081,8 Федеральная целевая программа "Жилище" на 2002-2010 годы 054 10 03 1040000 64 081,8 Мероприятия по обеспечению жильем отдельных категорий граждан 054 10 03 1040800 64 081,8 Мероприятия по обеспечению жильем федеральных государственных гражданских служащих 054 10 03 1040801 64 081,8 Социальные выплаты 054 10 03 1040801 005 64 081,8 Межбюджетные трансферты 054 11 +75 580,0 3 913 452,1 Субсидии бюджетам субъектов Российской Федерации и муниципальных образований (межбюджетные субсидии) 054 11 02 +75 580,0 3 913 452,1 Федеральные целевые программы 054 11 02 1000000 3 370 650,0 Федеральная целевая программа "Культура России (2006-2011 годы)" 054 11 02 1000200 2 107 825,0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054 11 02 1000200 020 2 107 825,0 Федеральная целевая программа "Социальное развитие села до 2012 года" 054 11 02 1001100 -1 500,0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054 11 02 1001100 020 -1 500,0 Федеральная целевая программа развития Калининградской области на период до 2014 года 054 11 02 1004500 -10 110,0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054 11 02 1004500 020 -10 110,0 Федеральная целевая программа "Экономическое и социальное развитие Дальнего Востока и Забайкалья на период до 2013 года" 054 11 02 1004600 401 965,0 Экономическое и социальное развитие Дальнего Востока и Забайкалья на период до 2013 года 054 11 02 1004602 401 965,0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054 11 02 1004602 020 401 965,0 Федеральная целевая программа "Социально-экономическое развитие Чеченской Республики на 2008-2011 годы" 054 11 02 1007200 872 470,0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054 11 02 1007200 020 872 470,0 Бюджетные инвестиции в объекты капитального строительства, не включенные в целевые программы 054 11 02 1020000 +75 580,0 450 002,1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054 11 02 1020100 +75 580,0 450 002,1 Бюджетные инвестиции в объекты капитального строительства государственной собственности субъектов Российской Федерации 054 11 02 1020101 +75 580,0 450 002,1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054 11 02 1020101 020 +75 580,0 450 002,1 Мероприятия в сфере культуры, кинематографии, средств массовой информации 054 11 02 4500000 92 800,0 Гранты в области науки, культуры, искусства и средств массовой информации 054 11 02 4509000 92 800,0 Фонд софинансирования 054 11 02 4509000 010 92 800,0 МИНИСТЕРСТВО ЗДРАВООХРАНЕНИЯ И СОЦИАЛЬНОГО РАЗВИТИЯ РОССИЙСКОЙ ФЕДЕРАЦИИ 055 +589 076,3 107 321 608,9 Общегосударственные вопросы 055 01 502 667,1 Международные отношения и международное сотрудничество 055 01 08 502 667,1 Международное сотрудничество 055 01 08 0300000 502 667,1 Взносы в международные организации 055 01 08 0309800 502 667,1 Выполнение международных обязательств 055 01 08 0309800 011 502 667,1 Национальная безопасность и правоохранительная деятельность 055 03 -3 100,0 Прикладные научные исследования в области национальной безопасности и правоохранительной деятельности 055 03 13 -3 100,0 Федеральные целевые программы 055 03 13 1000000 -3 100,0 Федеральная целевая программа "Комплексные меры противодействия злоупотреблению наркотиками и их незаконному обороту на 2005-2009 годы" 055 03 13 1002500 -3 100,0 Научно-исследовательские и опытно-конструкторские работы 055 03 13 1002500 015 -3 100,0 Национальная экономика 055 04 112 040,0 Прикладные научные исследования в области национальной экономики 055 04 11 102 500,0 Федеральные целевые программы 055 04 11 1000000 102 500,0 Федеральная целевая программа "Мировой океан" 055 04 11 1000500 2 500,0 Подпрограмма "Освоение и использование Арктики" 055 04 11 1000507 2 500,0 Научно-исследовательские и опытно-конструкторские работы 055 04 11 1000507 015 2 500,0 Федеральная целевая программа "Национальная система химической и биологической безопасности Российской Федерации (2009-2013 годы)" 055 04 11 1007500 100 000,0 Научно-исследовательские и опытно-конструкторские работы 055 04 11 1007500 015 100 000,0 Другие вопросы в области национальной экономики 055 04 12 9 540,0 Федеральные целевые программы 055 04 12 1000000 9 540,0 Федеральная целевая программа "Национальная система химической и биологической безопасности Российской Федерации (2009-2013 годы)" 055 04 12 1007500 9 540,0 Прочие расходы 055 04 12 1007500 013 9 540,0 Жилищно-коммунальное хозяйство 055 05 -8 307,3 Жилищное хозяйство 055 05 01 -8 307,3 Федеральная целевая программа "Жилище" на 2002-2010 годы 055 05 01 1040000 -8 307,3 Мероприятия по обеспечению жильем отдельных категорий граждан 055 05 01 1040800 -8 307,3 Мероприятия по обеспечению жильем молодых ученых и строительство общежитий 055 05 01 1040802 -8 307,3 Государственное образовательное учреждение высшего профессионального образования "Кировская государственная медицинская академия Федерального агентства по здравоохранению и социальному развитию", здание общежития КГМА, ул. Красноармейская, д. 33, г. Киров 055 05 01 1040802 122 -8 307,3 Образование 055 07 +1 587 711,2 6 879 272,1 Среднее профессиональное образование 055 07 04 +140 255,9 397 841,6 Средние специальные учебные заведения 055 07 04 4270000 +140 255,9 397 841,6 Уплата налога на имущество организаций и земельного налога 055 07 04 4279500 +5 129,1 5 129,1 Выполнение функций бюджетными учреждениями 055 07 04 4279500 001 +5 129,1 5 129,1 Обеспечение деятельности подведомственных учреждений 055 07 04 4279900 +135 126,8 392 712,5 Выполнение функций бюджетными учреждениями 055 07 04 4279900 001 +135 126,8 392 712,5 Профессиональная подготовка, переподготовка и повышение квалификации 055 07 05 +94 569,2 1 203 612,8 Средние специальные учебные заведения 055 07 05 4270000 +6 907,6 6 907,6 Уплата налога на имущество организаций и земельного налога 055 07 05 4279500 +6 907,6 6 907,6 Выполнение функций бюджетными учреждениями 055 07 05 4279500 001 +6 907,6 6 907,6 Институты повышения квалификации 055 07 05 4280000 +87 661,6 1 196 705,2 Государственный заказ на профессиональную переподготовку и повышение квалификации государственных служащих 055 07 05 4280100 632 979,6 Выполнение функций государственными органами 055 07 05 4280100 012 632 979,6 Обеспечение деятельности подведомственных учреждений 055 07 05 4289900 +87 661,6 563 725,6 Выполнение функций бюджетными учреждениями 055 07 05 4289900 001 +87 661,6 563 725,6 Высшее и послевузовское профессиональное образование 055 07 06 +1 352 886,1 5 354 793,9 Бюджетные инвестиции в объекты капитального строительства, не включенные в целевые программы 055 07 06 1020000 535 020,0 Строительство объектов общегражданского назначения 055 07 06 1020200 535 020,0 Строительство объектов социального и производственного комплексов, в том числе объектов общегражданского назначения, жилья, инфраструктуры 055 07 06 1020201 535 020,0 Бюджетные инвестиции 055 07 06 1020201 003 535 020,0 Высшие учебные заведения 055 07 06 4300000 +1 352 886,1 4 819 773,9 Уплата налога на имущество организаций и земельного налога 055 07 06 4309500 +80 030,3 80 030,3 Выполнение функций бюджетными учреждениями 055 07 06 4309500 001 +80 030,3 80 030,3 Обеспечение деятельности подведомственных учреждений 055 07 06 4309900 +1 272 855,8 4 739 743,6 Выполнение функций бюджетными учреждениями 055 07 06 4309900 001 +1 272 855,8 4 739 743,6 Другие вопросы в области образования 055 07 09 -76 976,2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055 07 09 4520000 -76 976,2 Обеспечение деятельности подведомственных учреждений 055 07 09 4529900 -76 976,2 Выполнение функций бюджетными учреждениями 055 07 09 4529900 001 -76 976,2 Здравоохранение, физическая культура и спорт 055 09 +802 971,7 26 022 355,9 Стационарная медицинская помощь 055 09 01 +2 015 503,8 1 376 364,3 Федеральные целевые программы 055 09 01 1000000 127 823,0 Федеральная целевая программа "Социальная поддержка инвалидов на 2006-2010 годы" 055 09 01 1000700 127 823,0 Расходы общепрограммного характера по федеральной целевой программе "Социальная поддержка инвалидов на 2006-2010 годы" 055 09 01 1000702 127 823,0 Бюджетные инвестиции 055 09 01 1000702 003 127 823,0 Бюджетные инвестиции в объекты капитального строительства, не включенные в целевые программы 055 09 01 1020000 -6 583 290,7 Строительство объектов общегражданского назначения 055 09 01 1020200 -6 583 290,7 Строительство федеральных центров высоких медицинских технологий, осуществляемое в рамках национального проекта 055 09 01 1020202 4 718 710,4 Бюджетные инвестиции 055 09 01 1020202 003 -485 819,0 Федеральный центр травматологии, ортопедии и эндопротезирования, г. Краснодар 055 09 01 1020202 311 -226 588,4 Федеральный центр сердечно-сосудистой хирургии, г. Красноярск 055 09 01 1020202 312 -67,7 Федеральный центр нейрохирургии, г. Тюмень 055 09 01 1020202 314 25 385,1 Федеральный центр сердечно-сосудистой хирургии, г. Хабаровск 055 09 01 1020202 315 13 154,6 Федеральный центр травматологии, ортопедии и эндопротезирования, г. Барнаул 055 09 01 1020202 318 1 051 598,8 Федеральный центр травматологии, ортопедии и эндопротезирования, г. Владивосток 055 09 01 1020202 319 916 037,7 Федеральный центр сердечно-сосудистой хирургии, г. Калининград 055 09 01 1020202 320 899 465,4 Федеральный центр нейрохирургии, г. Новосибирск 055 09 01 1020202 321 1 112 506,6 Федеральный центр сердечно-сосудистой хирургии, г. Пермь 055 09 01 1020202 322 777 990,4 Федеральный центр травматологии, ортопедии и эндопротезирования, г. Смоленск 055 09 01 1020202 323 607 657,2 Федеральный центр сердечно-сосудистой хирургии, г. Челябинск 055 09 01 1020202 324 27 389,7 Строительство медицинских центров по оказанию специализированной медицинской помощи в области акушерства, гинекологии и неонатологии (перинатальных центров) 055 09 01 1020203 -11 302 001,1 Бюджетные инвестиции 055 09 01 1020203 003 -11 302 001,1 Больницы, клиники, госпитали, медико-санитарные части 055 09 01 4700000 +1 797 662,1 8 175 636,5 Высокотехнологичные виды медицинской помощи 055 09 01 4700200 +175 248,4 1 857 900,8 Выполнение функций бюджетными учреждениями 055 09 01 4700200 001 +175 248,4 2 612 517,4 Выполнение функций государственными органами 055 09 01 4700200 012 -754 616,6 Уплата налога на имущество организаций и земельного налога 055 09 01 4709500 +251 413,7 264 369,3 Выполнение функций бюджетными учреждениями 055 09 01 4709500 001 +251 413,7 264 369,3 Обеспечение деятельности подведомственных учреждений 055 09 01 4709900 +1 371 000,0 6 053 366,4 Выполнение функций бюджетными учреждениями 055 09 01 4709900 001 +1 371 000,0 6 053 366,4 Реализация государственных функций в области здравоохранения, спорта и туризма 055 09 01 4850000 +217 841,7 -441 804,5 Развитие новых высоких медицинских технологий в федеральных специализированных медицинских учреждениях и государственных образовательных учреждениях высшего профессионального и послевузовского образования, имеющих лицензии на осуществление медицинской деятельности 055 09 01 4850300 +217 841,7 -1 892 158,3 Выполнение функций бюджетными учреждениями 055 09 01 4850300 001 +200 000,0 200 000,0 Выполнение функций государственными органами 055 09 01 4850300 012 +17 841,7 -2 092 158,3 Закупки оборудования и расходных материалов для неонатального и аудиологического скрининга 055 09 01 4850500 31 500,0 Выполнение функций государственными органами 055 09 01 4850500 012 31 500,0 Совершенствование организации медицинской помощи пострадавшим при дорожно-транспортных происшествиях 055 09 01 4850800 -1 740 602,0 Выполнение функций бюджетными учреждениями 055 09 01 4850800 001 -1 740 602,0 Совершенствование медицинской помощи больным с сосудистыми заболеваниями 055 09 01 4850900 -1 431 949,2 Выполнение функций бюджетными учреждениями 055 09 01 4850900 001 -1 384 499,2 Выполнение функций государственными органами 055 09 01 4850900 012 -47 450,0 Мероприятия по совершенствованию организации онкологической помощи населению 055 09 01 4851600 6 305 904,7 Выполнение функций государственными органами 055 09 01 4851600 012 6 305 904,7 Мероприятия, направленные на формирование здорового образа жизни у граждан Российской Федерации, включая сокращение потребления алкоголя и табака 055 09 01 4851700 830 000,0 Выполнение функций государственными органами 055 09 01 4851700 012 830 000,0 Централизованные закупки медикаментов и медицинского оборудования 055 09 01 4857700 -2 544 499,7 Выполнение функций государственными органами 055 09 01 4857700 012 -2 544 499,7 Реализация государственных функций в области социальной политики 055 09 01 5140000 98 000,0 Субсидии отдельным общественным организациям и иным некоммерческим объединениям 055 09 01 5140500 98 000,0 Субсидии некоммерческим организациям 055 09 01 5140500 019 98 000,0 Амбулаторная помощь 055 09 02 +71 576,7 8 176 352,9 Поликлиники, амбулатории, диагностические центры 055 09 02 4710000 +71 576,7 187 601,0 Уплата налога на имущество организаций и земельного налога 055 09 02 4719500 4 132,9 Выполнение функций бюджетными учреждениями 055 09 02 4719500 001 4 132,9 Обеспечение деятельности подведомственных учреждений 055 09 02 4719900 +71 576,7 183 468,1 Выполнение функций бюджетными учреждениями 055 09 02 4719900 001 +71 576,7 183 468,1 Реализация государственных функций в области здравоохранения, спорта и туризма 055 09 02 4850000 7 988 751,9 Закупки лекарственных средств, предназначенных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055 09 02 4851000 7 988 751,9 Выполнение функций государственными органами 055 09 02 4851000 012 7 988 751,9 Санаторно-оздоровительная помощь 055 09 05 +590 337,0 2 271 299,1 Санатории для больных туберкулезом 055 09 05 4730000 +243 392,0 897 381,2 Уплата налога на имущество организаций и земельного налога 055 09 05 4739500 +58 900,0 58 900,0 Выполнение функций бюджетными учреждениями 055 09 05 4739500 001 +58 900,0 58 900,0 Обеспечение деятельности подведомственных учреждений 055 09 05 4739900 +184 492,0 838 481,2 Выполнение функций бюджетными учреждениями 055 09 05 4739900 001 +184 492,0 838 481,2 Санатории для детей и подростков 055 09 05 4740000 +294 050,0 941 607,5 Уплата налога на имущество организаций и земельного налога 055 09 05 4749500 +62 000,0 62 000,0 Выполнение функций бюджетными учреждениями 055 09 05 4749500 001 +62 000,0 62 000,0 Обеспечение деятельности подведомственных учреждений 055 09 05 4749900 +232 050,0 879 607,5 Выполнение функций бюджетными учреждениями 055 09 05 4749900 001 +232 050,0 879 607,5 Санатории, пансионаты, дома отдыха и турбазы 055 09 05 4750000 +52 895,0 432 310,4 Уплата налога на имущество организаций и земельного налога 055 09 05 4759500 +4 500,0 4 500,0 Выполнение функций бюджетными учреждениями 055 09 05 4759500 001 +4 500,0 4 500,0 Обеспечение деятельности подведомственных учреждений 055 09 05 4759900 +48 395,0 427 810,4 Выполнение функций бюджетными учреждениями 055 09 05 4759900 001 +48 395,0 427 810,4 Прикладные научные исследования в области здравоохранения, физической культуры и спорта 055 09 09 +9 839,0 604 682,6 Прикладные научные исследования и разработки 055 09 09 0810000 +9 839,0 834 103,3 Выполнение научно-исследовательских и опытно-конструкторских работ по государственным контрактам 055 09 09 0816900 42 500,0 Выполнение функций государственными органами 055 09 09 0816900 012 42 500,0 Уплата налога на имущество организаций и земельного налога 055 09 09 0819500 +9 839,0 12 441,8 Выполнение функций бюджетными учреждениями 055 09 09 0819500 001 +9 839,0 12 441,8 Обеспечение деятельности подведомственных учреждений 055 09 09 0819900 779 161,5 Выполнение функций бюджетными учреждениями 055 09 09 0819900 001 779 161,5 Федеральные целевые программы 055 09 09 1000000 -229 420,7 Федеральная целевая программа "Социальное развитие села до 2012 года" 055 09 09 1001100 -600,0 Научно-исследовательские и опытно-конструкторские работы 055 09 09 1001100 015 -600,0 Федеральная целевая программа "Дети России" на 2007-2010 годы 055 09 09 1001300 -3 200,0 Подпрограмма "Здоровое поколение" 055 09 09 1001301 -3 200,0 Научно-исследовательские и опытно-конструкторские работы 055 09 09 1001301 015 -3 200,0 Федеральная целевая программа "Предупреждение и борьба с социально значимыми заболеваниями (2007-2011 годы)" 055 09 09 1002300 -196 988,2 Подпрограмма "Сахарный диабет" 055 09 09 1002301 -39 300,0 Научно-исследовательские и опытно-конструкторские работы 055 09 09 1002301 015 -39 300,0 Подпрограмма "Туберкулез" 055 09 09 1002302 -20 585,0 Научно-исследовательские и опытно-конструкторские работы 055 09 09 1002302 015 -20 585,0 Подпрограмма "Вакцинопрофилактика" 055 09 09 1002303 -14 300,0 Научно-исследовательские и опытно-конструкторские работы 055 09 09 1002303 015 -14 300,0 Подпрограмма "ВИЧ-инфекция" 055 09 09 1002304 -29 700,0 Научно-исследовательские и опытно-конструкторские работы 055 09 09 1002304 015 -29 700,0 Подпрограмма "Онкология" 055 09 09 1002305 -7 395,0 Научно-исследовательские и опытно-конструкторские работы 055 09 09 1002305 015 -7 395,0 Подпрограмма "Инфекции, передаваемые половым путем" 055 09 09 1002306 -34 800,0 Научно-исследовательские и опытно-конструкторские работы 055 09 09 1002306 015 -34 800,0 Подпрограмма "Вирусные гепатиты" 055 09 09 1002307 -41 800,0 Научно-исследовательские и опытно-конструкторские работы 055 09 09 1002307 015 -41 800,0 Подпрограмма "Психические расстройства" 055 09 09 1002308 -10 410,0 Научно-исследовательские и опытно-конструкторские работы 055 09 09 1002308 015 -10 410,0 Подпрограмма "Артериальная гипертония" 055 09 09 1002309 1 301,8 Научно-исследовательские и опытно-конструкторские работы 055 09 09 1002309 015 1 301,8 Федеральная целевая программа "Повышение безопасности дорожного движения в 2006-2012 годах" 055 09 09 1005900 -30 587,5 Научно-исследовательские и опытно-конструкторские работы 055 09 09 1005900 015 -30 587,5 Федеральная целевая программа "Развитие государственной статистики России в 2007-2011 годах" 055 09 09 1006200 1 955,0 Научно-исследовательские и опытно-конструкторские работы 055 09 09 1006200 015 1 955,0 Другие вопросы в области здравоохранения, физической культуры и спорта 055 09 10 -1 884 284,8 13 593 657,0 Руководство и управление в сфере установленных функций 055 09 10 0010000 -696 449,1 1 592 201,6 Центральный аппарат 055 09 10 0010400 -729 447,6 1 552 112,2 Выполнение функций государственными органами 055 09 10 0010400 012 -729 447,6 1 552 112,2 Выплаты независимым экспертам 055 09 10 0010800 43,7 Выполнение функций государственными органами 055 09 10 0010800 012 43,7 Территориальные органы 055 09 10 0011500 -193,4 854,7 Выполнение функций государственными органами 055 09 10 0011500 012 -193,4 854,7 Уплата налога на имущество организаций и земельного налога 055 09 10 0019500 +33 191,9 39 191,0 Выполнение функций государственными органами 055 09 10 0019500 012 +33 191,9 39 191,0 Международное сотрудничество 055 09 10 0300000 -479 068,2 138 691,8 Обеспечение мероприятий, предусмотренных соглашениями с международными финансовыми организациями 055 09 10 0300300 -479 068,2 138 691,8 Реализация соглашений с международными финансовыми организациями 055 09 10 0300301 -440 458,2 138 691,8 Выполнение международных обязательств 055 09 10 0300301 011 -440 458,2 138 691,8 Софинансирование, связанное с реализацией соглашений с международными финансовыми организациями 055 09 10 0300302 -38 610,0 Выполнение международных обязательств 055 09 10 0300302 011 -38 610,0 Учреждения по обеспечению хозяйственного обслуживания 055 09 10 0930000 11 633,1 Специальные объекты 055 09 10 0936600 11 633,1 Выполнение функций бюджетными учреждениями 055 09 10 0936600 001 11 633,1 Федеральные целевые программы 055 09 10 1000000 2 730 608,4 Федеральная целевая программа "Социальная поддержка инвалидов на 2006-2010 годы" 055 09 10 1000700 180 880,0 Расходы общепрограммного характера по федеральной целевой программе "Социальная поддержка инвалидов на 2006-2010 годы" 055 09 10 1000702 180 880,0 Бюджетные инвестиции 055 09 10 1000702 003 180 880,0 Федеральная целевая программа "Дети России" на 2007-2010 годы 055 09 10 1001300 3 633,4 Подпрограмма "Здоровое поколение" 055 09 10 1001301 -18 757,1 Мероприятия в области здравоохранения 055 09 10 1001301 067 -18 757,1 Подпрограмма "Дети и семья" 055 09 10 1001302 22 390,5 Мероприятия в области здравоохранения 055 09 10 1001302 067 22 390,5 Федеральная целевая программа "Предупреждение и борьба с социально значимыми заболеваниями (2007-2011 годы)" 055 09 10 1002300 2 587 570,0 Подпрограмма "Сахарный диабет" 055 09 10 1002301 136 545,1 Мероприятия в области здравоохранения 055 09 10 1002301 067 136 545,1 Подпрограмма "Туберкулез" 055 09 10 1002302 1 766 592,0 Мероприятия в области здравоохранения 055 09 10 1002302 067 1 766 592,0 Подпрограмма "Вакцинопрофилактика" 055 09 10 1002303 2 746,6 Мероприятия в области здравоохранения 055 09 10 1002303 067 2 746,6 Подпрограмма "ВИЧ-инфекция" 055 09 10 1002304 29 540,0 Мероприятия в области здравоохранения 055 09 10 1002304 067 29 540,0 Подпрограмма "Онкология" 055 09 10 1002305 238 500,0 Мероприятия в области здравоохранения 055 09 10 1002305 067 238 500,0 Подпрограмма "Инфекции, передаваемые половым путем" 055 09 10 1002306 60 903,6 Мероприятия в области здравоохранения 055 09 10 1002306 067 60 903,6 Подпрограмма "Вирусные гепатиты" 055 09 10 1002307 165 567,8 Мероприятия в области здравоохранения 055 09 10 1002307 067 165 567,8 Подпрограмма "Психические расстройства" 055 09 10 1002308 147 319,9 Бюджетные инвестиции 055 09 10 1002308 003 100 000,0 Мероприятия в области здравоохранения 055 09 10 1002308 067 47 319,9 Подпрограмма "Артериальная гипертония" 055 09 10 1002309 39 855,0 Мероприятия в области здравоохранения 055 09 10 1002309 067 39 855,0 Федеральная целевая программа "Преодоление последствий радиационных аварий на период до 2010 года" 055 09 10 1002900 -5 250,0 Бюджетные инвестиции 055 09 10 1002900 003 -5 250,0 Федеральная целевая программа "Повышение безопасности дорожного движения в 2006-2012 годах" 055 09 10 1005900 -36 225,0 Бюджетные инвестиции 055 09 10 1005900 003 -4 095,0 Мероприятия в области здравоохранения 055 09 10 1005900 067 -32 130,0 Бюджетные инвестиции в объекты капитального строительства, не включенные в целевые программы 055 09 10 1020000 8 450 992,7 Строительство объектов общегражданского назначения 055 09 10 1020200 8 450 992,7 Строительство объектов социального и производственного комплексов, в том числе объектов общегражданского назначения, жилья, инфраструктуры 055 09 10 1020201 4 400 992,7 Бюджетные инвестиции 055 09 10 1020201 003 4 400 992,7 Строительство федеральных центров высоких медицинских технологий, осуществляемое в рамках национального проекта 055 09 10 1020202 2 600 000,0 Федеральный научно- клинический центр детской гематологии, онкологии и иммунологии, г. Москва 055 09 10 1020202 317 2 600 000,0 Строительство медицинских центров по оказанию специализированной медицинской помощи в области акушерства, гинекологии и неонатологии (перинатальных центров) 055 09 10 1020203 1 450 000,0 Бюджетные инвестиции 055 09 10 1020203 003 1 450 000,0 Учреждения, обеспечивающие предоставление услуг в сфере здравоохранения 055 09 10 4690000 -4 450,2 474 121,7 Уплата налога на имущество организаций и земельного налога 055 09 10 4699500 +740,0 740,0 Выполнение функций бюджетными учреждениями 055 09 10 4699500 001 +740,0 740,0 Обеспечение деятельности подведомственных учреждений 055 09 10 4699900 -5 190,2 473 381,7 Выполнение функций бюджетными учреждениями 055 09 10 4699900 001 -5 190,2 473 381,7 Реализация государственных функций в области здравоохранения, спорта и туризма 055 09 10 4850000 -704 317,3 195 407,7 Методическое обеспечение и информационная поддержка 055 09 10 4850700 -154 592,3 145 407,7 Выполнение функций государственными органами 055 09 10 4850700 012 -154 592,3 145 407,7 Финансовое обеспечение создания информационной системы в здравоохранении 055 09 10 4851800 -549 725,0 50 000,0 Выполнение функций государственными органами 055 09 10 4851800 012 -549 725,0 50 000,0 Социальная политика 055 10 -652 902,7 -3 226 465,3 Социальное обслуживание населения 055 10 02 +16 801,3 212 949,8 Медико-социальная экспертная комиссия 055 10 02 5000000 70 981,8 Обеспечение деятельности подведомственных учреждений 055 10 02 5009900 70 981,8 Выполнение функций бюджетными учреждениями 055 10 02 5009900 001 70 981,8 Дома-интернаты для престарелых и инвалидов 055 10 02 5010000 +11 115,6 36 358,9 Уплата налога на имущество организаций и земельного налога 055 10 02 5019500 +680,0 4 846,7 Выполнение функций бюджетными учреждениями 055 10 02 5019500 001 +680,0 4 846,7 Обеспечение деятельности подведомственных учреждений 055 10 02 5019900 +10 435,6 31 512,2 Выполнение функций бюджетными учреждениями 055 10 02 5019900 001 +10 435,6 31 512,2 Учреждения по обучению инвалидов 055 10 02 5020000 +747,3 80 670,7 Уплата налога на имущество организаций и земельного налога 055 10 02 5029500 488,5 Выполнение функций бюджетными учреждениями 055 10 02 5029500 001 488,5 Обеспечение деятельности подведомственных учреждений 055 10 02 5029900 +747,3 80 182,2 Выполнение функций бюджетными учреждениями 055 10 02 5029900 001 +747,3 80 182,2 Реализация государственных функций в области социальной политики 055 10 02 5140000 +4 938,4 24 938,4 Мероприятия в области социальной политики 055 10 02 5140100 20 000,0 Выполнение функций государственными органами 055 10 02 5140100 012 20 000,0 Субсидии стационарам сложного протезирования на оплату дней пребывания инвалидов в стационарах 055 10 02 5140200 +4 938,4 4 938,4 Субсидии юридическим лицам 055 10 02 5140200 006 +4 938,4 4 938,4 Социальное обеспечение населения 055 10 03 -669 500,0 -404 262,7 Федеральная целевая программа "Жилище" на 2002-2010 годы 055 10 03 1040000 265 237,3 Мероприятия по обеспечению жильем отдельных категорий граждан 055 10 03 1040800 265 237,3 Мероприятия по обеспечению жильем федеральных государственных гражданских служащих 055 10 03 1040801 265 237,3 Социальные выплаты 055 10 03 1040801 005 265 237,3 Социальная помощь 055 10 03 5050000 -669 500,0 -669 500,0 Обеспечение инвалидов транспортными средствами 055 10 03 5052800 -669 500,0 -669 500,0 Социальные выплаты 055 10 03 5052800 005 -669 500,0 -669 500,0 Охрана семьи и детства 055 10 04 36 462,5 Федеральные целевые программы 055 10 04 1000000 36 462,5 Федеральная целевая программа "Дети России" на 2007-2010 годы 055 10 04 1001300 36 462,5 Подпрограмма "Дети и семья" 055 10 04 1001302 36 462,5 Мероприятия в области социальной политики 055 10 04 1001302 068 36 462,5 Прикладные научные исследования в области социальной политики 055 10 05 47 529,5 Прикладные научные исследования и разработки 055 10 05 0810000 53 589,0 Выполнение научно-исследовательских и опытно-конструкторских работ по государственным контрактам 055 10 05 0816900 14 256,2 Выполнение функций государственными органами 055 10 05 0816900 012 14 256,2 Обеспечение деятельности подведомственных учреждений 055 10 05 0819900 39 332,8 Выполнение функций бюджетными учреждениями 055 10 05 0819900 001 39 332,8 Федеральные целевые программы 055 10 05 1000000 -6 059,5 Федеральная целевая программа "Социальная поддержка инвалидов на 2006-2010 годы" 055 10 05 1000700 -5 759,5 Подпрограмма "Социальная поддержка и реабилитация инвалидов вследствие боевых действий и военной травмы" 055 10 05 1000701 -960,0 Научно-исследовательские и опытно-конструкторские работы 055 10 05 1000701 015 -960,0 Расходы общепрограммного характера по федеральной целевой программе "Социальная поддержка инвалидов на 2006-2010 годы" 055 10 05 1000702 -4 799,5 Научно-исследовательские и опытно-конструкторские работы 055 10 05 1000702 015 -4 799,5 Федеральная целевая программа "Дети России" на 2007-2010 годы 055 10 05 1001300 -300,0 Подпрограмма "Дети и семья" 055 10 05 1001302 -300,0 Научно-исследовательские и опытно-конструкторские работы 055 10 05 1001302 015 -300,0 Другие вопросы в области социальной политики 055 10 06 -204,0 -3 119 144,4 Федеральные целевые программы 055 10 06 1000000 224 594,3 Федеральная целевая программа "Социальная поддержка инвалидов на 2006-2010 годы" 055 10 06 1000700 206 796,9 Подпрограмма "Социальная поддержка и реабилитация инвалидов вследствие боевых действий и военной травмы" 055 10 06 1000701 64 210,4 Мероприятия в области социальной политики 055 10 06 1000701 068 64 210,4 Расходы общепрограммного характера по федеральной целевой программе "Социальная поддержка инвалидов на 2006-2010 годы" 055 10 06 1000702 142 586,5 Мероприятия в области социальной политики 055 10 06 1000702 068 -42 363,5 Субсидии общероссийским общественным организациям инвалидов на реализацию мероприятий по созданию новых рабочих мест для инвалидов и производство новых технических средств реабилитации инвалидов 055 10 06 1000702 411 184 950,0 Федеральная целевая программа "Дети России" на 2007-2010 годы 055 10 06 1001300 17 797,4 Подпрограмма "Дети и семья" 055 10 06 1001302 17 797,4 Мероприятия в области социальной политики 055 10 06 1001302 068 17 797,4 Реализация государственных функций в области социальной политики 055 10 06 5140000 -204,0 -3 343 738,7 Мероприятия в области социальной политики 055 10 06 5140100 -594,0 -11 930,7 Выполнение функций государственными органами 055 10 06 5140100 012 -594,0 -11 930,7 Субсидии отдельным общественным организациям и иным некоммерческим объединениям 055 10 06 5140500 146 900,0 Субсидии некоммерческим организациям 055 10 06 5140500 019 146 900,0 Субсидии федеральным государственным унитарным протезно-ортопедическим предприятиям на возмещение убытков, связанных с реализацией протезно-ортопедических изделий и услуг по протезированию по ценам ниже себестоимости 055 10 06 5140600 +390,0 390,0 Субсидии юридическим лицам 055 10 06 5140600 006 +390,0 390,0 Разработка и реализация комплекса мер по оказанию поддержки детям, оказавшимся в трудной жизненной ситуации 055 10 06 5140800 -3 479 098,0 Субсидии некоммерческим организациям 055 10 06 5140800 019 -3 479 098,0 Межбюджетные трансферты 055 11 -1 148 703,9 77 043 146,4 Субсидии бюджетам субъектов Российской Федерации и муниципальных образований (межбюджетные субсидии) 055 11 02 +823 600,0 58 287 027,9 Федеральные целевые программы 055 11 02 1000000 +600 000,0 4 163 953,7 Федеральная целевая программа "Социальная поддержка инвалидов на 2006-2010 годы" 055 11 02 1000700 -439,5 Расходы общепрограммного характера по федеральной целевой программе "Социальная поддержка инвалидов на 2006-2010 годы" 055 11 02 1000702 -439,5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1000702 020 -439,5 Федеральная целевая программа "Социальное развитие села до 2012 года" 055 11 02 1001100 -210,0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1001100 020 -210,0 Федеральная целевая программа "Дети России" на 2007-2010 годы 055 11 02 1001300 -93 855,0 Подпрограмма "Здоровое поколение" 055 11 02 1001301 -37 500,0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1001301 020 -37 500,0 Подпрограмма "Дети и семья" 055 11 02 1001302 -56 355,0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1001302 020 -56 355,0 Федеральная целевая программа "Предупреждение и борьба с социально значимыми заболеваниями (2007-2011 годы)" 055 11 02 1002300 +600 000,0 942 910,0 Подпрограмма "Туберкулез" 055 11 02 1002302 -20 250,0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1002302 020 -20 250,0 Подпрограмма "ВИЧ-инфекция" 055 11 02 1002304 -14 340,0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1002304 020 -14 340,0 Подпрограмма "Онкология" 055 11 02 1002305 +600 000,0 979 000,0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1002305 020 +600 000,0 979 000,0 Подпрограмма "Психические расстройства" 055 11 02 1002308 -1 500,0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1002308 020 -1 500,0 Федеральная целевая программа "Комплексные меры противодействия злоупотреблению наркотиками и их незаконному обороту на 2005-2009 годы" 055 11 02 1002500 -11 850,0 Оснащение государственных наркологических диспансеров специальным оборудованием 055 11 02 1002500 069 -11 850,0 Федеральная целевая программа развития Калининградской области на период до 2014 года 055 11 02 1004500 -77 310,0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1004500 020 -77 310,0 Федеральная целевая программа "Экономическое и социальное развитие Дальнего Востока и Забайкалья на период до 2013 года" 055 11 02 1004600 976 183,4 Экономическое и социальное развитие Дальнего Востока и Забайкалья на период до 2013 года 055 11 02 1004602 976 183,4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1004602 020 976 183,4 Федеральная целевая программа "Социально-экономическое развитие Курильских островов (Сахалинская область) на 2007-2015 годы" 055 11 02 1004700 -40 188,2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1004700 020 -40 188,2 Федеральная целевая программа "Юг России (2008-2012 годы)" 055 11 02 1004800 -420 082,8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1004800 020 -420 082,8 Федеральная целевая программа "Повышение безопасности дорожного движения в 2006-2012 годах" 055 11 02 1005900 -22 034,2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1005900 020 -22 034,2 Федеральная целевая программа "Социально-экономическое развитие Чеченской Республики на 2008-2011 годы" 055 11 02 1007200 2 910 830,0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1007200 020 2 910 830,0 Бюджетные инвестиции в объекты капитального строительства, не включенные в целевые программы 055 11 02 1020000 +223 600,0 6 050 303,9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055 11 02 1020100 +223 600,0 1 030 303,9 Бюджетные инвестиции в объекты капитального строительства государственной собственности субъектов Российской Федерации 055 11 02 1020101 +368 230,0 546 303,9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1020101 020 +368 230,0 546 303,9 Бюджетные инвестиции в объекты капитального строительства собственности муниципальных образований 055 11 02 1020102 -144 630,0 484 000,0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1020102 020 -144 630,0 484 000,0 Строительство объектов общегражданского назначения 055 11 02 1020200 5 020 000,0 Строительство медицинских центров по оказанию специализированной медицинской помощи в области акушерства, гинекологии и неонатологии (перинатальных центров) 055 11 02 1020203 5 020 000,0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11 02 1020203 020 5 020 000,0 Реализация государственных функций в области здравоохранения, спорта и туризма 055 11 02 4850000 5 917 387,7 Совершенствование организации медицинской помощи пострадавшим при дорожно-транспортных происшествиях 055 11 02 4850800 1 792 797,0 Фонд софинансирования 055 11 02 4850800 010 1 792 797,0 Совершенствование медицинской помощи больным с сосудистыми заболеваниями 055 11 02 4850900 3 034 316,4 Фонд софинансирования 055 11 02 4850900 010 3 034 316,4 Осуществление организационных мероприятий по обеспечению граждан лекарственными средствами,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055 11 02 4851400 1 090 274,3 Фонд софинансирования 055 11 02 4851400 010 1 090 274,3 Социальная помощь 055 11 02 5050000 21 892 472,4 Реализация мер социальной поддержки отдельных категорий граждан 055 11 02 5055500 21 892 472,4 Фонд софинансирования 055 11 02 5055500 010 21 892 472,4 Иные безвозмездные и безвозвратные перечисления 055 11 02 5200000 20 262 910,2 Денежные выплаты медицинскому персоналу фельдшерско-акушерских пунктов, врачам, фельдшерам и медицинским сестрам скорой медицинской помощи 055 11 02 5201800 -1 500 000,0 Фонд софинансирования 055 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