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Ботсвана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09.11.2009 № 257-ФЗ</w:t>
      </w:r>
    </w:p>
    <w:p>
      <w:r>
        <w:t>О ратификации Конвенции между Правительством Российской Федерации и Правительством Республики Ботсвана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Республики Ботсвана об избежании двойного налогообложения и предотвращении уклонения от налогообложения в отношении налогов на доходы Принят Государственной Думой 23 октября 2009 года Одобрен Советом Федерации 30 октября 2009 года Ратифицировать Конвенцию между Правительством Российской Федерации и Правительством Республики Ботсвана об избежании двойного налогообложения и предотвращении уклонения от налогообложения в отношении налогов на доходы, подписанную в городе Габороне 8 апреля 2003 года. Президент Российской Федерации Д.Медведев Москва, Кремль 9 ноября 2009 года № 257-ФЗ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