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дополнительных мерах по поддержке финансовой системы Российской Федерации"</w:t>
      </w:r>
    </w:p>
    <w:p>
      <w:r>
        <w:rPr>
          <w:b/>
        </w:rPr>
        <w:t>Статья 1</w:t>
      </w:r>
    </w:p>
    <w:p>
      <w:r>
        <w:t>Внести в статью 3 Федерального закона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4698) изменение, заменив слова "31 декабря 2009 года" словами "31 декабря 2010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