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Всероссийской переписи населения"</w:t>
      </w:r>
    </w:p>
    <w:p>
      <w:r>
        <w:rPr>
          <w:b/>
        </w:rPr>
        <w:t>Статья None. Федеральный закон   от 28.11.2009 № 293-ФЗ</w:t>
      </w:r>
    </w:p>
    <w:p>
      <w:r>
        <w:t>О внесении изменений в Федеральный закон "О Всероссийской переписи населения" РОССИЙСКАЯ ФЕДЕРАЦИЯ ФЕДЕРАЛЬНЫЙ ЗАКОН О внесении изменений в Федеральный закон "О Всероссийской переписи населения" Принят Государственной Думой 20 ноября 2009 года Одобрен Советом Федерации 25 ноября 2009 года (В редакции Федерального закона от 27.07.2010 № 204-ФЗ ) Внести в Федеральный закон от 25 января 2002 года № 8-ФЗ "О Всероссийской переписи населения" (Собрание законодательства Российской Федерации, 2002, № 4, ст. 252) следующие изменения</w:t>
      </w:r>
    </w:p>
    <w:p>
      <w:r>
        <w:t>в преамбуле слова "федеральных информационных ресурсов, касающихся" заменить словами "официальной статистической информации, касающейся"</w:t>
      </w:r>
    </w:p>
    <w:p>
      <w:r>
        <w:t>в пункте 1 статьи 1 слова "по единой государственной статистической методологии в целях получения обобщенных демографических, экономических и социальных сведений" заменить словами "в соответствии с официальной статистической методологией в целях формирования официальной статистической информации о демографических, об экономических и о социальных процессах"</w:t>
      </w:r>
    </w:p>
    <w:p>
      <w:r>
        <w:t>в статье 5: а) подпункт 1 пункта 1 после слов "подведение итогов Всероссийской переписи населения" дополнить словами ", их официальное опубликование, хранение переписных листов и иных документов Всероссийской переписи населения"; б) пункт 3 изложить в следующей редакции: "3. Органы исполнительной власти субъектов Российской Федерации и органы местного самоуправления оказывают содействие федеральным органам исполнительной власти, определенным Правительством Российской Федерации в соответствии с подпунктом 2 пункта 1 настоящей статьи, в осуществлении их полномочий. Органы исполнительной власти субъектов Российской Федерации в соответствии со своими полномочиями предоставляют федеральному органу исполнительной власти, ответственному за проведение Всероссийской переписи населения, сведения о муниципальных образованиях, перечне населенных пунктов и (или) административно-территориальных единиц, входящих в состав муниципальных образований, границах муниципальных образований."; в) пункт 4 признать утратившим силу; г) дополнить пунктом 5 следующего содержания: "5. Органам исполнительной власти субъектов Российской Федерации передается осуществление следующих полномочий Российской Федерации по подготовке и проведению Всероссийской переписи населения:</w:t>
      </w:r>
    </w:p>
    <w:p>
      <w:r>
        <w:t>обеспечение помещениями, охраняемыми, оборудованными мебелью, средствами связи и пригодными для обучения и работы лиц, привлекаемых к сбору сведений о населении</w:t>
      </w:r>
    </w:p>
    <w:p>
      <w:r>
        <w:t>обеспечение охраняемыми помещениями для хранения переписных листов и иных документов Всероссийской переписи населения</w:t>
      </w:r>
    </w:p>
    <w:p>
      <w:r>
        <w:t>предоставление необходимых транспортных средств, средств связи."; д) дополнить пунктом 6 следующего содержания: "6. Осуществление указанных в пункте 5 настоящей статьи полномочий может быть передано законами субъектов Российской Федерации органам местного самоуправления."; е) дополнить пунктом 7 следующего содержания: "7. Уполномоченный федеральный орган исполнительной власти, осуществляющий нормативно-правовое регулирование в сфере государственной статистической деятельности, издает методические и инструктивные материалы об осуществлении органами исполнительной власти субъектов Российской Федерации указанных в пункте 5 настоящей статьи полномочий."; ж) дополнить пунктом 8 следующего содержания: "8. Федеральный орган исполнительной власти, ответственный за проведение Всероссийской переписи населения:</w:t>
      </w:r>
    </w:p>
    <w:p>
      <w:r>
        <w:t>проводит контроль и надзор за осуществлением органами исполнительной власти субъектов Российской Федерации указанных в пункте 5 настоящей статьи полномочий</w:t>
      </w:r>
    </w:p>
    <w:p>
      <w:r>
        <w:t>утверждает форму и содержание отчетности об осуществлении органами исполнительной власти субъектов Российской Федерации указанных в пункте 5 настоящей статьи полномочий, а также периодичность ее представления</w:t>
      </w:r>
    </w:p>
    <w:p>
      <w:r>
        <w:t>в случае неисполнения или ненадлежащего исполнения органами исполнительной власти субъектов Российской Федерации указанных в пункте 5 настоящей статьи полномочий подготавливает предложения об изъятии указанных полномочий у органов исполнительной власти субъектов Российской Федерации и вносит эти предложения в Правительство Российской Федерации для принятия соответствующего решения."; з) дополнить пунктом 9 следующего содержания: "9.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Федерации):</w:t>
      </w:r>
    </w:p>
    <w:p>
      <w:r>
        <w:t>организуют осуществление органами исполнительной власти субъектов Российской Федерации указанных в пункте 5 настоящей статьи полномочий в соответствии с федеральными законами и предусмотренными пунктом 7 настоящей статьи нормативными правовыми актами, в том числе определяют ответственных за осуществление указанных полномочий должностных лиц органов исполнительной власти субъектов Российской Федерации</w:t>
      </w:r>
    </w:p>
    <w:p>
      <w:r>
        <w:t>обеспечивают эффективное использование субвенций, предоставленных из федерального бюджета для осуществления указанных в пункте 5 настоящей статьи полномочий, а также своевременное представление в федеральный орган исполнительной власти, ответственный за проведение Всероссийской переписи населения, отчетности по установленной форме об осуществлении указанных полномочий, в том числе о достижении целевых прогнозных показателей, расходовании предоставленных субвенций."; и) дополнить пунктом 10 следующего содержания: "10. Органы местного самоуправления при подготовке и проведении Всероссийской переписи населения:</w:t>
      </w:r>
    </w:p>
    <w:p>
      <w:r>
        <w:t>обеспечивают наличие в муниципальных образованиях указателей названий улиц, номеров домов и номеров квартир</w:t>
      </w:r>
    </w:p>
    <w:p>
      <w:r>
        <w:t>представляют по запросу федерального органа исполнительной власти, ответственного за проведение Всероссийской переписи населения, данные о количестве жилых помещений и иных помещений, находящихся в муниципальной собственности, и численности лиц, проживающих и зарегистрированных в жилых помещениях по месту жительства или пребывания, а также лиц, проживающих и зарегистрированных в указанных иных помещениях по месту пребывания</w:t>
      </w:r>
    </w:p>
    <w:p>
      <w:r>
        <w:t>оказывают содействие федеральному органу исполнительной власти, ответственному за проведение Всероссийской переписи населения, в привлечении граждан, проживающих на территориях соответствующих муниципальных образований, к сбору сведений о населении, а также органам исполнительной власти субъектов Российской Федерации в осуществлении ими указанных в пункте 5 настоящей статьи полномочий."; к) дополнить пунктом 11 следующего содержания: "11. В субъектах Российской Федерации - городах федерального значения Москве и Санкт-Петербурге обязанности по содействию в проведении Всероссийской переписи населения, предусмотренные пунктом 10 настоящей статьи, исполняются органами государственной власти субъектов Российской Федерации - городов федерального значения Москвы и Санкт-Петербурга, за исключением обязанностей, исполнение которых законами указанных субъектов Российской Федерации передается органам местного самоуправления."; л) дополнить пунктом 12 следующего содержания: "12. Федеральный орган исполнительной власти, ответственный за проведение Всероссийской переписи населения, является оператором, организующим и осуществляющим обработку персональных данных лиц, подлежащих Всероссийской переписи населения."; м) дополнить пунктом 13 следующего содержания: "13. Федеральный орган исполнительной власти, ответственный за проведение Всероссийской переписи населения, от имени Российской Федерации осуществляет правомочия обладателя официальной статистической информации, сформированной в результате проведения Всероссийской переписи населения, в пределах, установленных федеральными законами."</w:t>
      </w:r>
    </w:p>
    <w:p>
      <w:r>
        <w:t>в статье 6: а) в пункте 1: абзац седьмой изложить в следующей редакции: "образование (дошкольное, начальное общее, основное общее, среднее (полное) общее, начальное профессиональное, среднее профессиональное, высшее профессиональное, послевузовское профессиональное);"; абзац десятый изложить в следующей редакции: "отношения с членами домохозяйства, под которым для целей настоящего Федерального закона понимается группа лиц, проживающих в жилом доме, квартире или комнате либо части жилого дома или квартиры, совместно обеспечивающих себя необходимыми средствами к существованию и объединяющих полностью или частично свои доходы, либо лицо, проживающее в жилом доме, квартире или комнате либо части жилого дома или квартиры и самостоятельно обеспечивающее себя необходимыми средствами к существованию;"; абзац пятнадцатый изложить в следующей редакции: "занятость либо безработица (наличие работы или иного занятия, являющихся источниками средств к существованию, либо их отсутствие);"; дополнить новым абзацем шестнадцатым следующего содержания: "миграция (продолжительность проживания или пребывания, прежнее место жительства или пребывания, продолжительность пребывания на территории иностранного государства, причина въезда в Российскую Федерацию, передвижение от места жительства или пребывания до места работы)."; абзац шестнадцатый считать абзацем семнадцатым; б) (Утратил силу - Федеральный закон от 27.07.2010 № 204-ФЗ ) в) в пункте 3: слова "и (или) органами местного самоуправления в соответствии с подпунктом 3 пункта 3" заменить словами "в соответствии с пунктом 5"; дополнить абзацем следующего содержания: "В целях обеспечения полноты сбора сведений о всех членах домохозяйства в случае их отсутствия в период, в течение которого проводится перепись населения, или отказа сообщить сведения о себе сбор сведений о поле и возрасте (дате рождения) этих лиц может быть осуществлен путем их получения на основании административных данных в порядке, установленном Правительством Российской Федерации."; г) пункт 5 изложить в следующей редакции: "5. Переписные листы заполняются на русском языке. При опросе населения переписные листы заполняются лицами, осуществляющими сбор сведений о населении, со слов опрашиваемых лиц или в случае отсутствия кого-либо из опрашиваемых лиц со слов членов домохозяйства, за исключением сведений о национальной принадлежности. Переписные листы могут быть заполнены лицами, осуществляющими сбор сведений о населении, на основе сведений, указанных в абзаце втором пункта 3 настоящей статьи, или непосредственно лицами, подлежащими Всероссийской переписи населения."</w:t>
      </w:r>
    </w:p>
    <w:p>
      <w:r>
        <w:t>статью 7 дополнить пунктом 2 1 следующего содержания: "2 1 . Для контроля за заполнением переписных листов, сводки и группировки полученных сведений лицами, осуществляющими сбор сведений о населении, со слов опрашиваемых лиц в отношении каждого домохозяйства, жилого помещения, иного помещения составляются списки лиц, подлежащих Всероссийской переписи населения. Эти списки составляются по форме, утвержденной федеральным органом исполнительной власти, ответственным за проведение Всероссийской переписи населения, и уничтожаются им по достижении цели обработки полученных сведений. В списках лиц, подлежащих Всероссийской переписи населения, указываются фамилия, имя, отчество опрашиваемого лица и его место жительства или пребывания. Указанные данные к сведениям о населении не относятся и в переписные листы не включаются."</w:t>
      </w:r>
    </w:p>
    <w:p>
      <w:r>
        <w:t>в статье 8: а) пункт 1 изложить в следующей редакции: "1. Сведения о населении, содержащиеся в переписных листах, являются информацией ограниченного доступа, не подлежат разглашению или распространению и используются только в целях формирования официальной статистической информации."; б) в пункте 3 первое предложение изложить в следующей редакции: "Лица, которые имеют доступ к сведениям о населении, содержащимся в переписных листах, и допустили утрату или разглашение этих сведений либо фальсифицировали их или содействовали их фальсификации, несут ответственность в соответствии с законодательством Российской Федерации.", слова "конфиденциальную информацию" заменить словами "информацию ограниченного доступа", слово "трудовыми" исключить</w:t>
      </w:r>
    </w:p>
    <w:p>
      <w:r>
        <w:t>пункт 2 статьи 9 изложить в следующей редакции: "2. Условия организации обучения, условия оплаты труда лиц, привлекаемых к сбору сведений о населении, и выплаты им вознаграждения определяются в порядке, установленном Правительством Российской Федерации."</w:t>
      </w:r>
    </w:p>
    <w:p>
      <w:r>
        <w:t>в статье 11: а) пункт 2 изложить в следующей редакции: "2. Средства на осуществление органами исполнительной власти субъектов Российской Федерации указанных в пункте 5 статьи 5 настоящего Федерального закона полномочий предоставляются в виде субвенций из федерального бюджета. Общий объем субвенций из федерального бюджета, предоставляемых бюджетам субъектов Российской Федерации для осуществления переданных в соответствии с пунктом 5 статьи 5 настоящего Федерального закона полномочий, определяется в соответствии с методикой, утвержденной Правительством Российской Федерации и содержащей порядок расчета нормативов для определения общего объема субвенций."; б) пункт 3 изложить в следующей редакции: "3. Порядок расходования и учета указанных в пункте 2 настоящей статьи средств на осуществление переданных в соответствии с пунктом 5 статьи 5 настоящего Федерального закона полномочий устанавливается Правительством Российской Федерации."; в) дополнить пунктом 4 следующего содержания: "4. Средства на осуществление указанных в пункте 5 статьи 5 настоящего Федерального закона полномочий носят целевой характер и не могут быть использованы на другие цели."; г) дополнить пунктом 5 следующего содержания: "5. В случае использования указанных в пункте 2 настоящей статьи средств не по целевому назначению уполномоченный федеральный орган исполнительной власти вправе осуществить взыскание указанных средств в порядке, установленном законодательством Российской Федерации."; д) дополнить пунктом 6 следующего содержания: "6. Контроль и надзор за расходованием средств на предоставление субвенций для осуществления переданных в соответствии с пунктом 5 статьи 5 настоящего Федерального закона полномочий проводятся уполномоченным федеральным органом исполнительной власти в сфере финансово-бюджетного надзора, федеральным органом исполнительной власти, ответственным за проведение Всероссийской переписи населения, и Счетной палатой Российской Федерации.". Президент Российской Федерации Д.Медведев Москва, Кремль 28 ноября 2009 года № 293-ФЗ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