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8 и 26 Федерального закона "Об обязательном страховании гражданской ответственности владельцев транспортных средств"</w:t>
      </w:r>
    </w:p>
    <w:p>
      <w:r>
        <w:rPr>
          <w:b/>
        </w:rPr>
        <w:t>Статья None. Федеральный закон   от 27.12.2009 № 362-ФЗ</w:t>
      </w:r>
    </w:p>
    <w:p>
      <w:r>
        <w:t>О внесении изменений в статьи 8 и 26 Федерального закона "Об обязательном страховании гражданской ответственности владельцев транспортных средств" РОССИЙСКАЯ ФЕДЕРАЦИЯ ФЕДЕРАЛЬНЫЙ ЗАКОН О внесении изменений в статьи 8 и 26 Федерального закона "Об обязательном страховании гражданской ответственности владельцев транспортных средств" Принят Государственной Думой 23 декабря 2009 года Одобрен Советом Федерации 25 декабря 2009 года Внести в Федеральный закон от 25 апреля 2002 года № 40-ФЗ "Об обязательном страховании гражданской ответственности владельцев транспортных средств" (Собрание законодательства Российской Федерации, 2002, № 18, ст. 1720; 2007, № 49, ст. 6067) следующие изменения</w:t>
      </w:r>
    </w:p>
    <w:p>
      <w:r>
        <w:t>абзац первый пункта 2 статьи 8 после слов "при определении страховой премии по договору обязательного страхования" дополнить словами ", за исключением страховых тарифов (их предельных уровней), структуры страховых тарифов и порядка их применения страховщиками при определении страховой премии в рамках международных систем страхования,"</w:t>
      </w:r>
    </w:p>
    <w:p>
      <w:r>
        <w:t>в статье 26: а) в пункте 1: подпункт "н" дополнить словами ", а также структуры страховых тарифов, включая долю страховой премии, предназначенную для вознаграждения за заключение договора страхования"; дополнить подпунктом "р" следующего содержания: "р) установления доли вознаграждения за заключение договора обязательного страхования от страховой премии, уплачиваемой страхователем по договору обязательного страхования, в пределах расходов страховщика на осуществление обязательного страхования;"; б) в пункте 1 1 слова "н", "п" пункта 1" заменить словами "н", "п", "р" пункта 1". Президент Российской Федерации Д.Медведев Москва, Кремль 27 декабря 2009 года № 362-ФЗ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