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38 Федерального закона "О воинской обязанности и военной службе"</w:t>
      </w:r>
    </w:p>
    <w:p>
      <w:r>
        <w:rPr>
          <w:b/>
        </w:rPr>
        <w:t>Статья None. Федеральный закон   от 11.03.2010 № 28-ФЗ</w:t>
      </w:r>
    </w:p>
    <w:p>
      <w:r>
        <w:t>О внесении изменений в статью 38 Федерального закона "О воинской обязанности и военной службе" РОССИЙСКАЯ ФЕДЕРАЦИЯ ФЕДЕРАЛЬНЫЙ ЗАКОН О внесении изменений в статью 38 Федерального закона "О воинской обязанности и военной службе" Принят Государственной Думой 26 февраля 2010 года Одобрен Советом Федерации 3 марта 2010 года Внести в статью 38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2001, № 7, ст. 620, 621; 2003, № 46, ст. 4437; 2004, № 18, ст. 1687; 2006, № 19, ст. 2062; № 28, ст. 2974; № 29, ст. 3121, 3122; № 50, ст. 5281; 2007, № 2, ст. 362; 2009, № 7, ст. 769) следующие изменения</w:t>
      </w:r>
    </w:p>
    <w:p>
      <w:r>
        <w:t>подпункт "г" пункта 3 изложить в следующей редакции: "г) с военнослужащим, обучающимся в: военном образовательном учреждении профессионального образования по образовательной программе высшего профессионального образования, - на время обучения в указанном образовательном учреждении и пять лет военной службы после его окончания; военном образовательном учреждении профессионального образования по образовательной программе среднего профессионального образования, - на время обучения в указанном образовательном учреждении и три года военной службы после его окончания, а в случаях, установленных Положением о порядке прохождения военной службы, - на время обучения в указанном образовательном учреждении и пять лет военной службы после его окончания;"</w:t>
      </w:r>
    </w:p>
    <w:p>
      <w:r>
        <w:t>пункт 5 изложить в следующей редакции: "5. Новый контракт о прохождении военной службы заключается с: а) военнослужащим, являющимся гражданином, за исключением военнослужащего, указанного в подпункте "б" настоящего пункта, - на срок три года, пять лет, десять лет или на неопределенный срок (до наступления предельного возраста пребывания на военной службе); б) военнослужащим, являющимся гражданином и поступившим в: военное образовательное учреждение профессионального образования для обучения по образовательной программе высшего профессионального образования или в адъюнктуру либо военную докторантуру, - на время обучения в указанном образовательном учреждении, в адъюнктуре или военной докторантуре и пять лет военной службы после их окончания; военное образовательное учреждение профессионального образования для обучения по образовательной программе среднего профессионального образования, - на время обучения в указанном образовательном учреждении и три года военной службы после его окончания, а в случаях, установленных Положением о порядке прохождения военной службы, - на время обучения в указанном образовательном учреждении и пять лет военной службы после его окончания. По истечении срока первого контракта военнослужащие, являющиеся иностранными гражданами, увольняются с военной службы по основаниям и в порядке, которые определяются настоящим Федеральным законом и Положением о порядке прохождения военной службы."</w:t>
      </w:r>
    </w:p>
    <w:p>
      <w:r>
        <w:t>пункт 8 признать утратившим силу. Президент Российской Федерации Д.Медведев Москва, Кремль 11 марта 2010 года № 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