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10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</w:p>
    <w:p>
      <w:r>
        <w:rPr>
          <w:b/>
        </w:rPr>
        <w:t>Статья None. Федеральный закон   от 26.04.2010 № 66-ФЗ</w:t>
      </w:r>
    </w:p>
    <w:p>
      <w:r>
        <w:t>О внесении изменения в статью 10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РОССИЙСКАЯ ФЕДЕРАЦИЯ ФЕДЕРАЛЬНЫЙ ЗАКОН О внесении изменения в статью 10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Принят Государственной Думой 9 апреля 2010 года Одобрен Советом Федерации 14 апреля 2010 года Внести в часть 5 статьи 10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№ 52, ст. 6249; 2009, № 29, ст. 3601; № 52, ст. 6441) изменение, исключив из нее слова ", относящихся в соответствии с законодательством Российской Федерации к субъектам малого или среднего предпринимательства,". Президент Российской Федерации Д.Медведев Москва, Кремль 26 апреля 2010 года № 66-ФЗ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