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Биробиджанского районного суда Еврейской автономной области и об упразднении некоторых судов Еврейской автономной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 Биробиджанский районный суд Еврейской автономной области</w:t>
      </w:r>
    </w:p>
    <w:p>
      <w:r>
        <w:t>установить, что юрисдикция вновь созданного Биробиджанского районного суда Еврейской автономной области распространяется на территории города Биробиджана и Биробиджанского района Еврейской автономной области в границах, существующих на день вступления в силу настоящего Федерального закона</w:t>
      </w:r>
    </w:p>
    <w:p>
      <w:r>
        <w:t>упразднить Биробиджанский городской суд Еврейской автономной области, Биробиджанский районный суд Еврейской автономной области, передав относящиеся к их ведению вопросы осуществления правосудия в юрисдикцию вновь созданного Биробиджанского районного суда Еврейской автономной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2, 3 статьи 1 настоящего Федерального закона</w:t>
      </w:r>
    </w:p>
    <w:p>
      <w:r>
        <w:rPr>
          <w:b/>
        </w:rPr>
        <w:t xml:space="preserve">2. </w:t>
      </w:r>
      <w:r>
        <w:t>Пункты 2, 3 статьи 1 настоящего Федерального закона вступают в силу со дня назначения на должности двух третей от установленной численности судей вновь созданного Биробиджанского районного суда Еврейской автономной области, но не позднее 1 июля 2011 года</w:t>
      </w:r>
    </w:p>
    <w:p>
      <w:r>
        <w:rPr>
          <w:b/>
        </w:rPr>
        <w:t xml:space="preserve">3. </w:t>
      </w:r>
      <w:r>
        <w:t>Решение о дне начала деятельности вновь созданного Биробиджанского районного суда Еврейской автономной области принимает президиум суда Еврейской автономной области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