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Греческой Республики о торговом судоходстве</w:t>
      </w:r>
    </w:p>
    <w:p>
      <w:r>
        <w:rPr>
          <w:b/>
        </w:rPr>
        <w:t>Статья None. Федеральный закон   от 01.07.2010 № 134-ФЗ</w:t>
      </w:r>
    </w:p>
    <w:p>
      <w:r>
        <w:t>О ратификации Соглашения между Правительством Российской Федерации и Правительством Греческой Республики о торговом судоходстве РОССИЙСКАЯ ФЕДЕРАЦИЯ ФЕДЕРАЛЬНЫЙ ЗАКОН О ратификации Соглашения между Правительством Российской Федерации и Правительством Греческой Республики о торговом судоходстве Принят Государственной Думой 11 июня 2010 года Одобрен Советом Федерации 23 июня 2010 года Ратифицировать Соглашение между Правительством Российской Федерации и Правительством Греческой Республики о торговом судоходстве, подписанное в городе Афины 6 декабря 2001 года. Президент Российской Федерации Д.Медведев Москва, Кремль 1 июля 2010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