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Австралии о сотрудничестве в области использования атомной энергии в мирных целях</w:t>
      </w:r>
    </w:p>
    <w:p>
      <w:r>
        <w:rPr>
          <w:b/>
        </w:rPr>
        <w:t>Статья None. Федеральный закон   от 01.07.2010 № 140-ФЗ</w:t>
      </w:r>
    </w:p>
    <w:p>
      <w:r>
        <w:t>О ратификации Соглашения между Правительством Российской Федерации и Правительством Австралии о сотрудничестве в области использования атомной энергии в мирных целях РОССИЙСКАЯ ФЕДЕРАЦИЯ ФЕДЕРАЛЬНЫЙ ЗАКОН О ратификации Соглашения между Правительством Российской Федерации и Правительством Австралии о сотрудничестве в области использования атомной энергии в мирных целях Принят Государственной Думой 9 июня 2010 года Одобрен Советом Федерации 23 июня 2010 года Ратифицировать Соглашение между Правительством Российской Федерации и Правительством Австралии о сотрудничестве в области использования атомной энергии в мирных целях, подписанное в городе Сиднее 7 сентября 2007 года. Президент Российской Федерации Д.Медведев Москва, Кремль 1 июля 2010 года № 140-ФЗ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