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теплоснабжении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правовые основы экономических отношений, возникающих в связи с производством, передачей, потреблением тепловой энергии, тепловой мощности, теплоносителя с использованием систем теплоснабжения, созданием, функционированием и развитием таких систем, а также определяет полномочия органов государственной власти, органов местного самоуправления по регулированию и контролю в сфере теплоснабжения, права и обязанности потребителей тепловой энергии, теплоснабжающих организаций, теплосетевых организаций, владельцев тепловых сетей, не являющихся теплосетевыми организациями. (В редакции федеральных законов от 07.12.2011 № 417-ФЗ, от 28.11.2015 № 357-ФЗ, от 08.08.2024 № 311-ФЗ)</w:t>
      </w:r>
    </w:p>
    <w:p>
      <w:r>
        <w:rPr>
          <w:b/>
        </w:rPr>
        <w:t xml:space="preserve">2. </w:t>
      </w:r>
      <w:r>
        <w:t>Отношения, связанные с горячим водоснабжением, осуществляемым с использованием открытых систем теплоснабжения (горячего водоснабжения), регулируются настоящим Федеральным законом, за исключением отношений, связанных с обеспечением качества и безопасности горячей воды. (Дополнение частью - Федеральный закон от 07.12.2011 № 417-ФЗ)</w:t>
      </w:r>
    </w:p>
    <w:p>
      <w:r>
        <w:rPr>
          <w:b/>
        </w:rPr>
        <w:t xml:space="preserve">3. </w:t>
      </w:r>
      <w:r>
        <w:t>К отношениям, связанным с производством, передачей, потреблением горячей воды при осуществлении горячего водоснабжения с использованием открытых систем теплоснабжения (горячего водоснабжения), применяются положения настоящего Федерального закона, регулирующие производство, передачу, потребление теплоносителя, если иное не предусмотрено настоящим Федеральным законом. (Дополнение частью - Федеральный закон от 07.12.2011 № 417-ФЗ)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
        <w:t>качество теплоснабжения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r>
        <w:t>источник тепловой энергии - устройство, предназначенное для производства тепловой энергии</w:t>
      </w:r>
    </w:p>
    <w:p>
      <w:r>
        <w:t>теплопотребляющая установка - устройство, предназначенное для использования тепловой энергии, теплоносителя для нужд потребителя тепловой энергии</w:t>
      </w:r>
    </w:p>
    <w:p>
      <w:r>
        <w:t>теплоноситель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 (Дополнение пунктом - Федеральный закон от 07.12.2011 № 417-ФЗ) 5) 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
        <w:t>объекты теплоснабжения - источники тепловой энергии, тепловые сети или их совокупность; (Дополнение пунктом - Федеральный закон от 07.05.2013 № 103-ФЗ) 6) тепловая мощность (далее - мощность) - количество тепловой энергии, которое может быть произведено и (или) передано по тепловым сетям за единицу времени</w:t>
      </w:r>
    </w:p>
    <w:p>
      <w:r>
        <w:t>тепловая нагрузка - количество тепловой энергии, которое может быть принято потребителем тепловой энергии за единицу времени</w:t>
      </w:r>
    </w:p>
    <w:p>
      <w:r>
        <w:t>теплоснабжение - обеспечение потребителей тепловой энергии тепловой энергией, теплоносителем, в том числе поддержание мощности</w:t>
      </w:r>
    </w:p>
    <w:p>
      <w:r>
        <w:t>потребитель тепловой энергии (далее также - потребитель) -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
        <w:t>инвестиционная программа организации, осуществляющей регулируемые виды деятельности в сфере теплоснабжения, - программа мероприятий организации, осуществляющей регулируемые виды деятельности в сфере теплоснабжения, по строительству,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(технологического присоединения) теплопотребляющих установок потребителей тепловой энергии к системе теплоснабжения. В ценовых зонах теплоснабжения инвестиционная программа в отношении деятельности по подключению (технологическому присоединению) к системе теплоснабжения не разрабатывается и не утверждается; (В редакции федеральных законов от 30.12.2012 № 291-ФЗ; от 30.12.2012 № 318-ФЗ; от 29.07.2017 № 279-ФЗ) 11)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
        <w:t>передача тепловой энергии, теплоносителя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регламентами, правилами технической эксплуатации объектов теплоснабжения и теплопотребляющих установок требованиям, прием, преобразование и доставку тепловой энергии, теплоносителя; (В редакции Федерального закона от 01.05.2016 № 132-ФЗ) 13) коммерческий учет тепловой энергии, теплоносителя (далее также - коммерческий учет)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 в целях использования сторонами при расчетах в соответствии с договорами</w:t>
      </w:r>
    </w:p>
    <w:p>
      <w:r>
        <w:t>система теплоснабжения - совокупность источников тепловой энергии и теплопотребляющих установок, технологически соединенных тепловыми сетями</w:t>
      </w:r>
    </w:p>
    <w:p>
      <w:r>
        <w:t>режим потребления тепловой энергии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r>
        <w:t>теплосетевая организация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 и соответствующая утвержденным Правительством Российской Федерации критериям отнесения собственников или иных законных владельцев тепловых сетей к теплосетевым организациям; (В редакции Федерального закона от 01.04.2020 № 84-ФЗ) 17) 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
        <w:t>регулируемый вид деятельности в сфере теплоснабжения - вид деятельности в 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 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 в том числе установление по соглашению сторон договора цены на тепловую энергию (мощность) не выше предельного уровня цены на тепловую энергию (мощность), поставляемую потребителям единой теплоснабжающей организацией в ценовых зонах теплоснабжения; (В редакции Федерального закона от 29.07.2017 № 279-ФЗ) б) оказание услуг по передаче тепловой энергии, теплоносителя, за исключением установленных настоящим Федеральным законом случаев, при которых допускается установление цены на указанные услуги по соглашению сторон договора; (В редакции Федерального закона от 29.07.2017 № 279-ФЗ) в) оказание услуг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
        <w:t>орган регулирования тарифов в сфере теплоснабжения (далее также - орган регулирования) - уполномоченный Правительством Российской Федерации федеральный орган исполнительной власти в области государственного регулирования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исполнительный орган субъекта Российской Федерации в области государственного регулирования цен (тарифов) (далее - исполнительный орган субъекта Российской Федерации в области государственного регулирования цен (тарифов) либо орган местного самоуправления в случае наделения соответствующими полномочиями законом субъекта Российской Федерации, осуществляющие регулирование цен (тарифов) в сфере теплоснабжения; (В редакции федеральных законов от 28.11.2015 № 357-ФЗ, от 08.08.2024 № 232-ФЗ) 191) открытая система теплоснабжения (горячего водоснабжения) - технологически связанный комплекс инженерных сооружений, предназначенный для теплоснабжения и горячего водоснабжения путем отбора горячей воды из тепловой сети; (Дополнение пунктом - Федеральный закон от 07.12.2011 № 417-ФЗ) 20) схема теплоснабжения - документ, содержащий предпроектные материалы по обоснованию эффективного и безопасного функционирования систем теплоснабжения поселения, муниципального округа, городского округа, города федерального значения,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органа местного самоуправления; (В редакции федеральных законов от 29.07.2017 № 279-ФЗ, от 19.07.2018 № 220-ФЗ, от 26.02.2024 № 34-ФЗ, от 08.08.2024 № 311-ФЗ) 21) резервная тепловая мощность - тепловая мощность источников тепловой энергии 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
        <w:t>топливно-энергетический баланс - 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p>
      <w:r>
        <w:t>тарифы в сфере теплоснабжения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
        <w:t>ценовые зоны теплоснабжения - поселения, муниципальные округа, городские округа, определяемые в соответствии со статьей 233 настоящего Федерального закона, и территории отдельных населенных пунктов, входящих в состав поселений, муниципальных округов, городских округов, определяемые в соответствии с частями 73 и 74 статьи 29 настоящего Федерального закона, в которых цены на тепловую энергию (мощность), поставляемую единой теплоснабжающей организацией в системе теплоснабжения потребителям таких поселений, муниципальных округов, городских округов и территорий отдельных населенных пунктов, ограничены предельным уровнем цены на тепловую энергию (мощность), поставляемую единой теплоснабжающей организацией потребителям, за исключением случаев, установленных настоящим Федеральным законом; (Дополнение пунктом - Федеральный закон от 29.07.2017 № 279-ФЗ) (В редакции Федерального закона от 26.02.2024 № 34-ФЗ) 232) предельный уровень цены на тепловую энергию (мощность) - устанавливаемый исполнительным органом субъекта Российской Федерации в области государственного регулирования цен (тарифов) в соответствии со статьей 236 настоящего Федерального закона максимальный уровень цены на тепловую энергию (мощность), поставляемую единой теплоснабжающей организацией потребителям в ценовых зонах теплоснабжения, за исключением случаев, установленных настоящим Федеральным законом; (Дополнение пунктом - Федеральный закон от 29.07.2017 № 279-ФЗ) (В редакции Федерального закона от 08.08.2024 № 232-ФЗ) 24) точка учета тепловой энергии, теплоносителя (далее также - точка учета)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
        <w:t>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
        <w:t>базовый режим работы источника тепловой энергии - 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 потребителями при максимальной энергетической эффективности функционирования такого источника</w:t>
      </w:r>
    </w:p>
    <w:p>
      <w:r>
        <w:t>"пиковый" режим работы источника тепловой энергии - 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p>
      <w:r>
        <w:t>единая теплоснабжающая организация в системе теплоснабжения (далее - единая теплоснабжающая организация) - теплоснабжающая организация,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(В редакции федеральных законов от 29.07.2017 № 279-ФЗ; от 19.07.2018 № 220-ФЗ) 29) бездоговорное потребление тепловой энергии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 (В редакции Федерального закона от 30.12.2012 № 318-ФЗ) 30)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(В редакции Федерального закона от 30.12.2012 № 318-ФЗ) 31) плата за подключение (технологическое присоединение) к системе теплоснабжения - плата, которую вносят лица, осуществляющие строительство здания, строения, сооружения, подключаемых (технологически присоединяемых)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 (технологическое присоединение); (В редакции Федерального закона от 30.12.2012 № 318-ФЗ) 32) живучесть - 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
        <w:t>показатели надежности и энергетической эффективности объектов теплоснабжения - показатели, применяемые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 (Дополнение пунктом - Федеральный закон от 07.05.2013 № 103-ФЗ) 34) переходный период в ценовых зонах теплоснабжения (далее - переходный период) - период, который начинается со дня вступления в силу принятого в соответствии со статьей 233 настоящего Федерального закона решения об отнесении поселения, муниципального округа, городского округа к ценовой зоне теплоснабжения, а в случае, предусмотренном частью 74 статьи 29 настоящего Федерального закона, со дня образования новых поселения, муниципального округа, городского округа или изменения границ поселения, муниципального округа, городского округа, установленного соответствующим законом субъекта Российской Федерации, и заканчивается в день вступления в силу решения об утверждении предельного уровня цены на тепловую энергию (мощность), принятого в соответствии со статьей 236 настоящего Федерального закона. (Дополнение пунктом - Федеральный закон от 29.07.2017 № 279-ФЗ) (В редакции Федерального закона от 26.02.2024 № 34-ФЗ)</w:t>
      </w:r>
    </w:p>
    <w:p>
      <w:r>
        <w:rPr>
          <w:b/>
        </w:rPr>
        <w:t>Статья 3. Общие принципы организации отношений и основы государственной политики в сфере теплоснабжения</w:t>
      </w:r>
    </w:p>
    <w:p>
      <w:r>
        <w:rPr>
          <w:b/>
        </w:rPr>
        <w:t xml:space="preserve">1. </w:t>
      </w:r>
      <w:r>
        <w:t>Общими принципами организации отношений в сфере теплоснабжения являются</w:t>
      </w:r>
    </w:p>
    <w:p>
      <w:r>
        <w:rPr>
          <w:b/>
        </w:rPr>
        <w:t xml:space="preserve">2. </w:t>
      </w:r>
      <w:r>
        <w:t>Государственная политика в сфере теплоснабжения направлена на обеспечение соблюдения общих принципов организации отношений в сфере теплоснабжения, установленных настоящей статьей</w:t>
      </w:r>
    </w:p>
    <w:p>
      <w:r>
        <w:rPr>
          <w:b/>
        </w:rPr>
        <w:t xml:space="preserve">1. </w:t>
      </w:r>
      <w:r>
        <w:t>обеспечение надежности теплоснабжения в соответствии с требованиями технических регламентов</w:t>
      </w:r>
    </w:p>
    <w:p>
      <w:r>
        <w:rPr>
          <w:b/>
        </w:rPr>
        <w:t xml:space="preserve">1. </w:t>
      </w:r>
      <w:r>
        <w:t>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
        <w:rPr>
          <w:b/>
        </w:rPr>
        <w:t xml:space="preserve">1. </w:t>
      </w:r>
      <w:r>
        <w:t>обеспечение приоритетного использования комбинированной выработки электрической и тепловой энергии для организации теплоснабжения</w:t>
      </w:r>
    </w:p>
    <w:p>
      <w:r>
        <w:rPr>
          <w:b/>
        </w:rPr>
        <w:t xml:space="preserve">1. </w:t>
      </w:r>
      <w:r>
        <w:t>развитие систем централизованного теплоснабжения</w:t>
      </w:r>
    </w:p>
    <w:p>
      <w:r>
        <w:rPr>
          <w:b/>
        </w:rPr>
        <w:t xml:space="preserve">1. </w:t>
      </w:r>
      <w:r>
        <w:t>соблюдение баланса экономических интересов теплоснабжающих организаций и интересов потребителей</w:t>
      </w:r>
    </w:p>
    <w:p>
      <w:r>
        <w:rPr>
          <w:b/>
        </w:rPr>
        <w:t xml:space="preserve">1. </w:t>
      </w:r>
      <w:r>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
        <w:rPr>
          <w:b/>
        </w:rPr>
        <w:t xml:space="preserve">1. </w:t>
      </w:r>
      <w:r>
        <w:t>обеспечение недискриминационных и стабильных условий осуществления предпринимательской деятельности в сфере теплоснабжения</w:t>
      </w:r>
    </w:p>
    <w:p>
      <w:r>
        <w:rPr>
          <w:b/>
        </w:rPr>
        <w:t xml:space="preserve">1. </w:t>
      </w:r>
      <w:r>
        <w:t>обеспечение экологической безопасности теплоснабжения</w:t>
      </w:r>
    </w:p>
    <w:p>
      <w:r>
        <w:rPr>
          <w:b/>
        </w:rPr>
        <w:t xml:space="preserve">1. </w:t>
      </w:r>
      <w:r>
        <w:t>обеспечение безопасной эксплуатации объектов теплоснабжения. (Дополнение пунктом - Федеральный закон от 01.05.2016 № 132-ФЗ)</w:t>
      </w:r>
    </w:p>
    <w:p>
      <w:pPr>
        <w:pStyle w:val="Heading3"/>
      </w:pPr>
      <w:r>
        <w:t>Полномочия органов государственной власти, органов местного самоуправления в сфере теплоснабжения</w:t>
      </w:r>
    </w:p>
    <w:p>
      <w:r>
        <w:rPr>
          <w:b/>
        </w:rPr>
        <w:t>Статья 4. Полномочия Правительства Российской Федерации, федеральных органов исполнительной власти в сфере теплоснабжения</w:t>
      </w:r>
    </w:p>
    <w:p>
      <w:r>
        <w:rPr>
          <w:b/>
        </w:rPr>
        <w:t xml:space="preserve">1. </w:t>
      </w:r>
      <w:r>
        <w:t>К полномочиям Правительства Российской Федерации в сфере теплоснабжения относятся</w:t>
      </w:r>
    </w:p>
    <w:p>
      <w:r>
        <w:rPr>
          <w:b/>
        </w:rPr>
        <w:t xml:space="preserve">2. </w:t>
      </w:r>
      <w:r>
        <w:t>К полномочиям федерального органа исполнительной власти, уполномоченного на реализацию государственной политики в сфере теплоснабжения, относятся</w:t>
      </w:r>
    </w:p>
    <w:p>
      <w:r>
        <w:rPr>
          <w:b/>
        </w:rPr>
        <w:t xml:space="preserve">3. </w:t>
      </w:r>
      <w:r>
        <w:t>Федеральный орган исполнительной власти в области государственного регулирования тарифов в сфере теплоснабжения реализует предусмотренные частью 2 статьи 7 настоящего Федерального закона полномочия в области государственного регулирования цен (тарифов) в сфере теплоснабжения с учетом особенностей правового регулирования в ценовых зонах теплоснабжения, установленных настоящим Федеральным законом. (В редакции Федерального закона от 29.07.2017 № 279-ФЗ)</w:t>
      </w:r>
    </w:p>
    <w:p>
      <w:r>
        <w:rPr>
          <w:b/>
        </w:rPr>
        <w:t xml:space="preserve">4. </w:t>
      </w:r>
      <w:r>
        <w:t>К полномочиям федерального антимонопольного органа относятся</w:t>
      </w:r>
    </w:p>
    <w:p>
      <w:r>
        <w:rPr>
          <w:b/>
        </w:rPr>
        <w:t xml:space="preserve">5. </w:t>
      </w:r>
      <w:r>
        <w:t>Государственный контроль (надзор) за реализацией исполнительными органами субъектов Российской Федерации, органами местного самоуправления полномочий в сфере теплоснабжения осуществляется федеральными органами исполнительной власти, указанными в частях 2 - 4 настоящей статьи,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и Федерального закона от 6 октября 2003 года № 131-ФЗ "Об общих принципах организации местного самоуправления в Российской Федерации". (В редакции федеральных законов от 11.06.2021 № 170-ФЗ, от 08.08.2024 № 232-ФЗ)</w:t>
      </w:r>
    </w:p>
    <w:p>
      <w:r>
        <w:rPr>
          <w:b/>
        </w:rPr>
        <w:t xml:space="preserve">6. </w:t>
      </w:r>
      <w:r>
        <w:t>Правительство Российской Федерации или уполномоченный федеральный орган исполнительной власти в области государственного регулирования тарифов в сфере теплоснабжения устанавливает (в случаях и в порядке, которые определены основами ценообразования в сфере теплоснабжения) предельные (минимальные и (или) максимальные) индексы роста цен (тарифов), учитываемые при переходе к государственному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долгосрочного периода регулирования с учетом положений части 71 статьи 29 настоящего Федерального закона в порядке, установленном основами ценообразования в сфере теплоснабжения, при переходе к регулированию цен (тарифов) на основе долгосрочных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последующие долгосрочные периоды регулирования определяются с учетом положений части 71 статьи 29 настоящего Федерального закона и обеспечения возврата и доходности капитала, инвестированного в течение предыдущего долгосрочного периода регулирования или предыдущих долгосрочных периодов регулирования в соответствии с принятыми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решениями об установлении тарифов или долгосрочных параметров государственного регулирования цен (тарифов) в сфере теплоснабжения. (Дополнение частью - Федеральный закон от 30.12.2012 № 291-ФЗ) (В редакции федеральных законов от 28.11.2015 № 357-ФЗ, от 29.07.2017 № 279-ФЗ, от 08.08.2024 № 232-ФЗ)</w:t>
      </w:r>
    </w:p>
    <w:p>
      <w:r>
        <w:rPr>
          <w:b/>
        </w:rPr>
        <w:t xml:space="preserve">7. </w:t>
      </w:r>
      <w:r>
        <w:t>Расследование причин аварийных ситуаций в сфере теплоснабжения осуществляется федеральным органом исполнительной власти, уполномоченным на осуществление федерального государственного энергетического надзора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 в порядке, установленном Правительством Российской Федерации. (Дополнение частью - Федеральный закон от 08.08.2024 № 311-ФЗ)</w:t>
      </w:r>
    </w:p>
    <w:p>
      <w:r>
        <w:rPr>
          <w:b/>
        </w:rPr>
        <w:t xml:space="preserve">1. </w:t>
      </w:r>
      <w:r>
        <w:t>разработка государственной политики в сфере теплоснабжения, являющейся частью энергетической стратегии России</w:t>
      </w:r>
    </w:p>
    <w:p>
      <w:r>
        <w:rPr>
          <w:b/>
        </w:rPr>
        <w:t xml:space="preserve">1. </w:t>
      </w:r>
      <w:r>
        <w:t>утверждение правил организации теплоснабжения, включая критерии надежности теплоснабжения потребителей; (В редакции Федерального закона от 08.08.2024 № 311-ФЗ) 3) утверждение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а также типовых форм документов, необходимых для подключения (технологического присоединения) объектов капитального строительства к системам теплоснабжения; (В редакции федеральных законов от 30.12.2012 № 318-ФЗ, от 29.07.2017 № 279-ФЗ, от 09.11.2020 № 361-ФЗ) 31) утверждение правил коммерческого учета тепловой энергии, теплоносителя; (Дополнение пунктом - Федеральный закон от 30.12.2012 № 291-ФЗ) 4) утверждение правил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(В редакции Федерального закона от 30.12.2012 № 291-ФЗ) 5) утверждение стандартов раскрытия информации теплоснабжающими организациями, теплосетевыми организациями, органами регулирования</w:t>
      </w:r>
    </w:p>
    <w:p>
      <w:r>
        <w:rPr>
          <w:b/>
        </w:rPr>
        <w:t xml:space="preserve">1. </w:t>
      </w:r>
      <w:r>
        <w:t>утверждение основ ценообразования в сфере теплоснабжения, правил регулирования цен (тарифов) в сфере теплоснабжения, которые должны включать в себя сроки рассмотрения дел об установлении таких тарифов, исчерпывающий перечень представляемых организациями, осуществляющими регулируемые виды деятельности в сфере теплоснабжения, документов, определение условий и порядка принятия решений об отмене регулирования таких тарифов</w:t>
      </w:r>
    </w:p>
    <w:p>
      <w:r>
        <w:rPr>
          <w:b/>
        </w:rPr>
        <w:t xml:space="preserve">1. </w:t>
      </w:r>
      <w:r>
        <w:t>утверждение правил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технико-экономических параметров работы котельных и тепловых сетей, используемых для расчета предельного уровня цены на тепловую энергию (мощность); (Дополнение пунктом - Федеральный закон от 29.07.2017 № 279-ФЗ) 62) утверждение правил недискриминационного доступа к услугам по передаче тепловой энергии, теплоносителя; (Дополнение пунктом - Федеральный закон от 29.07.2017 № 279-ФЗ) 7) утверждение порядка рассмотрения разногласий, возникающих между исполнительными органами субъектов Российской Федерации в области государственного регулирования цен (тарифов), органами местного самоуправления, теплоснабжающими организациями и теплосетевыми организациями, потребителями тепловой энергии при установлении цен (тарифов) в сфере теплоснабжения, при разработке, утверждении и актуализации схем теплоснабжения; (В редакции федеральных законов от 28.11.2015 № 357-ФЗ, от 29.07.2017 № 279-ФЗ, от 08.08.2024 № 232-ФЗ) 8) утверждение порядка определения системы мер по обеспечению надежности систем теплоснабжения; (В редакции Федерального закона от 30.12.2012 № 291-ФЗ) 81) утверждение правил определения плановых значений показателей надежности и энергетической эффективности объектов теплоснабжения, правил расчета их фактических значений, а также правил определения достижения организацией, осуществляющей регулируемые виды деятельности в сфере теплоснабжения, указанных плановых значений; (Дополнение пунктом - Федеральный закон от 30.12.2012 № 291-ФЗ) (В редакции Федерального закона от 07.05.2013 № 103-ФЗ) 9) утверждение порядка вывода в ремонт и из эксплуатации источников тепловой энергии, тепловых сетей</w:t>
      </w:r>
    </w:p>
    <w:p>
      <w:r>
        <w:rPr>
          <w:b/>
        </w:rPr>
        <w:t xml:space="preserve">1. </w:t>
      </w:r>
      <w:r>
        <w:t>(Пункт утратил силу - Федеральный закон от 07.12.2011 № 417-ФЗ) 11) утверждение требований к схемам теплоснабжения, порядку их разработки и утверждения</w:t>
      </w:r>
    </w:p>
    <w:p>
      <w:r>
        <w:rPr>
          <w:b/>
        </w:rPr>
        <w:t xml:space="preserve">1. </w:t>
      </w:r>
      <w:r>
        <w:t>утверждение порядка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w:t>
      </w:r>
    </w:p>
    <w:p>
      <w:r>
        <w:rPr>
          <w:b/>
        </w:rPr>
        <w:t xml:space="preserve">1. </w:t>
      </w:r>
      <w:r>
        <w:t>утверждение порядка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теплоносителя объектами, потребляющими тепловую энергию (мощность), теплоноситель и введенными в эксплуатацию после 1 января 2010 года</w:t>
      </w:r>
    </w:p>
    <w:p>
      <w:r>
        <w:rPr>
          <w:b/>
        </w:rPr>
        <w:t xml:space="preserve">1. </w:t>
      </w:r>
      <w:r>
        <w:t>утверждение для целей регулирования цен (тарифов) в сфере теплоснабжения правил определения стоимости активов и инвестированного капитала, правил ведения их раздельного учета, применяемых при осуществлении деятельности, регулируемой с использованием метода доходности инвестированного капитала</w:t>
      </w:r>
    </w:p>
    <w:p>
      <w:r>
        <w:rPr>
          <w:b/>
        </w:rPr>
        <w:t xml:space="preserve">1. </w:t>
      </w:r>
      <w:r>
        <w:t>утверждение для целей регулирования цен (тарифов) в сфере теплоснабжения правил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r>
        <w:rPr>
          <w:b/>
        </w:rPr>
        <w:t xml:space="preserve">1. </w:t>
      </w:r>
      <w:r>
        <w:t>установление порядка расчета размера возмещения организациям, осуществляющим регулируемые виды деятельности в сфере теплоснабжения, недополученных доходов от регулируемых видов деятельности в сфере теплоснабжения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а также решений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 (Дополнение пунктом - Федеральный закон от 30.12.2012 № 291-ФЗ) (В редакции федеральных законов от 28.11.2015 № 357-ФЗ, от 08.08.2024 № 232-ФЗ) 152) установление порядка расследования причин аварийных ситуаций в сфере теплоснабжения; (Дополнение пунктом - Федеральный закон от 01.12.2014 № 404-ФЗ) (В редакции Федерального закона от 08.08.2024 № 311-ФЗ) 153) принятие решения об отнесении поселения, муниципального округа, городского округа к ценовой зоне теплоснабжения; (Дополнение пунктом - Федеральный закон от 29.07.2017 № 279-ФЗ) (В редакции Федерального закона от 26.02.2024 № 34-ФЗ) 154) установление критериев и порядка отнесения собственников или иных законных владельцев тепловых сетей к теплосетевым организациям, в том числе исходя из технических характеристик указанных тепловых сетей, количественных и (или) качественных показателей их деятельности; (Дополнение пунктом - Федеральный закон от 01.04.2020 № 84-ФЗ) 155) утверждение порядка определения экономической эффективности перевода открытых систем теплоснабжения (горячего водоснабжения), отдельных участков таких систем на закрытые системы горячего водоснабжения; (Дополнение пунктом - Федеральный закон от 30.12.2021 № 438-ФЗ) 16) иные полномочия, установленные настоящим Федеральным законом и другими федеральными законами</w:t>
      </w:r>
    </w:p>
    <w:p>
      <w:r>
        <w:rPr>
          <w:b/>
        </w:rPr>
        <w:t xml:space="preserve">2. </w:t>
      </w:r>
      <w:r>
        <w:t>(Пункт утратил силу - Федеральный закон от 30.12.2012 № 291-ФЗ) 2) утверждение правил обеспечения готовности к отопительному периоду и установление порядка проведения оценки обеспечения готовности к отопительному периоду; (В редакции Федерального закона от 08.08.2024 № 311-ФЗ) 3) (Пункт утратил силу - Федеральный закон от 01.12.2014 № 404-ФЗ) 4) установление порядка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r>
        <w:rPr>
          <w:b/>
        </w:rPr>
        <w:t xml:space="preserve">2. </w:t>
      </w:r>
      <w:r>
        <w:t>утверждение нормативов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 а также нормативов запасов топлива на источниках тепловой энергии при производстве электрической и тепловой энергии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редакции федеральных законов от 04.06.2011 № 123-ФЗ, от 29.07.2017 № 279-ФЗ, от 26.02.2024 № 34-ФЗ) 6) утверждение нормативов технологических потерь при передаче тепловой энергии, теплоносителя по тепловым сетям, расположенным в поселениях, муниципальных округах, городских округах с численностью населения пятьсот тысяч человек и более, а также в городах федерального значения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 (В редакции Федерального закона от 26.02.2024 № 34-ФЗ) 7) (Пункт утратил силу - Федеральный закон от 11.06.2021 № 170-ФЗ) 8) (Пункт утратил силу - Федеральный закон от 11.06.2021 № 170-ФЗ) 9) (Пункт утратил силу - Федеральный закон от 11.06.2021 № 170-ФЗ) 10) утверждение порядка составления топливно-энергетических балансов субъектов Российской Федерации, муниципальных образований</w:t>
      </w:r>
    </w:p>
    <w:p>
      <w:r>
        <w:rPr>
          <w:b/>
        </w:rPr>
        <w:t xml:space="preserve">2. </w:t>
      </w:r>
      <w:r>
        <w:t>утверждение схем теплоснабжения поселений, муниципальных округов, городских округов с численностью населения пятьсот тысяч человек и более, а также городов федерального значения, в том числе присвоение статуса единой теплоснабжающей организации, утверждение схем теплоснабжения поселений, муниципальных округов, городских округов, отнесенных к ценовым зонам теплоснабжения; (В редакции федеральных законов от 28.11.2015 № 357-ФЗ, от 29.07.2017 № 279-ФЗ, от 26.02.2024 № 34-ФЗ, от 08.08.2024 № 311-ФЗ) 12) рассмотрение разногласий, возникающих между исполнительными органами субъектов Российской Федерации, органами местного самоуправления, теплоснабжающими организациями и теплосетевыми организациями и потребителями при разработке, утверждении и актуализации схем теплоснабжения; (В редакции федеральных законов от 28.11.2015 № 357-ФЗ, от 29.07.2017 № 279-ФЗ, от 08.08.2024 № 232-ФЗ) 13) утверждение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чем пятьсот тысяч человек, за исключением отнесенных к ценовым зонам теплоснабжения; (Дополнение пунктом - Федеральный закон от 30.12.2012 № 291-ФЗ) (В редакции федеральных законов от 26.02.2024 № 34-ФЗ, от 08.08.2024 № 311-ФЗ) 14) утверждение методики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порядка осуществления мониторинга таких показателей; (Дополнение пунктом - Федеральный закон от 30.12.2012 № 291-ФЗ) 15) утверждение порядка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утверждаемых в соответствии с законодательством Российской Федерации об электроэнергетике); (Дополнение пунктом - Федеральный закон от 30.12.2012 № 291-ФЗ) 16) установление в соответствии с частью 4 статьи 233 настоящего Федерального закона порядка подготовки предложений об отнесении или неотнесении поселений, муниципальных округов, городских округов к ценовым зонам теплоснабжения, а также подготовка и внесение таких предложений в Правительство Российской Федерации; (Дополнение пунктом - Федеральный закон от 29.07.2017 № 279-ФЗ) (В редакции Федерального закона от 26.02.2024 № 34-ФЗ) 17) выдача обязательных для исполнения органами исполнительной власти городов федерального значения и органами местного самоуправления предписаний об устранении нарушений требований к схемам теплоснабжения, порядку их разработки, утверждения и актуализации, установленных в соответствии с законодательством Российской Федерации. (Дополнение пунктом - Федеральный закон от 19.07.2018 № 220-ФЗ)</w:t>
      </w:r>
    </w:p>
    <w:p>
      <w:r>
        <w:rPr>
          <w:b/>
        </w:rPr>
        <w:t xml:space="preserve">4. </w:t>
      </w:r>
      <w:r>
        <w:t>антимонопольное регулирование и контроль в сфере теплоснабжения</w:t>
      </w:r>
    </w:p>
    <w:p>
      <w:r>
        <w:rPr>
          <w:b/>
        </w:rPr>
        <w:t xml:space="preserve">4. </w:t>
      </w:r>
      <w:r>
        <w:t>согласование решений исполнительных органов субъектов Российской Федерации об отмене регулирования тарифов в сфере теплоснабжения и о введении регулирования тарифов в сфере теплоснабжения после их отмены, выдача предписаний об отмене регулирования тарифов в сфере теплоснабжения. (В редакции Федерального закона от 08.08.2024 № 232-ФЗ)</w:t>
      </w:r>
    </w:p>
    <w:p>
      <w:r>
        <w:rPr>
          <w:b/>
        </w:rPr>
        <w:t>Статья 41. Федеральный государственный энергетический надзор</w:t>
      </w:r>
    </w:p>
    <w:p>
      <w:r>
        <w:rPr>
          <w:b/>
        </w:rPr>
        <w:t xml:space="preserve">1. </w:t>
      </w:r>
      <w:r>
        <w:t>Федеральный государственный энергетический надзор в сфере теплоснабжения осуществляется</w:t>
      </w:r>
    </w:p>
    <w:p>
      <w:r>
        <w:rPr>
          <w:b/>
        </w:rPr>
        <w:t xml:space="preserve">2. </w:t>
      </w:r>
      <w:r>
        <w:t>К предмету федерального государственного энергетического надзора в сфере теплоснабжения относятся</w:t>
      </w:r>
    </w:p>
    <w:p>
      <w:r>
        <w:rPr>
          <w:b/>
        </w:rPr>
        <w:t xml:space="preserve">3. </w:t>
      </w:r>
      <w:r>
        <w:t>В положении о федеральном государственном энергетическом надзоре в сфере теплоснабжения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энергетического надзора в сфере теплоснабжения, а также виды продукции, являющиеся объектами федерального государственного энергетического надзора в сфере теплоснабжения</w:t>
      </w:r>
    </w:p>
    <w:p>
      <w:r>
        <w:rPr>
          <w:b/>
        </w:rPr>
        <w:t xml:space="preserve">4. </w:t>
      </w:r>
      <w:r>
        <w:t>Организация и осуществление федерального государственного энергетического надзора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пункте 2 части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пункте 2 части 1 настоящей статьи, не применяются положения частей 5, 51 и 52 настоящей статьи. (В редакции Федерального закона от 08.08.2024 № 311-ФЗ)</w:t>
      </w:r>
    </w:p>
    <w:p>
      <w:r>
        <w:rPr>
          <w:b/>
        </w:rPr>
        <w:t xml:space="preserve">5. </w:t>
      </w:r>
      <w:r>
        <w:t>Положение о федеральном государственном энергетическом надзоре утверждается Правительством Российской Федерации</w:t>
      </w:r>
    </w:p>
    <w:p>
      <w:r>
        <w:rPr>
          <w:b/>
        </w:rPr>
        <w:t xml:space="preserve">51. </w:t>
      </w:r>
      <w:r>
        <w:t>При осуществлении федерального государственного энергетического надзора в сфере теплоснабжения проводятся следующие профилактические мероприятия</w:t>
      </w:r>
    </w:p>
    <w:p>
      <w:r>
        <w:rPr>
          <w:b/>
        </w:rPr>
        <w:t xml:space="preserve">52. </w:t>
      </w:r>
      <w:r>
        <w:t>При осуществлении федерального государственного энергетического надзора в сфере теплоснабжения проводятся следующие контрольные (надзорные) мероприятия</w:t>
      </w:r>
    </w:p>
    <w:p>
      <w:r>
        <w:rPr>
          <w:b/>
        </w:rPr>
        <w:t xml:space="preserve">6. </w:t>
      </w:r>
      <w:r>
        <w:t>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законодательством Российской Федерации об электроэнергетике</w:t>
      </w:r>
    </w:p>
    <w:p>
      <w:r>
        <w:rPr>
          <w:b/>
        </w:rPr>
        <w:t xml:space="preserve">7. </w:t>
      </w:r>
      <w:r>
        <w:t>В отношении объектов теплоснабжения, являющихся опасными производственными объектами I, II и III класса опасности, плановые контрольные (надзорные) мероприятия по соблюдению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 (Дополнение статьей - Федеральный закон от 01.05.2016 № 132-ФЗ) (В редакции Федерального закона от 11.06.2021 № 170-ФЗ)</w:t>
      </w:r>
    </w:p>
    <w:p>
      <w:r>
        <w:rPr>
          <w:b/>
        </w:rPr>
        <w:t xml:space="preserve">1. </w:t>
      </w:r>
      <w:r>
        <w:t>федеральным органом исполнительной власти, уполномоченным Правительством Российской Федерации</w:t>
      </w:r>
    </w:p>
    <w:p>
      <w:r>
        <w:rPr>
          <w:b/>
        </w:rPr>
        <w:t xml:space="preserve">1. </w:t>
      </w:r>
      <w:r>
        <w:t>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w:t>
      </w:r>
    </w:p>
    <w:p>
      <w:r>
        <w:rPr>
          <w:b/>
        </w:rPr>
        <w:t xml:space="preserve">2. </w:t>
      </w:r>
      <w:r>
        <w:t>соблюдение теплоснабжающими организациями и теплосетевыми организациями обязательных требований к безопасному ведению работ на объектах теплоснабжения, требований безопасности в сфере теплоснабжения, установленных настоящим Федеральным законом, правилами технической эксплуатации объектов теплоснабжения и теплопотребляющих установок, а также правилами по охране труда применительно к объектам теплоснабжения</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51. </w:t>
      </w:r>
      <w:r>
        <w:t>информирование</w:t>
      </w:r>
    </w:p>
    <w:p>
      <w:r>
        <w:rPr>
          <w:b/>
        </w:rPr>
        <w:t xml:space="preserve">51. </w:t>
      </w:r>
      <w:r>
        <w:t>обобщение правоприменительной практики</w:t>
      </w:r>
    </w:p>
    <w:p>
      <w:r>
        <w:rPr>
          <w:b/>
        </w:rPr>
        <w:t xml:space="preserve">51. </w:t>
      </w:r>
      <w:r>
        <w:t>объявление предостережений</w:t>
      </w:r>
    </w:p>
    <w:p>
      <w:r>
        <w:rPr>
          <w:b/>
        </w:rPr>
        <w:t xml:space="preserve">51. </w:t>
      </w:r>
      <w:r>
        <w:t>консультирование</w:t>
      </w:r>
    </w:p>
    <w:p>
      <w:r>
        <w:rPr>
          <w:b/>
        </w:rPr>
        <w:t xml:space="preserve">51. </w:t>
      </w:r>
      <w:r>
        <w:t>профилактический визит. (Дополнение частью - Федеральный закон от 08.08.2024 № 311-ФЗ)</w:t>
      </w:r>
    </w:p>
    <w:p>
      <w:r>
        <w:rPr>
          <w:b/>
        </w:rPr>
        <w:t xml:space="preserve">52. </w:t>
      </w:r>
      <w:r>
        <w:t>выездная проверка</w:t>
      </w:r>
    </w:p>
    <w:p>
      <w:r>
        <w:rPr>
          <w:b/>
        </w:rPr>
        <w:t xml:space="preserve">52. </w:t>
      </w:r>
      <w:r>
        <w:t>документарная проверка. (Дополнение частью - Федеральный закон от 08.08.2024 № 311-ФЗ)</w:t>
      </w:r>
    </w:p>
    <w:p>
      <w:r>
        <w:rPr>
          <w:b/>
        </w:rPr>
        <w:t>Статья 42. Антимонопольное регулирование и контроль в сфере теплоснабжения</w:t>
      </w:r>
    </w:p>
    <w:p>
      <w:r>
        <w:rPr>
          <w:b/>
        </w:rPr>
        <w:t xml:space="preserve">1. </w:t>
      </w:r>
      <w:r>
        <w:t>Антимонопольное регулирование и контроль в сфере теплоснабжения осуществляется антимонопольным органом в соответствии с антимонопольным законодательством Российской Федерации с учетом особенностей, установленных настоящим Федеральным законом</w:t>
      </w:r>
    </w:p>
    <w:p>
      <w:r>
        <w:rPr>
          <w:b/>
        </w:rPr>
        <w:t xml:space="preserve">2. </w:t>
      </w:r>
      <w:r>
        <w:t>В сфере теплоснабжения действует система регулярного контроля за ее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действий (бездействия) лица, занимающего доминирующее положение, которые приводят или могут привести к ущемлению интересов теплоснабжающих организаций, теплосетевых организаций и потребителей, в том числе которые совершаются путем</w:t>
      </w:r>
    </w:p>
    <w:p>
      <w:r>
        <w:rPr>
          <w:b/>
        </w:rPr>
        <w:t xml:space="preserve">3. </w:t>
      </w:r>
      <w:r>
        <w:t>Объектами антимонопольного контроля в сфере теплоснабжения в том числе являются</w:t>
      </w:r>
    </w:p>
    <w:p>
      <w:r>
        <w:rPr>
          <w:b/>
        </w:rPr>
        <w:t xml:space="preserve">4. </w:t>
      </w:r>
      <w:r>
        <w:t>Доминирующим признается положение хозяйствующего субъекта, которому в схеме теплоснабжения присвоен статус единой теплоснабжающей организации</w:t>
      </w:r>
    </w:p>
    <w:p>
      <w:r>
        <w:rPr>
          <w:b/>
        </w:rPr>
        <w:t xml:space="preserve">5. </w:t>
      </w:r>
      <w:r>
        <w:t>Обеспечение недискриминационного доступа к услугам по передаче тепловой энергии, теплоносителя, а также недискриминационного доступа к услугам по подключению (технологическому присоединению) к системам теплоснабжения контролируется в соответствии с настоящим Федеральным законом, антимонопольным законодательством Российской Федерации и утверждаемыми Правительством Российской Федерации правилами недискриминационного доступа к услугам по передаче тепловой энергии, теплоносителя и правилами недискриминационного доступа к услугам по подключению (технологическому присоединению) к системам теплоснабжения</w:t>
      </w:r>
    </w:p>
    <w:p>
      <w:r>
        <w:rPr>
          <w:b/>
        </w:rPr>
        <w:t xml:space="preserve">6. </w:t>
      </w:r>
      <w:r>
        <w:t>В случае неоднократного нарушения единой теплоснабжающей организацией антимонопольного законодательства Российской Федерации, в том числе путем нарушений при распределении тепловой нагрузки в системе теплоснабжения, на основании решения антимонопольного органа органом, уполномоченным в соответствии с настоящим Федеральным законом на утверждение схемы теплоснабжения, принимается решение о принудительном лишении статуса единой теплоснабжающей организации в порядке, установленном правилами организации теплоснабжения, утвержденными Правительством Российской Федерации</w:t>
      </w:r>
    </w:p>
    <w:p>
      <w:r>
        <w:rPr>
          <w:b/>
        </w:rPr>
        <w:t xml:space="preserve">7. </w:t>
      </w:r>
      <w:r>
        <w:t>Хозяйствующие субъекты, занимающие доминирующее положение в сфере теплоснабжения, обязаны</w:t>
      </w:r>
    </w:p>
    <w:p>
      <w:r>
        <w:rPr>
          <w:b/>
        </w:rPr>
        <w:t xml:space="preserve">2. </w:t>
      </w:r>
      <w:r>
        <w:t>необоснованного отказа от заключения договоров теплоснабжения, договоров поставки тепловой энергии (мощности) и (или) теплоносителя, договоров оказания услуг по передаче тепловой энергии, теплоносителя, договоров на подключение (технологическое присоединение) к системе теплоснабжения</w:t>
      </w:r>
    </w:p>
    <w:p>
      <w:r>
        <w:rPr>
          <w:b/>
        </w:rPr>
        <w:t xml:space="preserve">2. </w:t>
      </w:r>
      <w:r>
        <w:t>создания дискриминационных или более благоприятных условий для деятельности отдельных теплоснабжающих организаций или теплосетевых организаций</w:t>
      </w:r>
    </w:p>
    <w:p>
      <w:r>
        <w:rPr>
          <w:b/>
        </w:rPr>
        <w:t xml:space="preserve">2. </w:t>
      </w:r>
      <w:r>
        <w:t>создания препятствий доступу к услугам в сфере теплоснабжения</w:t>
      </w:r>
    </w:p>
    <w:p>
      <w:r>
        <w:rPr>
          <w:b/>
        </w:rPr>
        <w:t xml:space="preserve">3. </w:t>
      </w:r>
      <w:r>
        <w:t>цены</w:t>
      </w:r>
    </w:p>
    <w:p>
      <w:r>
        <w:rPr>
          <w:b/>
        </w:rPr>
        <w:t xml:space="preserve">3. </w:t>
      </w:r>
      <w:r>
        <w:t>распределение тепловой нагрузки в системе теплоснабжения</w:t>
      </w:r>
    </w:p>
    <w:p>
      <w:r>
        <w:rPr>
          <w:b/>
        </w:rPr>
        <w:t xml:space="preserve">3. </w:t>
      </w:r>
      <w:r>
        <w:t>соблюдение правил (порядка) заключения договоров в сфере теплоснабжения</w:t>
      </w:r>
    </w:p>
    <w:p>
      <w:r>
        <w:rPr>
          <w:b/>
        </w:rPr>
        <w:t xml:space="preserve">7. </w:t>
      </w:r>
      <w:r>
        <w:t>обеспечивать регулярное представление в антимонопольный орган информации о своей деятельности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w:t>
      </w:r>
    </w:p>
    <w:p>
      <w:r>
        <w:rPr>
          <w:b/>
        </w:rPr>
        <w:t xml:space="preserve">7. </w:t>
      </w:r>
      <w:r>
        <w:t>предоставлять должностным лицам антимонопольного органа беспрепятственный доступ к любой другой информации о своей деятельности. (Дополнение статьей - Федеральный закон от 29.07.2017 № 279-ФЗ)</w:t>
      </w:r>
    </w:p>
    <w:p>
      <w:r>
        <w:rPr>
          <w:b/>
        </w:rPr>
        <w:t>Статья 5. Полномочия органов государственной власти субъектов Российской Федерации в сфере теплоснабжения</w:t>
      </w:r>
    </w:p>
    <w:p>
      <w:r>
        <w:rPr>
          <w:b/>
        </w:rPr>
        <w:t xml:space="preserve">1. </w:t>
      </w:r>
      <w:r>
        <w:t>Органы государственной власти субъектов Российской Федерации осуществляют полномочия по государственному регулированию и контролю в сфере теплоснабжения в соответствии с настоящим Федеральным законом и другими федеральными законами</w:t>
      </w:r>
    </w:p>
    <w:p>
      <w:r>
        <w:rPr>
          <w:b/>
        </w:rPr>
        <w:t xml:space="preserve">2. </w:t>
      </w:r>
      <w:r>
        <w:t>К полномочиям исполнительных органов субъектов Российской Федерации в сфере теплоснабжения относятся: (В редакции Федерального закона от 08.08.2024 № 232-ФЗ) 1) реализация предусмотренных частью 3 статьи 7 настоящего Федерального закона полномочий в области регулирования цен (тарифов) в сфере теплоснабжения;</w:t>
      </w:r>
    </w:p>
    <w:p>
      <w:r>
        <w:rPr>
          <w:b/>
        </w:rPr>
        <w:t xml:space="preserve">2. </w:t>
      </w:r>
      <w:r>
        <w:t>утверждение нормативов технологических потерь при передаче тепловой энергии, теплоносителя по тепловым сетям, за исключением тепловых сетей, расположенных в поселениях, муниципальных округах, городских округах с численностью населения пятьсот тысяч человек и более, в городах федерального значения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 (В редакции Федерального закона от 26.02.2024 № 34-ФЗ) 3) утверждение нормативов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ценовых зонах теплоснабжения утверждаются до окончания переходного периода, за исключением случаев утверждения таких нормативов для организаций, осуществляющих регулируемые виды деятельности); (В редакции федеральных законов от 29.07.2017 № 279-ФЗ, от 26.02.2024 № 34-ФЗ) 4) утверждение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(В редакции Федерального закона от 04.06.2011 № 123-ФЗ) 5) утверждение инвестиционных программ организаций, осуществляющих регулируемые виды деятельности в сфере теплоснабжения, с применением установленных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 по согласованию с органами местного самоуправления; (В редакции федеральных законов от 30.12.2012 № 291-ФЗ, от 07.05.2013 № 103-ФЗ, от 28.11.2015 № 357-ФЗ, от 08.08.2024 № 232-ФЗ) 6) определение системы мер по обеспечению надежности систем теплоснабжения поселений, муниципальных округов, городских округов в соответствии с правилами организации теплоснабжения, утвержденными Правительством Российской Федерации; (В редакции Федерального закона от 26.02.2024 № 34-ФЗ) 7) составление топливно-энергетического баланса субъекта Российской Федерации</w:t>
      </w:r>
    </w:p>
    <w:p>
      <w:r>
        <w:rPr>
          <w:b/>
        </w:rPr>
        <w:t xml:space="preserve">2. </w:t>
      </w:r>
      <w:r>
        <w:t>осуществление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чем пятьсот тысяч человек, за исключением отнесенных к ценовым зонам теплоснабжения; (Дополнение пунктом - Федеральный закон от 30.12.2012 № 291-ФЗ) (В редакции Федерального закона от 08.08.2024 № 311-ФЗ) 72) осуществление мониторинга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(Дополнение пунктом - Федеральный закон от 30.12.2012 № 291-ФЗ) 73) осуществление контроля (в рамках осуществления регионального государственного контроля (надзора) в области регулирования цен (тарифов) в сфере теплоснабжения) за выполнением инвестиционных программ организаций, осуществляющих регулируемые виды деятельности в сфере теплоснабжения (за исключением таких программ, которые утверждаются в соответствии с законодательством Российской Федерации об электроэнергетике), в том числе за достижением этими организациями плановых значений показателей надежности и энергетической эффективности объектов теплоснабжения в результате реализации мероприятий таких программ; (Дополнение пунктом - Федеральный закон от 30.12.2012 № 291-ФЗ) (В редакции федеральных законов от 07.05.2013 № 103-ФЗ, от 11.06.2021 № 170-ФЗ) 74) определение плановых и фактических значений показателей надежности и энергетической эффективности объектов теплоснабжения; (Дополнение пунктом - Федеральный закон от 30.12.2012 № 291-ФЗ) (В редакции Федерального закона от 07.05.2013 № 103-ФЗ) 75)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городов федерального значения, разработанных в соответствии с требованиями к схемам теплоснабжения, порядку их разработки, утверждения и актуализации; (Дополнение пунктом - Федеральный закон от 19.07.2018 № 220-ФЗ) 76) согласование порядков (планов) действий по ликвидации последствий аварийных ситуаций в сфере теплоснабжения в муниципальных образованиях в соответствии с настоящим Федеральным законом; (Дополнение пунктом - Федеральный закон от 08.08.2024 № 311-ФЗ) 8) иные полномочия, предусмотренные настоящим Федеральным законом и другими федеральными законами. (В редакции Федерального закона от 29.07.2017 № 279-ФЗ)</w:t>
      </w:r>
    </w:p>
    <w:p>
      <w:r>
        <w:rPr>
          <w:b/>
        </w:rPr>
        <w:t>Статья 6. Полномочия органов местного самоуправления в сфере теплоснабжения</w:t>
      </w:r>
    </w:p>
    <w:p>
      <w:r>
        <w:t>(Наименование в редакции Федерального закона от 29.12.2014 № 485-ФЗ)</w:t>
      </w:r>
    </w:p>
    <w:p>
      <w:r>
        <w:rPr>
          <w:b/>
        </w:rPr>
        <w:t xml:space="preserve">1. </w:t>
      </w:r>
      <w:r>
        <w:t>К полномочиям органов местного самоуправления городских поселений, муниципальных округов, городских округов по организации теплоснабжения на соответствующих территориях относятся: (В редакции федеральных законов от 29.12.2014 № 485-ФЗ, от 26.02.2024 № 34-ФЗ) 1) организация обеспечения надежного теплоснабжения потребителей на территориях поселений, муниципальных округов, городских округов,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 (В редакции Федерального закона от 26.02.2024 № 34-ФЗ) 2) рассмотрение обращений потребителей по вопросам надежности теплоснабжения в порядке, установленном правилами организации теплоснабжения, утвержденными Правительством Российской Федерации;</w:t>
      </w:r>
    </w:p>
    <w:p>
      <w:r>
        <w:rPr>
          <w:b/>
        </w:rPr>
        <w:t xml:space="preserve">11. </w:t>
      </w:r>
      <w:r>
        <w:t>Полномочия органов местного самоуправления, предусмотренные частью 1 настоящей статьи, на территории сельского поселения реализуются органами местного самоуправления муниципального района, на территории которого расположено сельское поселение, если иное не установлено законом субъекта Российской Федерации. (Дополнение частью - Федеральный закон от 29.12.2014 № 485-ФЗ)</w:t>
      </w:r>
    </w:p>
    <w:p>
      <w:r>
        <w:rPr>
          <w:b/>
        </w:rPr>
        <w:t xml:space="preserve">2. </w:t>
      </w:r>
      <w:r>
        <w:t>Полномочия органов местного самоуправления городов федерального значения по организации теплоснабжения на внутригородских территориях определяются законами указанных субъектов Российской Федерации исходя из необходимости сохранения единства городских хозяйств с учетом положений настоящего Федерального закона. (В редакции Федерального закона от 28.11.2015 № 357-ФЗ)</w:t>
      </w:r>
    </w:p>
    <w:p>
      <w:r>
        <w:rPr>
          <w:b/>
        </w:rPr>
        <w:t xml:space="preserve">1. </w:t>
      </w:r>
      <w:r>
        <w:t>реализация предусмотренных частями 5 - 7 статьи 7 настоящего Федерального закона полномочий в области регулирования цен (тарифов) в сфере теплоснабжения</w:t>
      </w:r>
    </w:p>
    <w:p>
      <w:r>
        <w:rPr>
          <w:b/>
        </w:rPr>
        <w:t xml:space="preserve">1. </w:t>
      </w:r>
      <w:r>
        <w:t>обеспечение готовности к отопительному периоду муниципальных образований, в том числе выполнение обязательных требований, установленных статьей 20 настоящего Федерального закона и правилами обеспечения готовности к отопительному периоду, и проведение оценки обеспечения лицами, перечисленными в пунктах 2 - 6 части 1 статьи 20 настоящего Федерального закона, готовности к отопительному периоду в соответствии с порядком проведения оценки обеспечения готовности к отопительному периоду; (В редакции Федерального закона от 08.08.2024 № 311-ФЗ) 5) в случаях, установленных настоящим Федеральным законом, согласование вывода источников тепловой энергии, тепловых сетей в ремонт и из эксплуатации; (В редакции Федерального закона от 29.07.2017 № 279-ФЗ) 6) утверждение схем теплоснабжения поселений, муниципальных округов, городских округов с численностью населения менее пятисот тысяч человек, в том числе присвоение статуса единой теплоснабжающей организации (за исключением схем теплоснабжения поселений, муниципальных округов, городских округов, отнесенных к ценовым зонам теплоснабжения); (В редакции федеральных законов от 29.07.2017 № 279-ФЗ, от 26.02.2024 № 34-ФЗ, от 08.08.2024 № 311-ФЗ) 7) согласование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законодательством Российской Федерации об электроэнергетике; (В редакции Федерального закона от 30.12.2012 № 291-ФЗ) 8) осуществление в ценовых зонах теплоснабжения после окончания переходного периода муниципального контроля за выполнением единой теплоснабжающей организацией мероприятий по строительству, реконструкции 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 (Дополнение пунктом - Федеральный закон от 29.07.2017 № 279-ФЗ) 9) рассмотрение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ценовых зонах теплоснабжения,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 (Дополнение пунктом - Федеральный закон от 29.07.2017 № 279-ФЗ) 91)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разработанных в соответствии с требованиями к схемам теплоснабжения, порядку их разработки, утверждения и актуализации; (Дополнение пунктом - Федеральный закон от 19.07.2018 № 220-ФЗ) (В редакции федеральных законов от 26.02.2024 № 34-ФЗ, от 08.08.2024 № 311-ФЗ) 92) утверждение и ежегодная актуализация порядка (плана)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 с учетом положений, предусмотренных пунктом 1 части 3 статьи 20 настоящего Федерального закона; (Дополнение пунктом - Федеральный закон от 08.08.2024 № 311-ФЗ) 93) согласование порядков (планов) действий по ликвидации последствий аварийных ситуаций в сфере теплоснабжения теплоснабжающих организаций, теплосетевых организаций и владельцев тепловых сетей, не являющихся теплосетевыми организациями; (Дополнение пунктом - Федеральный закон от 08.08.2024 № 311-ФЗ) 10) осуществление иных полномочий, установленных настоящим Федеральным законом. (Дополнение пунктом - Федеральный закон от 29.07.2017 № 279-ФЗ)</w:t>
      </w:r>
    </w:p>
    <w:p>
      <w:r>
        <w:rPr>
          <w:b/>
        </w:rPr>
        <w:t>Статья 61. Перераспределение полномочий между органами местного самоуправления и органами государственной власти субъекта Российской Федерации</w:t>
      </w:r>
    </w:p>
    <w:p>
      <w:r>
        <w:t>(Наименование в редакции Федерального закона от 28.11.2015 № 357-ФЗ) Полномочия органов местного самоуправления и органов государственной власти субъекта Российской Федерации в сфере теплоснабжения,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28.11.2015 № 357-ФЗ) (Дополнение статьей - Федеральный закон от 29.12.2014 № 485-ФЗ)</w:t>
      </w:r>
    </w:p>
    <w:p>
      <w:pPr>
        <w:pStyle w:val="Heading3"/>
      </w:pPr>
      <w:r>
        <w:t>Государственная политика при установлении регулируемых цен (тарифов) в сфере теплоснабжения</w:t>
      </w:r>
    </w:p>
    <w:p>
      <w:r>
        <w:rPr>
          <w:b/>
        </w:rPr>
        <w:t>Статья 7.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w:t>
      </w:r>
    </w:p>
    <w:p>
      <w:r>
        <w:t>(Наименование в редакции Федерального закона от 28.11.2015 № 357-ФЗ)</w:t>
      </w:r>
    </w:p>
    <w:p>
      <w:r>
        <w:rPr>
          <w:b/>
        </w:rPr>
        <w:t xml:space="preserve">1. </w:t>
      </w:r>
      <w:r>
        <w:t>Регулирование цен (тарифов) в сфере теплоснабжения осуществляется в соответствии со следующими основными принципами</w:t>
      </w:r>
    </w:p>
    <w:p>
      <w:r>
        <w:rPr>
          <w:b/>
        </w:rPr>
        <w:t xml:space="preserve">2. </w:t>
      </w:r>
      <w:r>
        <w:t>Федеральный орган исполнительной власти в области государственного регулирования тарифов в сфере теплоснабжения осуществляет следующие полномочия</w:t>
      </w:r>
    </w:p>
    <w:p>
      <w:r>
        <w:rPr>
          <w:b/>
        </w:rPr>
        <w:t xml:space="preserve">3. </w:t>
      </w:r>
      <w:r>
        <w:t>Исполнительные органы субъектов Российской Федерации в области государственного регулирования цен (тарифов) осуществляют следующие полномочия: (В редакции Федерального закона от 08.08.2024 № 232-ФЗ) 1) устанавливают тарифы, перечень которых приведен в статье 8 настоящего Федерального закона; (В редакции Федерального закона от 26.02.2024 № 34-ФЗ) 2) вправе запрашивать у органов местного самоуправления,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исполнительными органами субъектов Российской Федерации в области государственного регулирования цен (тарифов); (В редакции Федерального закона от 08.08.2024 № 232-ФЗ) 3) осуществляют региональный государственный контроль (надзор) в области регулирования цен (тарифов) в сфере теплоснабжения в части обоснованности установления, изменения и применения цен (тарифов); (В редакции Федерального закона от 25.06.2012 № 93-ФЗ) 4) (Пункт утратил силу - Федеральный закон от 25.06.2012 № 93-ФЗ) 5) принимают решения о частичной или полной отмене регулирования тарифов на тепловую энергию (мощность);</w:t>
      </w:r>
    </w:p>
    <w:p>
      <w:r>
        <w:rPr>
          <w:b/>
        </w:rPr>
        <w:t xml:space="preserve">4. </w:t>
      </w:r>
      <w:r>
        <w:t>Если теплоснабжение потребителей, теплопотребляющие установки которых расположены на территории одного субъекта Российской Федерации, осуществляется с использованием источников тепловой энергии, расположенных на территории другого субъекта Российской Федерации, схемы теплоснабжения соответствующих поселений, муниципальных округов, городских округов, городов федерального значения и регулируемые цены (тарифы) в сфере теплоснабжения должны быть предварительно согласованы соответственно с федеральным органом исполнительной власти, уполномоченным на реализацию государственной политики в сфере теплоснабжения, и федеральным органом исполнительной власти в области государственного регулирования тарифов в сфере теплоснабжения в порядке, установленном Правительством Российской Федерации. (В редакции федеральных законов от 29.07.2017 № 279-ФЗ, от 26.02.2024 № 34-ФЗ, от 08.08.2024 № 311-ФЗ)</w:t>
      </w:r>
    </w:p>
    <w:p>
      <w:r>
        <w:rPr>
          <w:b/>
        </w:rPr>
        <w:t xml:space="preserve">5. </w:t>
      </w:r>
      <w:r>
        <w:t>Органы местного самоуправления в порядке осуществления полномочий в области регулирования цен (тарифов) в сфере теплоснабжения обращаются в исполнительный орган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 (В редакции федеральных законов от 28.11.2015 № 357-ФЗ, от 08.08.2024 № 232-ФЗ)</w:t>
      </w:r>
    </w:p>
    <w:p>
      <w:r>
        <w:rPr>
          <w:b/>
        </w:rPr>
        <w:t xml:space="preserve">6. </w:t>
      </w:r>
      <w:r>
        <w:t>Органы местного самоуправления могут наделяться законом субъекта Российской Федерации полномочиями на утверждение инвестиционных программ организаций, осуществляющих регулируемые виды деятельности в сфере теплоснабжения, полномочиями на государственное регулирование цен (тарифов) на тепловую энергию (за исключением тепловой энергии (мощности), производимой электростанциями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 (В редакции Федерального закона от 28.11.2015 № 357-ФЗ)</w:t>
      </w:r>
    </w:p>
    <w:p>
      <w:r>
        <w:rPr>
          <w:b/>
        </w:rPr>
        <w:t xml:space="preserve">7. </w:t>
      </w:r>
      <w:r>
        <w:t>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полномочиями на государственное регулирование цен (тарифов) на тепловую энергию (мощность), если на территориях этих поселений, муниципальных округов, городских округов осуществляют деятельность теплоснабжающие организации с участием данных муниципальных образований, муниципальные унитарные предприятия. (В редакции федеральных законов от 28.11.2015 № 357-ФЗ, от 26.02.2024 № 34-ФЗ)</w:t>
      </w:r>
    </w:p>
    <w:p>
      <w:r>
        <w:rPr>
          <w:b/>
        </w:rPr>
        <w:t xml:space="preserve">8. </w:t>
      </w:r>
      <w:r>
        <w:t>Решение органа местного самоуправления,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исполнительным органом субъекта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 (В редакции федеральных законов от 28.11.2015 № 357-ФЗ, от 08.08.2024 № 232-ФЗ)</w:t>
      </w:r>
    </w:p>
    <w:p>
      <w:r>
        <w:rPr>
          <w:b/>
        </w:rPr>
        <w:t xml:space="preserve">9. </w:t>
      </w:r>
      <w:r>
        <w:t>Теплоснабжающие организации, теплосетевые организации, органы регулирования обязаны раскрывать информацию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органами регулирования. (Дополнение частью - Федеральный закон от 04.06.2011 № 123-ФЗ)</w:t>
      </w:r>
    </w:p>
    <w:p>
      <w:r>
        <w:rPr>
          <w:b/>
        </w:rPr>
        <w:t xml:space="preserve">10. </w:t>
      </w:r>
      <w:r>
        <w:t>Стандарты раскрытия информации теплоснабжающими организациями, теплосетевыми организациями, органами регулирования устанавливают состав, порядок, сроки и периодичность предоставления информации, а также особенности раскрытия информации теплоснабжающими организациями и теплосетевыми организациями, функционирующими в ценовых зонах теплоснабжения. (Дополнение частью - Федеральный закон от 04.06.2011 № 123-ФЗ) (В редакции Федерального закона от 29.07.2017 № 279-ФЗ)</w:t>
      </w:r>
    </w:p>
    <w:p>
      <w:r>
        <w:rPr>
          <w:b/>
        </w:rPr>
        <w:t xml:space="preserve">11. </w:t>
      </w:r>
      <w:r>
        <w:t>Исполнительные органы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 технологических, структурных, географических и других особенностей деятельности указанных организаций вправе утверждать: (В редакции Федерального закона от 08.08.2024 № 232-ФЗ) 1) формы предоставления теплоснабжающими организациями, теплосетевыми организациями информации, к которой обеспечивается свободный доступ;</w:t>
      </w:r>
    </w:p>
    <w:p>
      <w:r>
        <w:rPr>
          <w:b/>
        </w:rPr>
        <w:t xml:space="preserve">12. </w:t>
      </w:r>
      <w:r>
        <w:t>Информация, отнесенная в установленном порядке к сведениям, составляющим государственную тайну, не включается в состав информации, подлежащей раскрытию в соответствии со стандартами раскрытия информации теплоснабжающими организациями, теплосетевыми организациями, органами регулирования. (Дополнение частью - Федеральный закон от 04.06.2011 № 123-ФЗ)</w:t>
      </w:r>
    </w:p>
    <w:p>
      <w:r>
        <w:rPr>
          <w:b/>
        </w:rPr>
        <w:t xml:space="preserve">13. </w:t>
      </w:r>
      <w:r>
        <w:t>Информация о регулируемой деятельности, к которой обеспечивается свободный доступ и которая подлежит раскрытию в соответствии со стандартами раскрытия информации теплоснабжающими организациями, теплосетевыми организациями, органами регулирования, не может быть признана указанными организациями коммерческой тайной. (Дополнение частью - Федеральный закон от 04.06.2011 № 123-ФЗ)</w:t>
      </w:r>
    </w:p>
    <w:p>
      <w:r>
        <w:rPr>
          <w:b/>
        </w:rPr>
        <w:t xml:space="preserve">14. </w:t>
      </w:r>
      <w:r>
        <w:t>Государственный контроль (надзор) в области регулирования цен (тарифов) в сфере теплоснабжения в части соблюдения стандартов раскрытия информации теплоснабжающими организациями, теплосетевыми организациями осуществляется исполнительными органами субъектов Российской Федерации в области государственного регулирования цен (тарифов). (Дополнение частью - Федеральный закон от 04.06.2011 № 123-ФЗ) (В редакции федеральных законов от 25.06.2012 № 93-ФЗ, от 08.08.2024 № 232-ФЗ)</w:t>
      </w:r>
    </w:p>
    <w:p>
      <w:r>
        <w:rPr>
          <w:b/>
        </w:rPr>
        <w:t xml:space="preserve">15. </w:t>
      </w:r>
      <w:r>
        <w:t>Государственный контроль (надзор) в области регулирования цен (тарифов) в сфере теплоснабжения в части соблюдения стандартов раскрытия информации исполнительными органами субъектов Российской Федерации осуществляется федеральным органом исполнительной власти в области государственного регулирования тарифов в сфере теплоснабжения. (Дополнение частью - Федеральный закон от 04.06.2011 № 123-ФЗ) (В редакции федеральных законов от 25.06.2012 № 93-ФЗ, от 08.08.2024 № 232-ФЗ)</w:t>
      </w:r>
    </w:p>
    <w:p>
      <w:r>
        <w:rPr>
          <w:b/>
        </w:rPr>
        <w:t xml:space="preserve">1. </w:t>
      </w:r>
      <w:r>
        <w:t>обеспечение доступности тепловой энергии (мощности), теплоносителя для потребителей</w:t>
      </w:r>
    </w:p>
    <w:p>
      <w:r>
        <w:rPr>
          <w:b/>
        </w:rPr>
        <w:t xml:space="preserve">1. </w:t>
      </w:r>
      <w:r>
        <w:t>обеспечение экономической обоснованности расходов теплоснабжающих организаций, теплосетевых организаций на производство, передачу и сбыт тепловой энергии (мощности), теплоносителя</w:t>
      </w:r>
    </w:p>
    <w:p>
      <w:r>
        <w:rPr>
          <w:b/>
        </w:rPr>
        <w:t xml:space="preserve">1. </w:t>
      </w:r>
      <w:r>
        <w:t>обеспечение достаточности средств для финансирования мероприятий по надежному функционированию и развитию систем теплоснабжения</w:t>
      </w:r>
    </w:p>
    <w:p>
      <w:r>
        <w:rPr>
          <w:b/>
        </w:rPr>
        <w:t xml:space="preserve">1. </w:t>
      </w:r>
      <w:r>
        <w:t>стимулирование повышения экономической и энергетической эффективности при осуществлении деятельности в сфере теплоснабжения</w:t>
      </w:r>
    </w:p>
    <w:p>
      <w:r>
        <w:rPr>
          <w:b/>
        </w:rPr>
        <w:t xml:space="preserve">1. </w:t>
      </w:r>
      <w:r>
        <w:t>обеспечение стабильности отношений между теплоснабжающими организациями и потребителями за счет установления долгосрочных тарифов</w:t>
      </w:r>
    </w:p>
    <w:p>
      <w:r>
        <w:rPr>
          <w:b/>
        </w:rPr>
        <w:t xml:space="preserve">1. </w:t>
      </w:r>
      <w:r>
        <w:t>обеспечение открытости и доступности для потребителей, в том числе для населения, процесса регулирования цен (тарифов) в сфере теплоснабжения</w:t>
      </w:r>
    </w:p>
    <w:p>
      <w:r>
        <w:rPr>
          <w:b/>
        </w:rPr>
        <w:t xml:space="preserve">1. </w:t>
      </w:r>
      <w:r>
        <w:t>создание условий для привлечения инвестиций</w:t>
      </w:r>
    </w:p>
    <w:p>
      <w:r>
        <w:rPr>
          <w:b/>
        </w:rPr>
        <w:t xml:space="preserve">1. </w:t>
      </w:r>
      <w:r>
        <w:t>определение размера средств, направляемых на оплату труда, в соответствии с отраслевыми тарифными соглашениями</w:t>
      </w:r>
    </w:p>
    <w:p>
      <w:r>
        <w:rPr>
          <w:b/>
        </w:rPr>
        <w:t xml:space="preserve">1. </w:t>
      </w:r>
      <w:r>
        <w:t>обязательный раздельный учет организациями, осуществляющими регулируемые виды деятельности в сфере теплоснабжения,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w:t>
      </w:r>
    </w:p>
    <w:p>
      <w:r>
        <w:rPr>
          <w:b/>
        </w:rPr>
        <w:t xml:space="preserve">1. </w:t>
      </w:r>
      <w:r>
        <w:t>осуществление государственного контроля (надзора) за соблюдением требований законодательства об энергосбережении и о повышении энергетической эффективности в целях сокращения потерь энергетических ресурсов, в том числе требований к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(В редакции Федерального закона от 25.06.2012 № 93-ФЗ) 11) осуществление федерального и регионального государственного контроля (надзора) в области регулирования цен (тарифов) в сфере теплоснабжения, в том числе за установлением и изменением в ценовых зонах теплоснабжения предельного уровня цены на тепловую энергию (мощность). (Дополнение пунктом - Федеральный закон от 25.06.2012 № 93-ФЗ) (В редакции Федерального закона от 11.06.2021 № 170-ФЗ)</w:t>
      </w:r>
    </w:p>
    <w:p>
      <w:r>
        <w:rPr>
          <w:b/>
        </w:rPr>
        <w:t xml:space="preserve">2. </w:t>
      </w:r>
      <w:r>
        <w:t>утверждает методические указания по расчету цен (тарифов) в сфере теплоснабжения</w:t>
      </w:r>
    </w:p>
    <w:p>
      <w:r>
        <w:rPr>
          <w:b/>
        </w:rPr>
        <w:t xml:space="preserve">2. </w:t>
      </w:r>
      <w:r>
        <w:t>устанавливает единую систему классификации и раздельного учета затрат относительно видов деятельности теплоснабжающих организаций, теплосетевых организаций, а также систему отчетности, представляемой в федеральный орган исполнительной власти в области государственного регулирования тарифов в сфере теплоснабжения, исполнительные органы субъектов Российской Федерации в области регулирования цен (тарифов), органы местного самоуправления; (В редакции федеральных законов от 28.11.2015 № 357-ФЗ, от 08.08.2024 № 232-ФЗ) 3) (Пункт утратил силу - Федеральный закон от 26.02.2024 № 34-ФЗ) 4) (Пункт утратил силу - Федеральный закон от 26.02.2024 № 34-ФЗ) 5) запрашивает у федеральных органов исполнительной власти, исполнительных органов субъектов Российской Федерации, органов местного самоуправления, организаций, осуществляющих регулируемые виды деятельности в сфере теплоснабжения, и получает от них информацию и необходимые материалы по вопросам установления, изменения и применения тарифов, регулируемых в соответствии с настоящим Федеральным законом, в случаях, в формате и в сроки, которые установлены правилами предоставления информации в сфере государственного регулирования тарифов в сфере теплоснабжения, утвержденных указанным органом; (В редакции Федерального закона от 08.08.2024 № 232-ФЗ) 6) рассматривает разногласия по вопросам установленных цен (тарифов), возникающие между исполнительными органами субъектов Российской Федерации в области регулирования цен (тарифов), органами местного самоуправления, теплоснабжающими организациями, теплосетевыми организациями и потребителями тепловой энергии, при обращении этих органов или организаций и принимает решения, обязательные для исполнения; (В редакции федеральных законов от 28.11.2015 № 357-ФЗ, от 08.08.2024 № 232-ФЗ) 7) осуществляет в случаях, предусмотренных настоящим Федеральным законом, в установленном порядке согласование решений исполнительных органов субъектов Российской Федерации в области государственного регулирования цен (тарифов); (В редакции Федерального закона от 08.08.2024 № 232-ФЗ) 8) осуществляет федеральный государственный контроль (надзор) в области регулирования цен (тарифов) в сфере теплоснабжения в части обоснованности установления и изменения цен (тарифов); (В редакции Федерального закона от 25.06.2012 № 93-ФЗ) 9) рассматривает в досудебном порядке споры, возникающие между органами регулирования тарифов в сфере теплоснабжения,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w:t>
      </w:r>
    </w:p>
    <w:p>
      <w:r>
        <w:rPr>
          <w:b/>
        </w:rPr>
        <w:t xml:space="preserve">2. </w:t>
      </w:r>
      <w:r>
        <w:t>рассматривает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тарифов в сфере теплоснабжения и принимает решения, обязательные для исполнения. (Дополнение пунктом - Федеральный закон от 04.06.2011 № 123-ФЗ)</w:t>
      </w:r>
    </w:p>
    <w:p>
      <w:r>
        <w:rPr>
          <w:b/>
        </w:rPr>
        <w:t xml:space="preserve">3. </w:t>
      </w:r>
      <w:r>
        <w:t>осуществляют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(Дополнение пунктом - Федеральный закон от 07.05.2013 № 103-ФЗ) 7) осуществляют в случае, предусмотренном настоящим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 (Дополнение пунктом - Федеральный закон от 07.05.2013 № 103-ФЗ) 8) утверждают предельный уровень цены на тепловую энергию (мощность); (Дополнение пунктом - Федеральный закон от 29.07.2017 № 279-ФЗ) 9) в поселениях, муниципальных округах, городских округах, не отнесенных к ценовым зонам теплоснабжения, в целях информирования теплоснабжающих организаций, теплосетевых организаций и потребителей обеспечивают расчет и размещение на официальном сайте в информационно-телекоммуникационной сети "Интернет" уровня цены на тепловую энергию (мощность), определенного в соответствии с утвержденными Правительством Российской Федерации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расчета предельного уровня цены на тепловую энергию (мощность); (Дополнение пунктом - Федеральный закон от 29.07.2017 № 279-ФЗ) (В редакции Федерального закона от 26.02.2024 № 34-ФЗ) 10) осуществляют иные полномочия, установленные настоящим Федеральным законом. (Дополнение пунктом - Федеральный закон от 29.07.2017 № 279-ФЗ)</w:t>
      </w:r>
    </w:p>
    <w:p>
      <w:r>
        <w:rPr>
          <w:b/>
        </w:rPr>
        <w:t xml:space="preserve">11. </w:t>
      </w:r>
      <w:r>
        <w:t>правила заполнения теплоснабжающими организациями, теплосетевыми организациями форм предоставления информации, утвержденных в установленном порядке. (Дополнение частью - Федеральный закон от 04.06.2011 № 123-ФЗ)</w:t>
      </w:r>
    </w:p>
    <w:p>
      <w:r>
        <w:rPr>
          <w:b/>
        </w:rPr>
        <w:t>Статья 8. Виды цен (тарифов) в сфере теплоснабжения</w:t>
      </w:r>
    </w:p>
    <w:p>
      <w:r>
        <w:t>(Наименование в редакции Федерального закона от 01.12.2014 № 404-ФЗ)</w:t>
      </w:r>
    </w:p>
    <w:p>
      <w:r>
        <w:rPr>
          <w:b/>
        </w:rPr>
        <w:t xml:space="preserve">1. </w:t>
      </w:r>
      <w:r>
        <w:t>Регулированию подлежат, за исключением случаев, указанных в частях 21 - 23 настоящей статьи, с учетом статьи 234 настоящего Федерального закона следующие виды цен (тарифов) в сфере теплоснабжения: (В редакции федеральных законов от 01.12.2014 № 404-ФЗ; от 29.07.2017 № 279-ФЗ) 1) (Пункт утратил силу - Федеральный закон от 26.02.2024 № 34-ФЗ) 2) (Пункт утратил силу - Федеральный закон от 26.02.2024 № 34-ФЗ) 3) тарифы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(В редакции Федерального закона от 26.02.2024 № 34-ФЗ) 4) тарифы на тепловую энергию (мощность), поставляемую теплоснабжающими организациями потребителям, а также тарифы на тепловую энергию (мощность), поставляемую теплоснабжающими организациями другим теплоснабжающим организациям; (В редакции Федерального закона от 26.02.2024 № 34-ФЗ) 5) тарифы на теплоноситель, поставляемый теплоснабжающими организациями потребителям, другим теплоснабжающим организациям;</w:t>
      </w:r>
    </w:p>
    <w:p>
      <w:r>
        <w:rPr>
          <w:b/>
        </w:rPr>
        <w:t xml:space="preserve">2. </w:t>
      </w:r>
      <w:r>
        <w:t>Перечень подлежащих регулированию цен (тарифов) на товары, услуги в сфере теплоснабжения является исчерпывающим. Цены на иные виды товаров, услуг в сфере теплоснабжения определяются соглашением сторон и регулированию не подлежат</w:t>
      </w:r>
    </w:p>
    <w:p>
      <w:r>
        <w:rPr>
          <w:b/>
        </w:rPr>
        <w:t xml:space="preserve">21. </w:t>
      </w:r>
      <w:r>
        <w:t>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в соответствии с пунктом 1 части 22 настоящей статьи необходима для оказания коммунальных услуг по отоплению и горячему водоснабжению населению и приравненным к нему категориям потребителей: (В редакции Федерального закона от 08.08.2024 № 311-ФЗ) 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r>
        <w:rPr>
          <w:b/>
        </w:rPr>
        <w:t xml:space="preserve">22. </w:t>
      </w:r>
      <w:r>
        <w:t>С 1 января 2018 года цены, указанные в части 21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r>
        <w:rPr>
          <w:b/>
        </w:rPr>
        <w:t xml:space="preserve">23. </w:t>
      </w:r>
      <w:r>
        <w:t>В случае, указанном в пункте 2 части 22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теплоснабжения - с даты окончания переходного периода, если она наступила ранее. (Дополнение частью - Федеральный закон от 01.12.2014 № 404-ФЗ) (В редакции Федерального закона от 29.07.2017 № 279-ФЗ)</w:t>
      </w:r>
    </w:p>
    <w:p>
      <w:r>
        <w:rPr>
          <w:b/>
        </w:rPr>
        <w:t xml:space="preserve">3. </w:t>
      </w:r>
      <w:r>
        <w:t>Подлежащие регулированию цены (тарифы) на товары, услуги в сфере теплоснабжения устанавливаются в отношении каждой организации, осуществляющей регулируемые виды деятельности в сфере теплоснабжения, и в отношении каждого регулируемого вида деятельности. При этом затраты на обеспечение передачи тепловой энергии, теплоносителя учитываются при установлении тарифов на тепловую энергию (мощность), теплоноситель, реализация которых осуществляется теплоснабжающей организацией потребителям. Если теплоснабжающая организация осуществляет реализацию тепловой энергии, теплоносителя потребителям с использованием только собственных тепловых сетей, тариф на услуги по передаче тепловой энергии, теплоносителя по сетям такой организации не устанавливается</w:t>
      </w:r>
    </w:p>
    <w:p>
      <w:r>
        <w:rPr>
          <w:b/>
        </w:rPr>
        <w:t xml:space="preserve">31. </w:t>
      </w:r>
      <w:r>
        <w:t>При установлении подлежащих регулированию цен (тарифов) на товары, услуги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 (Дополнение частью - Федеральный закон от 01.12.2014 № 404-ФЗ)</w:t>
      </w:r>
    </w:p>
    <w:p>
      <w:r>
        <w:rPr>
          <w:b/>
        </w:rPr>
        <w:t xml:space="preserve">32. </w:t>
      </w:r>
      <w:r>
        <w:t>В случае, если теплоснабжающей организацией заключены договоры теплоснабжения и (или) договоры поставки тепловой энергии (мощности) и (или) теплоносителя по ценам, определенным соглашением сторон, а также договоры теплоснабжения и (или) договоры поставки тепловой энергии (мощности) и (или) теплоносителя по ценам (тарифам), подлежащим регулированию, при расчете тарифов в сфере теплоснабжения используются необходимая валовая выручка и объем таких товаров в размере, необходимом для обеспечения теплоснабжения потребителей, осуществляемого в соответствии со всеми указанными договорами. (Дополнение частью - Федеральный закон от 01.12.2014 № 404-ФЗ)</w:t>
      </w:r>
    </w:p>
    <w:p>
      <w:r>
        <w:rPr>
          <w:b/>
        </w:rPr>
        <w:t xml:space="preserve">4. </w:t>
      </w:r>
      <w:r>
        <w:t>В случае, если организации, осуществляющие регулируемые виды деятельности в сфере теплоснабжения, осуществляют содержание и обслуживание объекта теплоснабжения, который не имеет собственника или собственник которого неизвестен либо от права собственности на который собственник отказался (далее - бесхозяйный объект теплоснабжения), затраты на содержание, ремонт, эксплуатацию такого объекта теплоснабжения учитываются при установлении тарифов в отношении указанных организаций в порядке, установленном основами ценообразования в сфере теплоснабжения, утвержденными Правительством Российской Федерации. (В редакции Федерального закона от 02.07.2021 № 348-ФЗ)</w:t>
      </w:r>
    </w:p>
    <w:p>
      <w:r>
        <w:rPr>
          <w:b/>
        </w:rPr>
        <w:t xml:space="preserve">1. </w:t>
      </w:r>
      <w:r>
        <w:t>тарифы на горячую воду, поставляемую теплоснабжающими организациями потребителям, другим теплоснабжающим организациям с использованием открытых систем теплоснабжения (горячего водоснабжения); (Дополнение пунктом - Федеральный закон от 07.12.2011 № 417-ФЗ) 6) тарифы на услуги по передаче тепловой энергии, теплоносителя</w:t>
      </w:r>
    </w:p>
    <w:p>
      <w:r>
        <w:rPr>
          <w:b/>
        </w:rPr>
        <w:t xml:space="preserve">1. </w:t>
      </w:r>
      <w:r>
        <w:t>плата за услуги по поддержанию резервной тепловой мощности при отсутствии потребления тепловой энергии</w:t>
      </w:r>
    </w:p>
    <w:p>
      <w:r>
        <w:rPr>
          <w:b/>
        </w:rPr>
        <w:t xml:space="preserve">1. </w:t>
      </w:r>
      <w:r>
        <w:t>плата за подключение (технологическое присоединение) к системе теплоснабжения. (В редакции Федерального закона от 30.12.2012 № 318-ФЗ)</w:t>
      </w:r>
    </w:p>
    <w:p>
      <w:r>
        <w:rPr>
          <w:b/>
        </w:rPr>
        <w:t xml:space="preserve">21. </w:t>
      </w:r>
      <w:r>
        <w:t>цены на теплоноситель в виде пара, поставляемый теплоснабжающими организациями потребителям, другим теплоснабжающим организациям</w:t>
      </w:r>
    </w:p>
    <w:p>
      <w:r>
        <w:rPr>
          <w:b/>
        </w:rPr>
        <w:t xml:space="preserve">21. </w:t>
      </w:r>
      <w:r>
        <w:t>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 (Дополнение частью - Федеральный закон от 01.12.2014 № 404-ФЗ)</w:t>
      </w:r>
    </w:p>
    <w:p>
      <w:r>
        <w:rPr>
          <w:b/>
        </w:rPr>
        <w:t xml:space="preserve">22. </w:t>
      </w:r>
      <w:r>
        <w:t>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 на территориях, не отнесенных к ценовым зонам теплоснабжения (в ценовых зонах теплоснабжения после окончания переходного периода реализация тепловой энергии (мощности), необходимой для оказания коммунальных услуг по отоплению и горячему водоснабжению населению и приравненным к нему категориям потребителей, осуществляется по ценам, определяемым соглашением сторон договора, но не выше предельного уровня цены на тепловую энергию (мощность), утвержденного органом исполнительной власти субъекта Российской Федерации в области государственного регулирования цен (тарифов); (В редакции Федерального закона от 08.08.2024 № 311-ФЗ) 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 (Дополнение частью - Федеральный закон от 01.12.2014 № 404-ФЗ)</w:t>
      </w:r>
    </w:p>
    <w:p>
      <w:r>
        <w:rPr>
          <w:b/>
        </w:rPr>
        <w:t>Статья 9. Методы регулирования тарифов в сфере теплоснабжения</w:t>
      </w:r>
    </w:p>
    <w:p>
      <w:r>
        <w:rPr>
          <w:b/>
        </w:rPr>
        <w:t xml:space="preserve">1. </w:t>
      </w:r>
      <w:r>
        <w:t>Методами регулирования тарифов в сфере теплоснабжения являются</w:t>
      </w:r>
    </w:p>
    <w:p>
      <w:r>
        <w:rPr>
          <w:b/>
        </w:rPr>
        <w:t xml:space="preserve">2. </w:t>
      </w:r>
      <w:r>
        <w:t>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осуществляющих регулируемые виды деятельности в сфере теплоснабжения,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теплоснабжения, вправе определить перечень субъектов Российской Федерации и (или) виды организаций, в отношении которых применяется метод экономически обоснованных расходов (затрат). Порядок применения методов регулирования тарифов в сфере теплоснабжения устанавливается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Решение о выборе метода регулирования тарифов в сфере теплоснабжения принимается органом регулирования с учетом предложения организации, осуществляющей регулируемые виды деятельности в сфере теплоснабжения. Порядок учета предложения устанавливается правилами регулирования цен (тарифов) в сфере теплоснабжения, утвержденными Правительством Российской Федерации.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рассматриваются федеральным органом исполнительной власти в области государственного регулирования тарифов в сфере теплоснабжения в порядке и в сроки, которые установлены Правительством Российской Федерации. В случае выбора метода обеспечения доходности инвестированного капитала соответствующее решение органа регулирования согласовывается с федеральным органом исполнительной власти в области государственного регулирования тарифов в сфере теплоснабжения. В случае, если решение органа регулирования о выборе метода обеспечения доходности инвестированного капитала принимается в отношении организации, осуществляющей регулируемые виды деятельности в сфере теплоснабжения в поселениях, муниципальных округах, городских округах с численностью населения пятьсот тысяч человек и более, в административных центрах субъектов Российской Федерации или в городах федерального значения Москве и Санкт-Петербурге, федеральный орган исполнительной власти в области государственного регулирования тарифов в сфере теплоснабжения при согласовании указанного решения также согласовывает долгосрочные параметры государственного регулирования цен (тарифов) в сфере теплоснабжения. (В редакции федеральных законов от 30.12.2012 № 291-ФЗ, от 26.02.2024 № 34-ФЗ)</w:t>
      </w:r>
    </w:p>
    <w:p>
      <w:r>
        <w:rPr>
          <w:b/>
        </w:rPr>
        <w:t xml:space="preserve">21. </w:t>
      </w:r>
      <w:r>
        <w:t>Предусмотренное частью 2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при установлении метода регулирования тарифов в сфере теплоснабжения в конкурсной документации в соответствии с частью 12 статьи 281 настоящего Федерального закона. (Дополнение частью - Федеральный закон от 07.05.2013 № 103-ФЗ)</w:t>
      </w:r>
    </w:p>
    <w:p>
      <w:r>
        <w:rPr>
          <w:b/>
        </w:rPr>
        <w:t xml:space="preserve">22. </w:t>
      </w:r>
      <w:r>
        <w:t>В отношении организации, осуществляющей регулируемые виды деятельности в сфере теплоснабжения и эксплуатацию объектов теплоснабжения, находящихся в государственной или муниципальной собственности, по договору аренды данных объектов или по концессионному соглашению, орган регулирования принимает решение о выборе метода регулирования тарифов, соответствующего методу, предусмотренному конкурсной документацией и согласованному в установленном Правительством Российской Федерации порядке органом регулирования в соответствии с законодательством Российской Федерации о концессионных соглашениях и настоящим Федеральным законом. При принятии органом регулирования решения о выборе метода регулирования тарифов, соответствующего предусмотренному конкурсной документацией методу, указанное в части 2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(Дополнение частью - Федеральный закон от 07.05.2013 № 103-ФЗ)</w:t>
      </w:r>
    </w:p>
    <w:p>
      <w:r>
        <w:rPr>
          <w:b/>
        </w:rPr>
        <w:t xml:space="preserve">3. </w:t>
      </w:r>
      <w:r>
        <w:t>При установлении тарифов в сфере теплоснабжения должны быть учтены нормативы технологических потерь при передаче тепловой энергии, теплоносителя по тепловым сетям и нормативы удельного расхода топлива при производстве тепловой энергии</w:t>
      </w:r>
    </w:p>
    <w:p>
      <w:r>
        <w:rPr>
          <w:b/>
        </w:rPr>
        <w:t xml:space="preserve">4. </w:t>
      </w:r>
      <w:r>
        <w:t>При нарушении режима потребления тепловой энергии или отсутствии коммерческого учета тепловой энергии, теплоносителя в случае обязательности этого учета в соответствии с федеральными законами применяются установленные органами регулирования повышающие коэффициенты к тарифам в сфере теплоснабжения</w:t>
      </w:r>
    </w:p>
    <w:p>
      <w:r>
        <w:rPr>
          <w:b/>
        </w:rPr>
        <w:t xml:space="preserve">5. </w:t>
      </w:r>
      <w:r>
        <w:t>Тарифы на горячую воду в открытых системах теплоснабжения (горячего водоснабжения) устанавливаются в виде двухкомпонентных тарифов с использованием компонента на теплоноситель и компонента на тепловую энергию. (Дополнение частью - Федеральный закон от 07.12.2011 № 417-ФЗ)</w:t>
      </w:r>
    </w:p>
    <w:p>
      <w:r>
        <w:rPr>
          <w:b/>
        </w:rPr>
        <w:t xml:space="preserve">1. </w:t>
      </w:r>
      <w:r>
        <w:t>метод экономически обоснованных расходов (затрат)</w:t>
      </w:r>
    </w:p>
    <w:p>
      <w:r>
        <w:rPr>
          <w:b/>
        </w:rPr>
        <w:t xml:space="preserve">1. </w:t>
      </w:r>
      <w:r>
        <w:t>метод индексации установленных тарифов</w:t>
      </w:r>
    </w:p>
    <w:p>
      <w:r>
        <w:rPr>
          <w:b/>
        </w:rPr>
        <w:t xml:space="preserve">1. </w:t>
      </w:r>
      <w:r>
        <w:t>метод обеспечения доходности инвестированного капитала</w:t>
      </w:r>
    </w:p>
    <w:p>
      <w:r>
        <w:rPr>
          <w:b/>
        </w:rPr>
        <w:t xml:space="preserve">1. </w:t>
      </w:r>
      <w:r>
        <w:t>метод сравнения аналогов</w:t>
      </w:r>
    </w:p>
    <w:p>
      <w:r>
        <w:rPr>
          <w:b/>
        </w:rPr>
        <w:t>Статья 10. Сущность и порядок государственного регулирования цен (тарифов) на тепловую энергию (мощность)</w:t>
      </w:r>
    </w:p>
    <w:p>
      <w:r>
        <w:rPr>
          <w:b/>
        </w:rPr>
        <w:t xml:space="preserve">1. </w:t>
      </w:r>
      <w:r>
        <w:t>Государственное регулирование цен (тарифов) на тепловую энергию (мощность) осуществляется на основе принципов, установленных настоящим Федеральным законом, в соответствии с основами ценообразования в сфере теплоснабжения, правилами регулирования цен (тарифов) в сфере теплоснабжения, утвержденными Правительством Российской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с учетом особенностей, указанных в частях 21 - 23 статьи 8 настоящего Федерального закона. (В редакции Федерального закона от 01.12.2014 № 404-ФЗ)</w:t>
      </w:r>
    </w:p>
    <w:p>
      <w:r>
        <w:rPr>
          <w:b/>
        </w:rPr>
        <w:t xml:space="preserve">2. </w:t>
      </w:r>
      <w:r>
        <w:t>Срок действия установленных тарифов в сфере теплоснабжения не может быть менее чем один финансовый год, если иное не установлено федеральными законами, решениями Правительства Российской Федерации. (В редакции федеральных законов от 04.06.2011 № 123-ФЗ, от 30.12.2012 № 291-ФЗ, от 26.02.2024 № 34-ФЗ)</w:t>
      </w:r>
    </w:p>
    <w:p>
      <w:r>
        <w:rPr>
          <w:b/>
        </w:rPr>
        <w:t xml:space="preserve">3. </w:t>
      </w:r>
      <w:r>
        <w:t>В случае заключения между теплоснабжающей организацией и потребителем долгосрочного договора теплоснабжения (на срок более чем один год) орган регулирования устанавливает долгосрочный тариф на реализуемую потребителю тепловую энергию (мощность), определенный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(В редакции Федерального закона от 30.12.2012 № 291-ФЗ)</w:t>
      </w:r>
    </w:p>
    <w:p>
      <w:r>
        <w:rPr>
          <w:b/>
        </w:rPr>
        <w:t xml:space="preserve">4. </w:t>
      </w:r>
      <w:r>
        <w:t>Государственное регулирование цен (тарифов) в сфере теплоснабжения с применением метода обеспечения доходности инвестированного капитала, метода индексации установленных тарифов, метода сравнения аналогов осуществляется на основе долгосрочных параметров государственного регулирования цен (тарифов) в сфере теплоснабжения, устанавливаемых на долгосрочный период регулирования (на срок не менее чем пять лет или при установлении впервые указанных цен (тарифов) не менее чем три года) в порядке, установленном Правительством Российской Федерации. Цены (тарифы) в сфере теплоснабжения при осуществлении их государственного регулирования на основе долгосрочных параметров государственного регулирования цен (тарифов) в сфере теплоснабжения устанавливаются в порядке, предусмотренном основами ценообразования в сфере теплоснабжения, утвержденными Правительством Российской Федерации. Регулируемые цены (тарифы) могут устанавливаться как в числовом выражении, так и в виде формул. Дополнительные средства, полученные теплоснабжающей организацией, теплосетевой организацией в результате снижения затрат вследствие повышения эффективности деятельности этих организаций, остаются в их распоряжении в течение пяти лет. Сокращение затрат теплоснабжающей организации, теплосетевой организации не является основанием для досрочного пересмотра цен (тарифов) этих организаций. Перечень указанных затрат определяется в соответствии с основами ценообразования в сфере теплоснабжения. (В редакции Федерального закона от 30.12.2012 № 291-ФЗ)</w:t>
      </w:r>
    </w:p>
    <w:p>
      <w:r>
        <w:rPr>
          <w:b/>
        </w:rPr>
        <w:t xml:space="preserve">5. </w:t>
      </w:r>
      <w:r>
        <w:t>(Часть утратила силу - Федеральный закон от 26.02.2024 № 34-ФЗ)</w:t>
      </w:r>
    </w:p>
    <w:p>
      <w:r>
        <w:rPr>
          <w:b/>
        </w:rPr>
        <w:t xml:space="preserve">6. </w:t>
      </w:r>
      <w:r>
        <w:t>(Часть утратила силу - Федеральный закон от 26.02.2024 № 34-ФЗ)</w:t>
      </w:r>
    </w:p>
    <w:p>
      <w:r>
        <w:rPr>
          <w:b/>
        </w:rPr>
        <w:t xml:space="preserve">61. </w:t>
      </w:r>
      <w:r>
        <w:t>В случае изменения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случае установления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этими органами или согласованных ими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теплоснабжающими организациями, теплосетевыми организациями, возмещение таких недополученных доходов указанным организациям, за исключением случаев корректировки цен (тарифов)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иных случаев, предусмотренных основами ценообразования в сфере теплоснабжения,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 (Дополнение частью - Федеральный закон от 30.12.2012 № 291-ФЗ) (В редакции федеральных законов от 28.11.2015 № 357-ФЗ, от 08.08.2024 № 232-ФЗ)</w:t>
      </w:r>
    </w:p>
    <w:p>
      <w:r>
        <w:rPr>
          <w:b/>
        </w:rPr>
        <w:t xml:space="preserve">62. </w:t>
      </w:r>
      <w:r>
        <w:t>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сфере теплоснабжения,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осуществлением регулируемых видов деятельности теплоснабжающими организациями, теплосетевыми организациями, в предусмотренном частью 61 настоящей статьи случае подлежат компенсации (за исключением предусмотренного частью 63 настоящей статьи случая принятия Правительством Российской Федерации решения в связи с существенным ухудшением экономической конъюнктуры, а также случая прекращения действия долгосрочных тарифов в связи с принятием в соответствии со статьей 233 настоящего Федерального закона решения об отнесении поселения, муниципального округа, городского округа к ценовым зонам теплоснабжения)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установленном Правительством Российской Федерации порядке. (Дополнение частью - Федеральный закон от 30.12.2012 № 291-ФЗ) (В редакции Федерального закона от 26.02.2024 № 34-ФЗ)</w:t>
      </w:r>
    </w:p>
    <w:p>
      <w:r>
        <w:rPr>
          <w:b/>
        </w:rPr>
        <w:t xml:space="preserve">63. </w:t>
      </w:r>
      <w:r>
        <w:t>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соответствующем квартале предыдущего года. (Дополнение частью - Федеральный закон от 30.12.2012 № 291-ФЗ) (В редакции федеральных законов от 28.11.2015 № 357-ФЗ, от 29.07.2018 № 272-ФЗ, от 08.08.2024 № 232-ФЗ)</w:t>
      </w:r>
    </w:p>
    <w:p>
      <w:r>
        <w:rPr>
          <w:b/>
        </w:rPr>
        <w:t xml:space="preserve">64. </w:t>
      </w:r>
      <w:r>
        <w:t>Указанное в части 63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исполнительным органом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Российской Федерации решения, указанного в части 63 настоящей статьи. (Дополнение частью - Федеральный закон от 30.12.2012 № 291-ФЗ) (В редакции федеральных законов от 28.11.2015 № 357-ФЗ, от 08.08.2024 № 232-ФЗ)</w:t>
      </w:r>
    </w:p>
    <w:p>
      <w:r>
        <w:rPr>
          <w:b/>
        </w:rPr>
        <w:t xml:space="preserve">65. </w:t>
      </w:r>
      <w:r>
        <w:t>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63 настоящей статьи, компенсация недополученных доходов теплоснабжающим организациям, теплосетевым организациям, связанных с осуществлением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или местного бюджета в соответствии с бюджетным законодательством Российской Федерации. (Дополнение частью - Федеральный закон от 30.12.2012 № 291-ФЗ)</w:t>
      </w:r>
    </w:p>
    <w:p>
      <w:r>
        <w:rPr>
          <w:b/>
        </w:rPr>
        <w:t xml:space="preserve">66. </w:t>
      </w:r>
      <w:r>
        <w:t>Решение об изменении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и решение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исполнительным органом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теплоснабжающими организациями, теплосетевыми организациями и подлежащие в обязательном порядке возмещению в соответствии с частью 61 настоящей статьи, принимаются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таких недополученных доходов указанным организациям, размер которого определяется в порядке, установленном Правительством Российской Федерации, за счет средств бюджета субъекта Российской Федерации или местного бюджета. (Дополнение частью - Федеральный закон от 30.12.2012 № 291-ФЗ) (В редакции федеральных законов от 28.11.2015 № 357-ФЗ, от 08.08.2024 № 232-ФЗ)</w:t>
      </w:r>
    </w:p>
    <w:p>
      <w:r>
        <w:rPr>
          <w:b/>
        </w:rPr>
        <w:t xml:space="preserve">7. </w:t>
      </w:r>
      <w:r>
        <w:t>(Часть утратила силу - Федеральный закон от 26.02.2024 № 34-ФЗ)</w:t>
      </w:r>
    </w:p>
    <w:p>
      <w:r>
        <w:rPr>
          <w:b/>
        </w:rPr>
        <w:t xml:space="preserve">8. </w:t>
      </w:r>
      <w:r>
        <w:t>(Часть утратила силу - Федеральный закон от 26.02.2024 № 34-ФЗ)</w:t>
      </w:r>
    </w:p>
    <w:p>
      <w:r>
        <w:rPr>
          <w:b/>
        </w:rPr>
        <w:t xml:space="preserve">9. </w:t>
      </w:r>
      <w:r>
        <w:t>Поставки тепловой энергии (мощности), теплоносителя в поселениях, муниципальных округах,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порядке между потребителями тепловой энергии и теплоснабжающими организациями по ценам, определенным соглашением сторон. Государственное регулирование цен (тарифов) в отношении объема тепловой энергии (мощности), теплоносителя, продажа которых осуществляется по таким договорам, не применяется. (В редакции федеральных законов от 29.07.2017 № 279-ФЗ, от 26.02.2024 № 34-ФЗ)</w:t>
      </w:r>
    </w:p>
    <w:p>
      <w:r>
        <w:rPr>
          <w:b/>
        </w:rPr>
        <w:t xml:space="preserve">10. </w:t>
      </w:r>
      <w:r>
        <w:t>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w:t>
      </w:r>
    </w:p>
    <w:p>
      <w:r>
        <w:rPr>
          <w:b/>
        </w:rPr>
        <w:t xml:space="preserve">11. </w:t>
      </w:r>
      <w:r>
        <w:t>За принятие решений в отношении установленных тарифов на тепловую энергию (мощность) по разногласиям, возникающим между исполнительными органами субъектов Российской Федерации в области государственного регулирования цен (тарифов), организациями, осуществляющими регулируемые виды деятельности в сфере теплоснабжения, и потребителями, уплачивается государственная пошлина в размерах и в порядке, которые установлены законодательством Российской Федерации о налогах и сборах. (В редакции Федерального закона от 08.08.2024 № 232-ФЗ)</w:t>
      </w:r>
    </w:p>
    <w:p>
      <w:r>
        <w:rPr>
          <w:b/>
        </w:rPr>
        <w:t xml:space="preserve">12. </w:t>
      </w:r>
      <w:r>
        <w:t>К долгосрочным параметрам государственного регулирования цен (тарифов) в сфере теплоснабжения относятся динамика изменения расходов, связанных с поставками соответствующих товаров, услуг, размер инвестированного капитала, норма доходности инвестированного капитала, срок возврата инвестированного капитала, показатели энергосбережения, энергетической эффективности и иные долгосрочные параметры такого регулирования, определенные основами ценообразования в сфере теплоснабжения, утвержденными Правительством Российской Федерации. (В редакции Федерального закона от 07.05.2013 № 103-ФЗ)</w:t>
      </w:r>
    </w:p>
    <w:p>
      <w:r>
        <w:rPr>
          <w:b/>
        </w:rPr>
        <w:t xml:space="preserve">121. </w:t>
      </w:r>
      <w:r>
        <w:t>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параметров государственного регулирования цен (тарифов) в сфере теплоснабжения при формировании тарифов в порядке, установленном основами ценообразования в сфере теплоснабжения, утвержденными Правительством Российской Федерации, и с учетом особенностей, установленных частью 71 статьи 29 настоящего Федерального закона. (Дополнение частью - Федеральный закон от 07.05.2013 № 103-ФЗ) (В редакции Федерального закона от 29.07.2017 № 279-ФЗ)</w:t>
      </w:r>
    </w:p>
    <w:p>
      <w:r>
        <w:rPr>
          <w:b/>
        </w:rPr>
        <w:t xml:space="preserve">122. </w:t>
      </w:r>
      <w:r>
        <w:t>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по договору аренды объектов теплоснабжения, находящихся в государственной или муниципальной собственности, который заключен в соответствии с требованиями гражданского законодательства, антимонопольного законодательства Российской Федерации, требованиями принятых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объектов теплоснабжения, находящихся в государственной или муниципальной собственности, осуществляются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(Дополнение частью - Федеральный закон от 07.05.2013 № 103-ФЗ)</w:t>
      </w:r>
    </w:p>
    <w:p>
      <w:r>
        <w:rPr>
          <w:b/>
        </w:rPr>
        <w:t xml:space="preserve">123. </w:t>
      </w:r>
      <w:r>
        <w:t>По соглашению сторон договора аренды объектов теплоснабжения, находящихся в государственной или муниципальной собственности, и по согласованию с органом регулирования, за исключением случаев, предусмотренных в части 124 настоящей статьи, установление, изменение, корректировка регулируемых цен (тарифов) на производимые и реализуемые арендатором товары, оказываемые услуги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 правилами регулирования цен (тарифов) в сфере теплоснабжения, утвержденными Правительством Российской Федерации. После окончания переходного периода в ценовых зонах теплоснабжения по соглашению сторон договора аренды объектов теплоснабжения, находящихся в государственной или муниципальной собственности, арендатором производятся и реализуются товары и оказываются услуги в сфере теплоснабжения по ценам, определяемым в соответствии со статьей 234 настоящего Федерального закона. (Дополнение частью - Федеральный закон от 07.05.2013 № 103-ФЗ) (В редакции Федерального закона от 29.07.2017 № 279-ФЗ)</w:t>
      </w:r>
    </w:p>
    <w:p>
      <w:r>
        <w:rPr>
          <w:b/>
        </w:rPr>
        <w:t xml:space="preserve">124. </w:t>
      </w:r>
      <w:r>
        <w:t>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муниципального округа, городского округа к ценовым зонам теплоснабжения,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изменения тарифа в порядке, который определяется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(Дополнение частью - Федеральный закон от 29.07.2017 № 279-ФЗ) (В редакции Федерального закона от 26.02.2024 № 34-ФЗ)</w:t>
      </w:r>
    </w:p>
    <w:p>
      <w:r>
        <w:rPr>
          <w:b/>
        </w:rPr>
        <w:t xml:space="preserve">13. </w:t>
      </w:r>
      <w:r>
        <w:t>При установлении для отдельных категорий потребителей льготных тарифов на тепловую энергию (мощность), теплоноситель, регулирование которых осуществляется в соответствии с настоящим Федеральным законом, повышение тарифов на тепловую энергию (мощность), теплоноситель для других потребителей не допускается</w:t>
      </w:r>
    </w:p>
    <w:p>
      <w:r>
        <w:rPr>
          <w:b/>
        </w:rPr>
        <w:t xml:space="preserve">14. </w:t>
      </w:r>
      <w:r>
        <w:t>Наряду со льготами, установленными федеральными законами в отношении физических лиц, льготные тарифы на тепловую энергию (мощность), теплоноситель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теплоснабжающих организаций</w:t>
      </w:r>
    </w:p>
    <w:p>
      <w:r>
        <w:rPr>
          <w:b/>
        </w:rPr>
        <w:t xml:space="preserve">15. </w:t>
      </w:r>
      <w:r>
        <w:t>Перечень потребителей или категорий потребителей тепловой энергии (мощности), теплоносителя, имеющих право на льготные тарифы на тепловую энергию (мощность), теплоноситель (за исключением физических лиц), подлежит опубликованию в порядке, установленном правилами регулирования цен (тарифов) в сфере теплоснабжения, утвержденными Правительством Российской Федерации</w:t>
      </w:r>
    </w:p>
    <w:p>
      <w:r>
        <w:rPr>
          <w:b/>
        </w:rPr>
        <w:t xml:space="preserve">16. </w:t>
      </w:r>
      <w:r>
        <w:t>(Дополнение частью - Федеральный закон от 30.12.2012 № 291-ФЗ) (Утратила силу - Федеральный закон от 07.05.2013 № 103-ФЗ)</w:t>
      </w:r>
    </w:p>
    <w:p>
      <w:r>
        <w:rPr>
          <w:b/>
        </w:rPr>
        <w:t xml:space="preserve">17. </w:t>
      </w:r>
      <w:r>
        <w:t>Установленные цены (тарифы) на тепловую энергию (мощность) и горячую воду в открытых системах теплоснабжения (горячего водоснабжения), используемые для расчета размера платы за коммунальные услуги по отоплению, горячему водоснабжению для населения и приравненных к нему категорий потребителей, применяются для расчетов за тепловую энергию (мощность) и горячую воду, поставляемые организациям, предоставляющим внаем жилые помещения в наемных домах в соответствии с жилищным законодательством. (Дополнение частью - Федеральный закон от 21.07.2014 № 217-ФЗ)</w:t>
      </w:r>
    </w:p>
    <w:p>
      <w:r>
        <w:rPr>
          <w:b/>
        </w:rPr>
        <w:t xml:space="preserve">10. </w:t>
      </w:r>
      <w:r>
        <w:t>заключение договоров в отношении тепловой энергии, произведенной источниками тепловой энергии, введенными в эксплуатацию до 1 января 2010 года, не влечет за собой дополнительное увеличение тарифов на тепловую энергию (мощность) для потребителей, объекты которых введены в эксплуатацию до 1 января 2010 года</w:t>
      </w:r>
    </w:p>
    <w:p>
      <w:r>
        <w:rPr>
          <w:b/>
        </w:rPr>
        <w:t xml:space="preserve">10. </w:t>
      </w:r>
      <w:r>
        <w:t>существует технологическая возможность снабжения тепловой энергией (мощностью), теплоносителем от источников тепловой энергии потребителей, которые являются сторонами договоров</w:t>
      </w:r>
    </w:p>
    <w:p>
      <w:r>
        <w:rPr>
          <w:b/>
        </w:rPr>
        <w:t>Статья 11. Способы установления тарифов в сфере теплоснабжения</w:t>
      </w:r>
    </w:p>
    <w:p>
      <w:r>
        <w:rPr>
          <w:b/>
        </w:rPr>
        <w:t xml:space="preserve">1. </w:t>
      </w:r>
      <w:r>
        <w:t>Тарифы на тепловую энергию (мощность), поставляемую потребителям, тарифы на услуги по передаче тепловой энергии могут устанавливаться органом регулирования в виде одноставочного или двухставочного тарифа</w:t>
      </w:r>
    </w:p>
    <w:p>
      <w:r>
        <w:rPr>
          <w:b/>
        </w:rPr>
        <w:t xml:space="preserve">2. </w:t>
      </w:r>
      <w:r>
        <w:t>Тарифы на теплоноситель устанавливаются органом регулирования в виде одноставочного тарифа</w:t>
      </w:r>
    </w:p>
    <w:p>
      <w:r>
        <w:rPr>
          <w:b/>
        </w:rPr>
        <w:t xml:space="preserve">21. </w:t>
      </w:r>
      <w:r>
        <w:t>В ценовых зонах теплоснабжения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или договор аренды объектов теплоснабжения, находящихся в государственной или муниципальной собственности, устанавливаются органом регулирования в виде двухставочного тарифа. (Дополнение частью - Федеральный закон от 29.07.2017 № 279-ФЗ)</w:t>
      </w:r>
    </w:p>
    <w:p>
      <w:r>
        <w:rPr>
          <w:b/>
        </w:rPr>
        <w:t xml:space="preserve">3. </w:t>
      </w:r>
      <w:r>
        <w:t>Тарифы на тепловую энергию (мощность), тариф на теплоноситель, тарифы на услуги по передаче тепловой энергии могут быть дифференцированы в зависимости от вида или параметров теплоносителя, зон дальности передачи тепловой энергии, иных критериев, которые определены основами ценообразования в сфере теплоснабжения, утвержденными Правительством Российской Федерации</w:t>
      </w:r>
    </w:p>
    <w:p>
      <w:r>
        <w:rPr>
          <w:b/>
        </w:rPr>
        <w:t xml:space="preserve">4. </w:t>
      </w:r>
      <w:r>
        <w:t>Установление тарифов в сфере теплоснабжения осуществляется в целях необходимости обеспечения единых тарифов для потребителей тепловой энергии (мощности), теплоносителя, находящихся в одной зоне деятельности единой теплоснабжающей организации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заключили</w:t>
      </w:r>
    </w:p>
    <w:p>
      <w:r>
        <w:rPr>
          <w:b/>
        </w:rPr>
        <w:t xml:space="preserve">4. </w:t>
      </w:r>
      <w:r>
        <w:t>в случаях, предусмотренных настоящим Федеральным законом, договоры теплоснабжения и (или) договоры поставки тепловой энергии (мощности), теплоносителя по ценам, определенным соглашением сторон в отношении объема таких поставок</w:t>
      </w:r>
    </w:p>
    <w:p>
      <w:r>
        <w:rPr>
          <w:b/>
        </w:rPr>
        <w:t xml:space="preserve">4. </w:t>
      </w:r>
      <w:r>
        <w:t>долгосрочные договоры теплоснабжения и (или) договоры поставки тепловой энергии (мощности), теплоносителя с применением долгосрочных тарифов в отношении объема таких поставок</w:t>
      </w:r>
    </w:p>
    <w:p>
      <w:r>
        <w:rPr>
          <w:b/>
        </w:rPr>
        <w:t>Статья 12. Основания и порядок отмены регулирования тарифов в сфере теплоснабжения</w:t>
      </w:r>
    </w:p>
    <w:p>
      <w:r>
        <w:rPr>
          <w:b/>
        </w:rPr>
        <w:t xml:space="preserve">1. </w:t>
      </w:r>
      <w:r>
        <w:t>В случае возможности осуществления в пределах отдельной системы теплоснабжения экономически оправданного перехода из состояния рынка, характеризующегося отсутствием конкуренции, в состояние конкурентного товарного рынка регулирование тарифов в сфере теплоснабжения в такой системе теплоснабжения может быть отменено</w:t>
      </w:r>
    </w:p>
    <w:p>
      <w:r>
        <w:rPr>
          <w:b/>
        </w:rPr>
        <w:t xml:space="preserve">2. </w:t>
      </w:r>
      <w:r>
        <w:t>Отмена регулирования тарифов в сфере теплоснабжения осуществляется исполнительным органом субъекта Российской Федерации в области государственного регулирования цен (тарифов) по предложению органа местного самоуправления по согласованию с организацией, осуществляющей регулируемые виды деятельности в сфере теплоснабжения, или по предложению организации, осуществляющей регулируемые виды деятельности в сфере теплоснабжения, по согласованию с органом местного самоуправления и по согласованию с федеральным антимонопольным органом. (В редакции федеральных законов от 28.11.2015 № 357-ФЗ, от 08.08.2024 № 232-ФЗ)</w:t>
      </w:r>
    </w:p>
    <w:p>
      <w:r>
        <w:rPr>
          <w:b/>
        </w:rPr>
        <w:t xml:space="preserve">3. </w:t>
      </w:r>
      <w:r>
        <w:t>В случае принятия решения об отмене регулирования тарифов в сфере теплоснабжения в пределах отдельной системы теплоснабжения должны быть учтены следующие обстоятельства</w:t>
      </w:r>
    </w:p>
    <w:p>
      <w:r>
        <w:rPr>
          <w:b/>
        </w:rPr>
        <w:t xml:space="preserve">4. </w:t>
      </w:r>
      <w:r>
        <w:t>Порядок учета указанных в части 3 настоящей статьи обстоятельств и принятия решения об отмене регулирования тарифов в сфере теплоснабжения устанавливается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
        <w:rPr>
          <w:b/>
        </w:rPr>
        <w:t xml:space="preserve">5. </w:t>
      </w:r>
      <w:r>
        <w:t>Изменение указанных в части 3 настоящей статьи обстоятельств после отмены регулирования тарифов в сфере теплоснабжения в пределах отдельной системы теплоснабжения является основанием для принятия исполнительным органом субъекта Российской Федерации в области государственного регулирования цен (тарифов) по согласованию с федеральным антимонопольным органом решения о введении регулирования тарифов в сфере теплоснабжения в порядке, установленном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(В редакции Федерального закона от 08.08.2024 № 232-ФЗ)</w:t>
      </w:r>
    </w:p>
    <w:p>
      <w:r>
        <w:rPr>
          <w:b/>
        </w:rPr>
        <w:t xml:space="preserve">6. </w:t>
      </w:r>
      <w:r>
        <w:t>В случае принятия исполнительным органом субъекта Российской Федерации в области государственного регулирования цен (тарифов) решения об отказе в отмене регулирования тарифов в сфере теплоснабжения в отдельной системе теплоснабжения или непринятия такого решения в сроки, установленные правилами регулирования цен (тарифов) в сфере теплоснабжения, утвержденными Правительством Российской Федерации, органы местного самоуправления либо заинтересованные организации, осуществляющие регулируемые виды деятельности в сфере теплоснабжения, вправе обжаловать действие или бездействие исполнительного органа субъекта Российской Федерации в области государственного регулирования цен (тарифов) в федеральный антимонопольный орган. (В редакции федеральных законов от 28.11.2015 № 357-ФЗ, от 08.08.2024 № 232-ФЗ)</w:t>
      </w:r>
    </w:p>
    <w:p>
      <w:r>
        <w:rPr>
          <w:b/>
        </w:rPr>
        <w:t xml:space="preserve">7. </w:t>
      </w:r>
      <w:r>
        <w:t>Предписание об отмене регулирования тарифов в сфере теплоснабжения, выданное федеральным антимонопольным органом по итогам рассмотрения жалобы, является обязательным для исполнения исполнительным органом субъекта Российской Федерации в области государственного регулирования цен (тарифов). (В редакции Федерального закона от 08.08.2024 № 232-ФЗ)</w:t>
      </w:r>
    </w:p>
    <w:p>
      <w:r>
        <w:rPr>
          <w:b/>
        </w:rPr>
        <w:t xml:space="preserve">3. </w:t>
      </w:r>
      <w:r>
        <w:t>наличие на территории поселения, муниципального округа или городского округа, на которой находится данная система теплоснабжения, развитой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(технологического присоединения) к системе или системам теплоснабжения поселения, муниципального округа или городского округа источников тепловой энергии, функционирующих на основе использования альтернативных видов топлива; (В редакции федеральных законов от 30.12.2012 № 318-ФЗ, от 26.02.2024 № 34-ФЗ) 2) отсутствие субсидирования цен (тарифов) в сфере теплоснабжения, в том числе перекрестного субсидирования, оказывающего влияние на выбор потребителем вида топлива, применяемого в целях теплоснабжения</w:t>
      </w:r>
    </w:p>
    <w:p>
      <w:r>
        <w:rPr>
          <w:b/>
        </w:rPr>
        <w:t xml:space="preserve">3. </w:t>
      </w:r>
      <w:r>
        <w:t>ценовая доступность обеспечения теплоснабжения с использованием альтернативных видов топлива</w:t>
      </w:r>
    </w:p>
    <w:p>
      <w:r>
        <w:rPr>
          <w:b/>
        </w:rPr>
        <w:t>Статья 121. Государственный контроль (надзор) в области регулирования цен (тарифов) в сфере теплоснабжения</w:t>
      </w:r>
    </w:p>
    <w:p>
      <w:r>
        <w:rPr>
          <w:b/>
        </w:rPr>
        <w:t xml:space="preserve">1. </w:t>
      </w:r>
      <w:r>
        <w:t>Государственный контроль (надзор) в области регулирования цен (тарифов) в сфере теплоснабжения осуществляется посредством</w:t>
      </w:r>
    </w:p>
    <w:p>
      <w:r>
        <w:rPr>
          <w:b/>
        </w:rPr>
        <w:t xml:space="preserve">2. </w:t>
      </w:r>
      <w:r>
        <w:t>Предметом государственного контроля (надзора) в области регулирования цен (тарифов) в сфере теплоснабжения являются</w:t>
      </w:r>
    </w:p>
    <w:p>
      <w:r>
        <w:rPr>
          <w:b/>
        </w:rPr>
        <w:t xml:space="preserve">3. </w:t>
      </w:r>
      <w:r>
        <w:t>Организация и осуществление государственного контроля (надзора) в области регулирования цен (тарифов) в сфере теплоснабжения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При осуществлении федерального государственного контроля (надзора) в области регулирования цен (тарифов) в сфере теплоснабжения плановые контрольные (надзорные) мероприятия не проводятся</w:t>
      </w:r>
    </w:p>
    <w:p>
      <w:r>
        <w:rPr>
          <w:b/>
        </w:rPr>
        <w:t xml:space="preserve">5. </w:t>
      </w:r>
      <w:r>
        <w:t>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сфере теплоснабжения</w:t>
      </w:r>
    </w:p>
    <w:p>
      <w:r>
        <w:rPr>
          <w:b/>
        </w:rPr>
        <w:t xml:space="preserve">6. </w:t>
      </w:r>
      <w:r>
        <w:t>Государственный контроль (надзор) за реализацией исполнительными органами субъектов Российской Федерации полномочий в области регулирования цен (тарифов) в сфере теплоснабжения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7. </w:t>
      </w:r>
      <w:r>
        <w:t>Правительство Российской Федерации устанавливает порядок осуществления государственного контроля (надзора) за реализацией исполнительными органами субъектов Российской Федерации полномочий в области регулирования цен (тарифов) в сфере теплоснабжения, в том числе предмет указанного контроля (надзора). (В редакции Федерального закона от 08.08.2024 № 232-ФЗ)</w:t>
      </w:r>
    </w:p>
    <w:p>
      <w:r>
        <w:rPr>
          <w:b/>
        </w:rPr>
        <w:t xml:space="preserve">8. </w:t>
      </w:r>
      <w:r>
        <w:t>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цен (тарифов) в сфере теплоснабжения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закона от 6 октября 2003 года № 131-ФЗ "Об общих принципах организации местного самоуправления в Российской Федерации". (В редакции Федерального закона от 08.08.2024 № 232-ФЗ) (Дополнение статьей - Федеральный закон от 18.07.2011 № 242-ФЗ) (В редакции Федерального закона от 11.06.2021 № 170-ФЗ)</w:t>
      </w:r>
    </w:p>
    <w:p>
      <w:r>
        <w:rPr>
          <w:b/>
        </w:rPr>
        <w:t xml:space="preserve">1. </w:t>
      </w:r>
      <w:r>
        <w:t>федерального государственного контроля (надзора) в области регулирования цен (тарифов) в сфере теплоснабжения,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
        <w:rPr>
          <w:b/>
        </w:rPr>
        <w:t xml:space="preserve">1. </w:t>
      </w:r>
      <w:r>
        <w:t>регионального государственного контроля (надзора) в области регулирования цен (тарифов) в сфере теплоснабжения,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w:t>
      </w:r>
    </w:p>
    <w:p>
      <w:r>
        <w:rPr>
          <w:b/>
        </w:rPr>
        <w:t xml:space="preserve">2. </w:t>
      </w:r>
      <w:r>
        <w:t>для федерального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применению цен (тарифов) в сфере теплоснабжения,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раздельного учета доходов и расходов при осуществлении регулируемых видов деятельности в сфере теплоснабжения, использования инвестиционных ресурсов, учтенных при установлении регулируемых цен (тарифов)</w:t>
      </w:r>
    </w:p>
    <w:p>
      <w:r>
        <w:rPr>
          <w:b/>
        </w:rPr>
        <w:t xml:space="preserve">2. </w:t>
      </w:r>
      <w:r>
        <w:t>для регионального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(или) применению цен (тарифов) в сфере теплоснабжения,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к раздельному учету доходов и расходов при осуществлении регулируемых видов деятельности в сфере теплоснабжения, правильности применения регулируемых цен (тарифов) в сфере теплоснабжения, использования инвестиционных ресурсов, учтенных при установлении регулируемых цен (тарифов), соблюдения стандартов раскрытия информации. (В редакции Федерального закона от 08.08.2024 № 232-ФЗ)</w:t>
      </w:r>
    </w:p>
    <w:p>
      <w:pPr>
        <w:pStyle w:val="Heading3"/>
      </w:pPr>
      <w:r>
        <w:t>Отношения теплоснабжающих организаций, теплосетевых организаций и потребителей тепловой энергии</w:t>
      </w:r>
    </w:p>
    <w:p>
      <w:r>
        <w:rPr>
          <w:b/>
        </w:rPr>
        <w:t>Статья 13. Общие положения об отношениях теплоснабжающих организаций, теплосетевых организаций и потребителей тепловой энергии</w:t>
      </w:r>
    </w:p>
    <w:p>
      <w:r>
        <w:rPr>
          <w:b/>
        </w:rPr>
        <w:t xml:space="preserve">1. </w:t>
      </w:r>
      <w:r>
        <w:t>Потребители тепловой энергии, в том числе застройщики, планирующие подключение (технологическое присоединение) к системе теплоснабжения, заключают договоры о подключении (технологическом присоединении) к системе теплоснабжения и вносят плату за подключение (технологическое присоединение) к системе теплоснабжения в порядке, установленном статьей 14 настоящего Федерального закона, с учетом особенностей, установленных для ценовых зон теплоснабжения статьей 2310 настоящего Федерального закона. (В редакции федеральных законов от 30.12.2012 № 318-ФЗ; от 29.07.2017 № 279-ФЗ)</w:t>
      </w:r>
    </w:p>
    <w:p>
      <w:r>
        <w:rPr>
          <w:b/>
        </w:rPr>
        <w:t xml:space="preserve">2. </w:t>
      </w:r>
      <w:r>
        <w:t>Потребители, подключенные (технологически присоединенные) к системе теплоснабжения, заключают с теплоснабжающими организациями договоры теплоснабжения и приобретают тепловую энергию (мощность) и (или) теплоноситель по регулируемым ценам (тарифам) или по ценам, определяемым соглашением сторон договора теплоснабжения, в случаях, предусмотренных настоящим Федеральным законом, в порядке, установленном статьей 15 настоящего Федерального закона, с учетом особенностей, установленных для ценовых зон теплоснабжения статьей 238 настоящего Федерального закона. (В редакции федеральных законов от 30.12.2012 № 318-ФЗ; от 29.07.2017 № 279-ФЗ)</w:t>
      </w:r>
    </w:p>
    <w:p>
      <w:r>
        <w:rPr>
          <w:b/>
        </w:rPr>
        <w:t xml:space="preserve">21. </w:t>
      </w:r>
      <w:r>
        <w:t>Потребители, которым поставка горячей воды осуществляется с использованием открытой системы теплоснабжения (горячего водоснабжения), заключают с теплоснабжающими организациями договоры теплоснабжения и поставки горячей воды в порядке, установленном статьей 151 настоящего Федерального закона. (Дополнение частью - Федеральный закон от 07.12.2011 № 417-ФЗ)</w:t>
      </w:r>
    </w:p>
    <w:p>
      <w:r>
        <w:rPr>
          <w:b/>
        </w:rPr>
        <w:t xml:space="preserve">3. </w:t>
      </w:r>
      <w:r>
        <w:t>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статьей 16 настоящего Федерального закона. (В редакции Федерального закона от 30.12.2012 № 318-ФЗ)</w:t>
      </w:r>
    </w:p>
    <w:p>
      <w:r>
        <w:rPr>
          <w:b/>
        </w:rPr>
        <w:t xml:space="preserve">4. </w:t>
      </w:r>
      <w:r>
        <w:t>Теплоснабжающие организации самостоятельно производят тепловую энергию (мощность), теплоноситель или заключают договоры поставки тепловой энергии (мощности) и (или) теплоносителя с другими теплоснабжающими организациями и оплачивают тепловую энергию (мощность), теплоноситель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статьей 15 настоящего Федерального закона, с учетом особенностей, установленных для ценовых зон теплоснабжения статьей 238 настоящего Федерального закона. (В редакции федеральных законов от 01.12.2014 № 404-ФЗ; от 29.07.2017 № 279-ФЗ)</w:t>
      </w:r>
    </w:p>
    <w:p>
      <w:r>
        <w:rPr>
          <w:b/>
        </w:rPr>
        <w:t xml:space="preserve">5. </w:t>
      </w:r>
      <w:r>
        <w:t>Теплосетевые организации или теплоснабжающие организации компенсируют потери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 другими теплоснабжающими организациями и оплачивают их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статьей 15 настоящего Федерального закона, с учетом особенностей, установленных для ценовых зон теплоснабжения статьей 238 настоящего Федерального закона. (В редакции Федерального закона от 29.07.2017 № 279-ФЗ)</w:t>
      </w:r>
    </w:p>
    <w:p>
      <w:r>
        <w:rPr>
          <w:b/>
        </w:rPr>
        <w:t xml:space="preserve">6. </w:t>
      </w:r>
      <w:r>
        <w:t>Теплоснабжающие организации заключают с теплосетевыми организациями договоры оказания услуг по передаче тепловой энергии, теплоносителя и оплачивают указанные услуги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статьей 17 настоящего Федерального закона, с учетом особенностей, установленных для ценовых зон теплоснабжения статьей 238 настоящего Федерального закона. (В редакции Федерального закона от 29.07.2017 № 279-ФЗ)</w:t>
      </w:r>
    </w:p>
    <w:p>
      <w:r>
        <w:rPr>
          <w:b/>
        </w:rPr>
        <w:t>Статья 14. Подключение (технологическое присоединение) к системе теплоснабжения</w:t>
      </w:r>
    </w:p>
    <w:p>
      <w:r>
        <w:t>(Наименование в редакции Федерального закона от 30.12.2012 № 318-ФЗ)</w:t>
      </w:r>
    </w:p>
    <w:p>
      <w:r>
        <w:rPr>
          <w:b/>
        </w:rPr>
        <w:t xml:space="preserve">1. </w:t>
      </w:r>
      <w:r>
        <w:t>Подключение (технологическое присоединение)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правилами подключения (технологического присоединения) к системам теплоснабжения, утвержденными Правительством Российской Федерации. (В редакции Федерального закона от 30.12.2012 № 318-ФЗ)</w:t>
      </w:r>
    </w:p>
    <w:p>
      <w:r>
        <w:rPr>
          <w:b/>
        </w:rPr>
        <w:t xml:space="preserve">2. </w:t>
      </w:r>
      <w:r>
        <w:t>Указанное в части 1 настоящей статьи подключение (технологическое присоединение) осуществляется на основании договора на подключение (технологическое присоединение) к системе теплоснабжения (далее также - договор на подключение (технологическое присоединение)),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(технологическом присоединении) к системе теплоснабжения лицам и которая не вправе отказать им в услуге по такому подключению (технологическому присоединению) и в заключении соответствующего договора,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 (В редакции Федерального закона от 30.12.2012 № 318-ФЗ)</w:t>
      </w:r>
    </w:p>
    <w:p>
      <w:r>
        <w:rPr>
          <w:b/>
        </w:rPr>
        <w:t xml:space="preserve">3. </w:t>
      </w:r>
      <w:r>
        <w:t>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 (В редакции Федерального закона от 30.12.2012 № 318-ФЗ)</w:t>
      </w:r>
    </w:p>
    <w:p>
      <w:r>
        <w:rPr>
          <w:b/>
        </w:rPr>
        <w:t xml:space="preserve">4. </w:t>
      </w:r>
      <w:r>
        <w:t>В случае технической невозможности подключения (технологического присоединения) к системе теплоснабжения указанного в части 3 настоящей статьи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указанного в части 3 настоящей статьи объекта капитального строительства, отказ в заключении договора на его подключение (технологическое присоединение) не допускается. Нормативные сроки его подключения (технологического присоединения)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(технологического присоединения) к системе теплоснабжения, установленных правилами подключения (технологического присоединения) к системам теплоснабжения, утвержденными Правительством Российской Федерации. (В редакции Федерального закона от 30.12.2012 № 318-ФЗ)</w:t>
      </w:r>
    </w:p>
    <w:p>
      <w:r>
        <w:rPr>
          <w:b/>
        </w:rPr>
        <w:t xml:space="preserve">5. </w:t>
      </w:r>
      <w:r>
        <w:t>В случае технической невозможности подключения (технологического присоединения) к системе теплоснабжения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подключения (технологического присоединения)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(технологического присоединения)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 (В редакции Федерального закона от 30.12.2012 № 318-ФЗ)</w:t>
      </w:r>
    </w:p>
    <w:p>
      <w:r>
        <w:rPr>
          <w:b/>
        </w:rPr>
        <w:t xml:space="preserve">6. </w:t>
      </w:r>
      <w:r>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(технологического присоединения)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(технологического присоединения) объектов капитального строительства, установленных правилами подключения (технологического присоединения) к системам теплоснабжения, утвержденными Правительством Российской Федерации. (В редакции Федерального закона от 30.12.2012 № 318-ФЗ)</w:t>
      </w:r>
    </w:p>
    <w:p>
      <w:r>
        <w:rPr>
          <w:b/>
        </w:rPr>
        <w:t xml:space="preserve">7. </w:t>
      </w:r>
      <w:r>
        <w:t>В случае отказа федерального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объекта капитального строительства относится, в частности, возможность его подключения (технологического присоединения) к системе теплоснабжения в случае снижения тепловой нагрузки потребителями, объекты которых ранее были подключены (технологически присоединены) к системе теплоснабжения в соответствии с положениями части 14 настоящей статьи. (В редакции Федерального закона от 30.12.2012 № 318-ФЗ)</w:t>
      </w:r>
    </w:p>
    <w:p>
      <w:r>
        <w:rPr>
          <w:b/>
        </w:rPr>
        <w:t xml:space="preserve">8. </w:t>
      </w:r>
      <w:r>
        <w:t>Плата за подключение (технологическое присоединение)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(В редакции Федерального закона от 30.12.2012 № 318-ФЗ)</w:t>
      </w:r>
    </w:p>
    <w:p>
      <w:r>
        <w:rPr>
          <w:b/>
        </w:rPr>
        <w:t xml:space="preserve">9. </w:t>
      </w:r>
      <w:r>
        <w:t>Плата за подключение (технологическое присоединение) к системе теплоснабжения в случае отсутствия технической возможности подключения (технологического присоединения) к системе теплоснабжения для каждого потребителя, в том числе застройщика, устанавливается в индивидуальном порядке. (В редакции Федерального закона от 30.12.2012 № 318-ФЗ)</w:t>
      </w:r>
    </w:p>
    <w:p>
      <w:r>
        <w:rPr>
          <w:b/>
        </w:rPr>
        <w:t xml:space="preserve">10. </w:t>
      </w:r>
      <w:r>
        <w:t>Плата за подключение (технологическое присоединение) к системе теплоснабжения, устанавливаемая в расчете на единицу мощности подключаемой тепловой нагрузки, может включать в себя затраты на создание тепловых сетей протяженностью от существующих тепловых сетей или источников тепловой энергии до точки подключения (технологического присоединения) объекта капитального строительства потребителя, в том числе застройщика, за исключением расходов, предусмотренных на создание этих тепловых сетей инвестиционной программой теплоснабжающей организации или теплосетевой организации, либо средств, предусмотренных на создание этих тепловых сетей и полученных за счет иных источников, в том числе средств бюджетов бюджетной системы Российской Федерации. (В редакции Федерального закона от 30.12.2012 № 318-ФЗ)</w:t>
      </w:r>
    </w:p>
    <w:p>
      <w:r>
        <w:rPr>
          <w:b/>
        </w:rPr>
        <w:t xml:space="preserve">11. </w:t>
      </w:r>
      <w:r>
        <w:t>Плата за подключение (технологическое присоединение) к системе теплоснабжения, установленная в индивидуальном порядке, может включать в себя затраты на создание источников тепловой энергии и (или) тепловых сетей или развитие существующих источников тепловой энергии и (или) тепловых сетей в случаях, установленных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(В редакции Федерального закона от 30.12.2012 № 318-ФЗ)</w:t>
      </w:r>
    </w:p>
    <w:p>
      <w:r>
        <w:rPr>
          <w:b/>
        </w:rPr>
        <w:t xml:space="preserve">12. </w:t>
      </w:r>
      <w:r>
        <w:t>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законодательством 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расходы теплоснабжающих организаций или теплосетевых организаций, финансирование которых не обеспечено за счет платы за подключение (технологическое присоединение) к системе теплоснабжения, подлежат возмещению за счет тарифов в сфере теплоснабжения. (В редакции Федерального закона от 30.12.2012 № 318-ФЗ)</w:t>
      </w:r>
    </w:p>
    <w:p>
      <w:r>
        <w:rPr>
          <w:b/>
        </w:rPr>
        <w:t xml:space="preserve">13. </w:t>
      </w:r>
      <w:r>
        <w:t>(Часть утратила силу - Федеральный закон от 04.06.2011 № 123-ФЗ)</w:t>
      </w:r>
    </w:p>
    <w:p>
      <w:r>
        <w:rPr>
          <w:b/>
        </w:rPr>
        <w:t xml:space="preserve">14. </w:t>
      </w:r>
      <w:r>
        <w:t>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использование мощности иным потребителям, заинтересованным в подключении (технологическом присоединении), в порядке, установленном правилами подключения (технологического присоединения) к системам теплоснабжения, утвержденными Правительством Российской Федерации. (В редакции Федерального закона от 30.12.2012 № 318-ФЗ)</w:t>
      </w:r>
    </w:p>
    <w:p>
      <w:r>
        <w:rPr>
          <w:b/>
        </w:rPr>
        <w:t xml:space="preserve">15. </w:t>
      </w:r>
      <w:r>
        <w:t>Запрещается переход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правилами подключения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домов, за исключением случаев, определенных схемой теплоснабжения. (В редакции Федерального закона от 30.12.2012 № 318-ФЗ)</w:t>
      </w:r>
    </w:p>
    <w:p>
      <w:r>
        <w:rPr>
          <w:b/>
        </w:rPr>
        <w:t xml:space="preserve">16. </w:t>
      </w:r>
      <w:r>
        <w:t>Подключение (технологическое присоединение) к системам теплоснабжения тепловых сетей и источников тепловой энергии осуществляется в сроки, определенные в соответствии со схемой теплоснабжения. (В редакции Федерального закона от 30.12.2012 № 318-ФЗ)</w:t>
      </w:r>
    </w:p>
    <w:p>
      <w:r>
        <w:rPr>
          <w:b/>
        </w:rPr>
        <w:t xml:space="preserve">17. </w:t>
      </w:r>
      <w:r>
        <w:t>Запрещается подключение (технологическое присоединение) к системам теплоснабжения тепловых сетей, на которые не предоставлена гарантия качества в отношении работ по строительству и примененных материалов на срок не менее чем десять лет. (В редакции Федерального закона от 30.12.2012 № 318-ФЗ)</w:t>
      </w:r>
    </w:p>
    <w:p>
      <w:r>
        <w:rPr>
          <w:b/>
        </w:rPr>
        <w:t>Статья 15. Договор теплоснабжения</w:t>
      </w:r>
    </w:p>
    <w:p>
      <w:r>
        <w:rPr>
          <w:b/>
        </w:rPr>
        <w:t xml:space="preserve">1. </w:t>
      </w:r>
      <w:r>
        <w:t>Потребители тепловой энергии приобретают тепловую энергию (мощность) и (или) теплоноситель у теплоснабжающей организации по договору теплоснабжения</w:t>
      </w:r>
    </w:p>
    <w:p>
      <w:r>
        <w:rPr>
          <w:b/>
        </w:rPr>
        <w:t xml:space="preserve">2. </w:t>
      </w:r>
      <w:r>
        <w:t>В системе теплоснабжения</w:t>
      </w:r>
    </w:p>
    <w:p>
      <w:r>
        <w:rPr>
          <w:b/>
        </w:rPr>
        <w:t xml:space="preserve">3. </w:t>
      </w:r>
      <w:r>
        <w:t>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и (или) тепловыми сетями в системе теплоснабжения, обязаны заключить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Договор поставки тепловой энергии (мощности) и (или) теплоносителя заключается в порядке и на условиях, которые предусмотрены настоящим Федеральным законом для договоров теплоснабжения, с учетом особенностей, установленных правилами организации теплоснабжения, утвержденными Правительством Российской Федерации</w:t>
      </w:r>
    </w:p>
    <w:p>
      <w:r>
        <w:rPr>
          <w:b/>
        </w:rPr>
        <w:t xml:space="preserve">4. </w:t>
      </w:r>
      <w:r>
        <w:t>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основами ценообразования в сфере теплоснабжения, утвержденными Правительством Российской Федерации</w:t>
      </w:r>
    </w:p>
    <w:p>
      <w:r>
        <w:rPr>
          <w:b/>
        </w:rPr>
        <w:t xml:space="preserve">5. </w:t>
      </w:r>
      <w:r>
        <w:t>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тепловой сети, являющейся бесхозяйным объектом теплоснабжения. (В редакции федеральных законов от 30.12.2012 № 318-ФЗ, от 02.07.2021 № 348-ФЗ)</w:t>
      </w:r>
    </w:p>
    <w:p>
      <w:r>
        <w:rPr>
          <w:b/>
        </w:rPr>
        <w:t xml:space="preserve">6. </w:t>
      </w:r>
      <w:r>
        <w:t>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 или муниципального округа либо уполномоченного органа исполнительной власти города федерального значения Москвы, Санкт-Петербурга или Севастополя. (В редакции Федерального закона от 02.07.2021 № 348-ФЗ)</w:t>
      </w:r>
    </w:p>
    <w:p>
      <w:r>
        <w:rPr>
          <w:b/>
        </w:rPr>
        <w:t xml:space="preserve">61. </w:t>
      </w:r>
      <w:r>
        <w:t>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содержание и обслуживание такого объекта теплоснабжения. (Дополнение частью - Федеральный закон от 02.07.2021 № 348-ФЗ)</w:t>
      </w:r>
    </w:p>
    <w:p>
      <w:r>
        <w:rPr>
          <w:b/>
        </w:rPr>
        <w:t xml:space="preserve">62. </w:t>
      </w:r>
      <w:r>
        <w:t>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приведение бесхозяйного объекта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 (Дополнение частью - Федеральный закон от 02.07.2021 № 348-ФЗ)</w:t>
      </w:r>
    </w:p>
    <w:p>
      <w:r>
        <w:rPr>
          <w:b/>
        </w:rPr>
        <w:t xml:space="preserve">63. </w:t>
      </w:r>
      <w:r>
        <w:t>До определения организации, которая будет осуществлять содержание и обслуживание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уведомляет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 (Дополнение частью - Федеральный закон от 02.07.2021 № 348-ФЗ)</w:t>
      </w:r>
    </w:p>
    <w:p>
      <w:r>
        <w:rPr>
          <w:b/>
        </w:rPr>
        <w:t xml:space="preserve">64. </w:t>
      </w:r>
      <w:r>
        <w:t>В течение тридцати дней с даты принятия органом регистрации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утвержденную схему теплоснабжения. (Дополнение частью - Федеральный закон от 02.07.2021 № 348-ФЗ)</w:t>
      </w:r>
    </w:p>
    <w:p>
      <w:r>
        <w:rPr>
          <w:b/>
        </w:rPr>
        <w:t xml:space="preserve">65. </w:t>
      </w:r>
      <w:r>
        <w:t>С даты выявления бесхозяйного объекта теплоснабжения и до определения организации по содержанию и обслуживанию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при техническом обслуживании бесхозяйного объекта теплоснабжения отвечает 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принятого органом местного самоуправления поселения, городского округа или муниципального округа либо уполномоченным органом исполнительной власти города федерального значения Москвы, Санкт-Петербурга или Севастополя. (Дополнение частью - Федеральный закон от 02.07.2021 № 348-ФЗ)</w:t>
      </w:r>
    </w:p>
    <w:p>
      <w:r>
        <w:rPr>
          <w:b/>
        </w:rPr>
        <w:t xml:space="preserve">66. </w:t>
      </w:r>
      <w:r>
        <w:t>Орган регулирования обязан включить затраты на содержание, ремонт, эксплуатацию бесхозяйных объектов теплоснабжения, тепловая мощность которых распределена в отношении тепловой нагрузки потребителей тепловой энергии, подключенных к системе теплоснабжения в соответствии с утвержденной схемой теплоснабжения, в тарифы соответствующей организации на следующий период регулирования в порядке, установленном основами ценообразования в сфере теплоснабжения, утвержденными Правительством Российской Федерации. (Дополнение частью - Федеральный закон от 02.07.2021 № 348-ФЗ)</w:t>
      </w:r>
    </w:p>
    <w:p>
      <w:r>
        <w:rPr>
          <w:b/>
        </w:rPr>
        <w:t xml:space="preserve">7. </w:t>
      </w:r>
      <w:r>
        <w:t>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теплоснабжения при условии соблюдения указанным потребителем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присоединение) (далее - технические условия). (В редакции федеральных законов от 30.12.2012 № 318-ФЗ, от 01.07.2021 № 276-ФЗ)</w:t>
      </w:r>
    </w:p>
    <w:p>
      <w:r>
        <w:rPr>
          <w:b/>
        </w:rPr>
        <w:t xml:space="preserve">8. </w:t>
      </w:r>
      <w:r>
        <w:t>Условия договора теплоснабжения должны соответствовать техническим условиям. Договор теплоснабжения должен определять</w:t>
      </w:r>
    </w:p>
    <w:p>
      <w:r>
        <w:rPr>
          <w:b/>
        </w:rPr>
        <w:t xml:space="preserve">9. </w:t>
      </w:r>
      <w:r>
        <w:t>Оплата тепловой энергии (мощности) и (или) теплоносителя осуществляется в соответствии с тарифами, установленными органом регулирования, или ценами, определяемыми соглашением сторон, в случаях, предусмотренных настоящим Федеральным законом</w:t>
      </w:r>
    </w:p>
    <w:p>
      <w:r>
        <w:rPr>
          <w:b/>
        </w:rPr>
        <w:t xml:space="preserve">91. </w:t>
      </w:r>
      <w:r>
        <w:t>Потребитель тепловой энергии, несвоевременно и (или)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(Дополнение частью - Федеральный закон от 03.11.2015 № 307-ФЗ)</w:t>
      </w:r>
    </w:p>
    <w:p>
      <w:r>
        <w:rPr>
          <w:b/>
        </w:rPr>
        <w:t xml:space="preserve">92. </w:t>
      </w:r>
      <w:r>
        <w:t>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(Дополнение частью - Федеральный закон от 03.11.2015 № 307-ФЗ)</w:t>
      </w:r>
    </w:p>
    <w:p>
      <w:r>
        <w:rPr>
          <w:b/>
        </w:rPr>
        <w:t xml:space="preserve">93. </w:t>
      </w:r>
      <w:r>
        <w:t>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(Дополнение частью - Федеральный закон от 03.11.2015 № 307-ФЗ) (В редакции Федерального закона от 29.07.2017 № 273-ФЗ)</w:t>
      </w:r>
    </w:p>
    <w:p>
      <w:r>
        <w:rPr>
          <w:b/>
        </w:rPr>
        <w:t xml:space="preserve">94. </w:t>
      </w:r>
      <w:r>
        <w:t>Собственники и иные законные владельцы помещений в многоквартирных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жилищным законодательством. (Дополнение частью - Федеральный закон от 03.11.2015 № 307-ФЗ)</w:t>
      </w:r>
    </w:p>
    <w:p>
      <w:r>
        <w:rPr>
          <w:b/>
        </w:rPr>
        <w:t xml:space="preserve">10. </w:t>
      </w:r>
      <w:r>
        <w:t>Теплоснабжение потребителей осуществляется в соответствии с правилами организации теплоснабжения, которые утверждаются Правительством Российской Федерации и должны содержать</w:t>
      </w:r>
    </w:p>
    <w:p>
      <w:r>
        <w:rPr>
          <w:b/>
        </w:rPr>
        <w:t xml:space="preserve">11. </w:t>
      </w:r>
      <w:r>
        <w:t>Теплосетевые организации или теплоснабжающие организации приобретают тепловую энергию (мощность), теплоноситель в объеме, необходимом для компенсации потерь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теплоснабжения. (В редакции Федерального закона от 30.12.2012 № 318-ФЗ)</w:t>
      </w:r>
    </w:p>
    <w:p>
      <w:r>
        <w:rPr>
          <w:b/>
        </w:rPr>
        <w:t xml:space="preserve">2. </w:t>
      </w:r>
      <w:r>
        <w:t>определенная схемой теплоснабжения единая теплоснабжающая организация обязана заключить договор теплоснабжения с любым обратившимся потребителем тепловой энергии, теплопотребляющие установки которого находятся в данной системе теплоснабжения</w:t>
      </w:r>
    </w:p>
    <w:p>
      <w:r>
        <w:rPr>
          <w:b/>
        </w:rPr>
        <w:t xml:space="preserve">2. </w:t>
      </w:r>
      <w:r>
        <w:t>лицо, владеющее на праве собственности источниками тепловой энергии, имеет право заключать долгосрочные договоры теплоснабжения с потребителями</w:t>
      </w:r>
    </w:p>
    <w:p>
      <w:r>
        <w:rPr>
          <w:b/>
        </w:rPr>
        <w:t xml:space="preserve">2. </w:t>
      </w:r>
      <w:r>
        <w:t>лицо, владеющее на праве собственности или ином законном основании источниками тепловой энергии, имеет право заключать договоры теплоснабжения с потребителями в случаях, установленных правилами организации теплоснабжения, утвержденными Правительством Российской Федерации</w:t>
      </w:r>
    </w:p>
    <w:p>
      <w:r>
        <w:rPr>
          <w:b/>
        </w:rPr>
        <w:t xml:space="preserve">8. </w:t>
      </w:r>
      <w:r>
        <w:t>объем тепловой энергии (мощности) и (или) теплоносителя, подлежащий поставкам теплоснабжающей организацией и приобретению потребителем</w:t>
      </w:r>
    </w:p>
    <w:p>
      <w:r>
        <w:rPr>
          <w:b/>
        </w:rPr>
        <w:t xml:space="preserve">8. </w:t>
      </w:r>
      <w:r>
        <w:t>величину тепловой нагрузки теплопотребляющих установок потребителя тепловой энергии, параметры качества теплоснабжения, режим потребления тепловой энергии</w:t>
      </w:r>
    </w:p>
    <w:p>
      <w:r>
        <w:rPr>
          <w:b/>
        </w:rPr>
        <w:t xml:space="preserve">8. </w:t>
      </w:r>
      <w:r>
        <w:t>уполномоченных должностных лиц сторон, ответственных за выполнение условий договора</w:t>
      </w:r>
    </w:p>
    <w:p>
      <w:r>
        <w:rPr>
          <w:b/>
        </w:rPr>
        <w:t xml:space="preserve">8. </w:t>
      </w:r>
      <w:r>
        <w:t>ответственность сторон за несоблюдение требований к параметрам качества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w:t>
      </w:r>
    </w:p>
    <w:p>
      <w:r>
        <w:rPr>
          <w:b/>
        </w:rPr>
        <w:t xml:space="preserve">8. </w:t>
      </w:r>
      <w:r>
        <w:t>ответственность потребителей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w:t>
      </w:r>
    </w:p>
    <w:p>
      <w:r>
        <w:rPr>
          <w:b/>
        </w:rPr>
        <w:t xml:space="preserve">8. </w:t>
      </w:r>
      <w:r>
        <w:t>обязательства теплоснабжающей организации по обеспечению надежности теплоснабжения в соответствии с требованиями технических регламентов и с правилами организации теплоснабжения, утвержденными Правительством Российской Федерации, и соответствующие обязательства потребителя тепловой энергии</w:t>
      </w:r>
    </w:p>
    <w:p>
      <w:r>
        <w:rPr>
          <w:b/>
        </w:rPr>
        <w:t xml:space="preserve">8. </w:t>
      </w:r>
      <w:r>
        <w:t>порядок взаимодействия теплоснабжающих организаций и потребителей тепловой энергии при проведении мероприятий по наладке тепловых сетей, внутридомовых сетей и теплопотребляющих установок, а также порядок изменения условий заключенных договоров теплоснабжения в связи с проведением таких мероприятий; (Дополнение пунктом - Федеральный закон от 08.08.2024 № 311-ФЗ) 7) иные существенные условия, установленные правилами организации теплоснабжения, утвержденными Правительством Российской Федерации</w:t>
      </w:r>
    </w:p>
    <w:p>
      <w:r>
        <w:rPr>
          <w:b/>
        </w:rPr>
        <w:t xml:space="preserve">10. </w:t>
      </w:r>
      <w:r>
        <w:t>существенные условия договора теплоснабжения</w:t>
      </w:r>
    </w:p>
    <w:p>
      <w:r>
        <w:rPr>
          <w:b/>
        </w:rPr>
        <w:t xml:space="preserve">10. </w:t>
      </w:r>
      <w:r>
        <w:t>порядок организации заключения договоров между теплоснабжающими организациями и теплосетевыми организациями, функционирующими в пределах одной системы теплоснабжения</w:t>
      </w:r>
    </w:p>
    <w:p>
      <w:r>
        <w:rPr>
          <w:b/>
        </w:rPr>
        <w:t xml:space="preserve">10. </w:t>
      </w:r>
      <w:r>
        <w:t>порядок ограничения и прекращения подачи тепловой энергии потребителям в случае невыполнения ими своих обязательств по оплате тепловой энергии (мощности) и (или) теплоносителя</w:t>
      </w:r>
    </w:p>
    <w:p>
      <w:r>
        <w:rPr>
          <w:b/>
        </w:rPr>
        <w:t xml:space="preserve">10. </w:t>
      </w:r>
      <w:r>
        <w:t>порядок ограничения и прекращения подачи тепловой энергии потребителям в случае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правилами технической эксплуатации объектов теплоснабжения и теплопотребляющих установок обязательных требований безопасной эксплуатации теплопотребляющих установок; (В редакции Федерального закона от 01.05.2016 № 132-ФЗ) 5) существенные условия договоров оказания услуг по передаче тепловой энергии</w:t>
      </w:r>
    </w:p>
    <w:p>
      <w:r>
        <w:rPr>
          <w:b/>
        </w:rPr>
        <w:t xml:space="preserve">10. </w:t>
      </w:r>
      <w:r>
        <w:t>порядок заключения договора теплоснабжения в случае, если помещения, находящиеся в одном здании, принадлежат двум и более лицам или используются ими</w:t>
      </w:r>
    </w:p>
    <w:p>
      <w:r>
        <w:rPr>
          <w:b/>
        </w:rPr>
        <w:t xml:space="preserve">10. </w:t>
      </w:r>
      <w:r>
        <w:t>порядок расчетов по договору теплоснабжения и договорам оказания услуг по передаче тепловой энергии</w:t>
      </w:r>
    </w:p>
    <w:p>
      <w:r>
        <w:rPr>
          <w:b/>
        </w:rPr>
        <w:t xml:space="preserve">10. </w:t>
      </w:r>
      <w:r>
        <w:t>особенности организации теплоснабжения при наличии возможности управления потоками тепловой энергии, теплоносителя в системе теплоснабжения, в которой источники тепловой энергии принадлежат на праве собственности или ином законном основании трем и более лицам</w:t>
      </w:r>
    </w:p>
    <w:p>
      <w:r>
        <w:rPr>
          <w:b/>
        </w:rPr>
        <w:t xml:space="preserve">10. </w:t>
      </w:r>
      <w:r>
        <w:t>порядок определения потребителей тепловой энергии и теплоснабжающих организаций, обязанных предоставлять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(Дополнение пунктом - Федеральный закон от 03.11.2015 № 307-ФЗ) 10) особенности организации теплоснабжения в ценовых зонах теплоснабжения с учетом положений главы 51 настоящего Федерального закона, включая:</w:t>
      </w:r>
    </w:p>
    <w:p>
      <w:r>
        <w:rPr>
          <w:b/>
        </w:rPr>
        <w:t xml:space="preserve">10. </w:t>
      </w:r>
      <w:r>
        <w:t>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w:t>
      </w:r>
    </w:p>
    <w:p>
      <w:r>
        <w:rPr>
          <w:b/>
        </w:rPr>
        <w:t xml:space="preserve">10. </w:t>
      </w:r>
      <w:r>
        <w:t>порядок снижения единой теплоснабжающей организацией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включая формулу снижения размера платы за тепловую энергию (мощность), порядок обращения потребителя к единой теплоснабжающей организации за указанным снижением размера платы за тепловую энергию (мощность), случаи, при которых указанное снижение размера платы за тепловую энергию (мощность) не производится</w:t>
      </w:r>
    </w:p>
    <w:p>
      <w:r>
        <w:rPr>
          <w:b/>
        </w:rPr>
        <w:t xml:space="preserve">10. </w:t>
      </w:r>
      <w:r>
        <w:t>порядок предъявления регрессных требований к лицу, признанному виновным в превышении единой теплоснабжающей организацией установленных отклонений значений параметров качества теплоснабжения и параметров, отражающих допустимые перерывы в теплоснабжении потребителей</w:t>
      </w:r>
    </w:p>
    <w:p>
      <w:r>
        <w:rPr>
          <w:b/>
        </w:rPr>
        <w:t xml:space="preserve">10. </w:t>
      </w:r>
      <w:r>
        <w:t>требования к стандартам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r>
        <w:rPr>
          <w:b/>
        </w:rPr>
        <w:t xml:space="preserve">10. </w:t>
      </w:r>
      <w:r>
        <w:t>требования к стандартам качества обслуживания единой теплоснабжающей организацией потребителей тепловой энергии; (Дополнение пунктом - Федеральный закон от 29.07.2017 № 279-ФЗ) 11) порядок лишения статуса единой теплоснабжающей организации, включая порядок принудительного лишения статуса единой теплоснабжающей организации на основании решения антимонопольного органа в соответствии с частью 6 статьи 42 настоящего Федерального закона. (Дополнение пунктом - Федеральный закон от 29.07.2017 № 279-ФЗ)</w:t>
      </w:r>
    </w:p>
    <w:p>
      <w:r>
        <w:rPr>
          <w:b/>
        </w:rPr>
        <w:t>Статья 151. Договор теплоснабжения и поставки горячей воды</w:t>
      </w:r>
    </w:p>
    <w:p>
      <w:r>
        <w:rPr>
          <w:b/>
        </w:rPr>
        <w:t xml:space="preserve">1. </w:t>
      </w:r>
      <w:r>
        <w:t>Потребители, подключенные (технологически присоединенные) к открытой системе теплоснабжения (горячего водоснабжения), приобретают тепловую энергию (мощность) и теплоноситель, в том числе как горячую воду на нужды горячего водоснабжения, у теплоснабжающей организации по договору теплоснабжения и поставки горячей воды</w:t>
      </w:r>
    </w:p>
    <w:p>
      <w:r>
        <w:rPr>
          <w:b/>
        </w:rPr>
        <w:t xml:space="preserve">2. </w:t>
      </w:r>
      <w:r>
        <w:t>К договору теплоснабжения и поставки горячей воды применяются положения статьи 15 настоящего Федерального закона с учетом особенностей, установленных настоящей статьей и правилами организации теплоснабжения, утвержденными Правительством Российской Федерации, а в ценовых зонах теплоснабжения также с учетом особенностей, установленных для ценовых зон теплоснабжения статьей 238 настоящего Федерального закона. (В редакции Федерального закона от 29.07.2017 № 279-ФЗ)</w:t>
      </w:r>
    </w:p>
    <w:p>
      <w:r>
        <w:rPr>
          <w:b/>
        </w:rPr>
        <w:t xml:space="preserve">3. </w:t>
      </w:r>
      <w:r>
        <w:t>Существенные условия договора теплоснабжения и поставки горячей воды устанавливаются правилами организации теплоснабжения, утвержденными Правительством Российской Федерации. (Дополнение статьей - Федеральный закон от 07.12.2011 № 417-ФЗ)</w:t>
      </w:r>
    </w:p>
    <w:p>
      <w:r>
        <w:rPr>
          <w:b/>
        </w:rPr>
        <w:t>Статья 152.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
        <w:rPr>
          <w:b/>
        </w:rPr>
        <w:t xml:space="preserve">1. </w:t>
      </w:r>
      <w:r>
        <w:t>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заключенным с едиными теплоснабжающими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 теплоснабжающих организаций, не имеющих неисполненных обязательств по оплате тепловой энергии (мощности) и (или) теплоносителя</w:t>
      </w:r>
    </w:p>
    <w:p>
      <w:r>
        <w:rPr>
          <w:b/>
        </w:rPr>
        <w:t xml:space="preserve">2. </w:t>
      </w:r>
      <w:r>
        <w:t>Указанная в части 1 настоящей статьи обязанность не устанавливается в отношении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а также в отношении потребителей тепловой энергии и теплоснабжающих организаций, являющихся казенными, автономными и бюджетными учреждениями</w:t>
      </w:r>
    </w:p>
    <w:p>
      <w:r>
        <w:rPr>
          <w:b/>
        </w:rPr>
        <w:t xml:space="preserve">3. </w:t>
      </w:r>
      <w:r>
        <w:t>Единые теплоснабжающие организации обязаны в предусмотренном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В направляемом потребителю тепловой энергии, теплоснабжающей организации уведомлении указываются основания для возникновения у потребителя тепловой энергии, теплоснабжающей организации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информация, установленная Правительством Российской Федерации</w:t>
      </w:r>
    </w:p>
    <w:p>
      <w:r>
        <w:rPr>
          <w:b/>
        </w:rPr>
        <w:t xml:space="preserve">4. </w:t>
      </w:r>
      <w:r>
        <w:t>В случае,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p>
      <w:r>
        <w:rPr>
          <w:b/>
        </w:rPr>
        <w:t xml:space="preserve">5. </w:t>
      </w:r>
      <w:r>
        <w:t>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тепловой энергии и теплоснабжающих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(В редакции Федерального закона от 08.08.2024 № 232-ФЗ)</w:t>
      </w:r>
    </w:p>
    <w:p>
      <w:r>
        <w:rPr>
          <w:b/>
        </w:rPr>
        <w:t xml:space="preserve">6. </w:t>
      </w:r>
      <w:r>
        <w:t>Информация об устранении потребителем тепловой энергии, теплоснабжающей организацией допущенных нарушений обязательств по оплате тепловой энергии (мощности) и (или) теплоносителя учитывается при ведении предусмотренного частью 5 настоящей статьи перечня потребителей тепловой энергии, теплоснабжающих организаций,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
        <w:rPr>
          <w:b/>
        </w:rPr>
        <w:t xml:space="preserve">7. </w:t>
      </w:r>
      <w:r>
        <w:t>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исполнение потребителем тепловой энергии или теплоснабжающей организацией обеспечиваемых гарантиями обязательств</w:t>
      </w:r>
    </w:p>
    <w:p>
      <w:r>
        <w:rPr>
          <w:b/>
        </w:rPr>
        <w:t xml:space="preserve">8. </w:t>
      </w:r>
      <w:r>
        <w:t>Банковская гарантия обеспечивает исполнение возникших после ее выдачи обязанностей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
        <w:rPr>
          <w:b/>
        </w:rPr>
        <w:t xml:space="preserve">9. </w:t>
      </w:r>
      <w:r>
        <w:t>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w:t>
      </w:r>
    </w:p>
    <w:p>
      <w:r>
        <w:rPr>
          <w:b/>
        </w:rPr>
        <w:t xml:space="preserve">10. </w:t>
      </w:r>
      <w:r>
        <w:t>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исполнения обязательств по оплате тепловой энергии (мощности) и (или) теплоносителя</w:t>
      </w:r>
    </w:p>
    <w:p>
      <w:r>
        <w:rPr>
          <w:b/>
        </w:rPr>
        <w:t xml:space="preserve">11. </w:t>
      </w:r>
      <w:r>
        <w:t>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может быть обеспечено иными способами, предусмотренными законом или договором</w:t>
      </w:r>
    </w:p>
    <w:p>
      <w:r>
        <w:rPr>
          <w:b/>
        </w:rPr>
        <w:t xml:space="preserve">12. </w:t>
      </w:r>
      <w:r>
        <w:t>Расходы потребителей тепловой энергии, теплоснабжающих организаций, связанные с предоставлением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законодательством Российской Федерации регулируемых государством цен (тарифов)</w:t>
      </w:r>
    </w:p>
    <w:p>
      <w:r>
        <w:rPr>
          <w:b/>
        </w:rPr>
        <w:t xml:space="preserve">13. </w:t>
      </w:r>
      <w:r>
        <w:t>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
    <w:p>
      <w:r>
        <w:rPr>
          <w:b/>
        </w:rPr>
        <w:t xml:space="preserve">14. </w:t>
      </w:r>
      <w:r>
        <w:t>Нарушение установленного порядка предоставления обеспечения исполнения обязательств по оплате тепловой энергии (мощности) и (или) теплоносителя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уполномоченный на осуществление федерального государственного энергетического надзора, который рассматривает данные сведения в предусмотренном законодательством Российской Федерации порядке. (В редакции Федерального закона от 01.05.2016 № 132-ФЗ)</w:t>
      </w:r>
    </w:p>
    <w:p>
      <w:r>
        <w:rPr>
          <w:b/>
        </w:rPr>
        <w:t xml:space="preserve">15. </w:t>
      </w:r>
      <w:r>
        <w:t>До определения в установленном порядке единой теплоснабжающей организации предусмотренный настоящей статьей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потребителя тепловой энергии. (Дополнение статьей - Федеральный закон от 03.11.2015 № 307-ФЗ)</w:t>
      </w:r>
    </w:p>
    <w:p>
      <w:r>
        <w:rPr>
          <w:b/>
        </w:rPr>
        <w:t>Статья 16. Плата за услуги по поддержанию резервной тепловой мощности</w:t>
      </w:r>
    </w:p>
    <w:p>
      <w:r>
        <w:rPr>
          <w:b/>
        </w:rPr>
        <w:t xml:space="preserve">1. </w:t>
      </w:r>
      <w:r>
        <w:t>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r>
        <w:rPr>
          <w:b/>
        </w:rPr>
        <w:t xml:space="preserve">2. </w:t>
      </w:r>
      <w:r>
        <w:t>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w:t>
      </w:r>
    </w:p>
    <w:p>
      <w:r>
        <w:rPr>
          <w:b/>
        </w:rPr>
        <w:t xml:space="preserve">3. </w:t>
      </w:r>
      <w:r>
        <w:t>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w:t>
      </w:r>
    </w:p>
    <w:p>
      <w:r>
        <w:rPr>
          <w:b/>
        </w:rPr>
        <w:t>Статья 17. Оказание услуг по передаче тепловой энергии, теплоносителя</w:t>
      </w:r>
    </w:p>
    <w:p>
      <w:r>
        <w:rPr>
          <w:b/>
        </w:rPr>
        <w:t xml:space="preserve">1. </w:t>
      </w:r>
      <w:r>
        <w:t>Передача тепловой энергии, теплоносителя осуществляется на основании договора оказания услуг по передаче тепловой энергии, теплоносителя, заключенного теплосетевой организацией с теплоснабжающей организацией</w:t>
      </w:r>
    </w:p>
    <w:p>
      <w:r>
        <w:rPr>
          <w:b/>
        </w:rPr>
        <w:t xml:space="preserve">2. </w:t>
      </w:r>
      <w:r>
        <w:t>По договору оказания услуг по передаче тепловой энергии, теплоносителя теплосетевая организация обязуется осуществлять организационно и технологически связанные действия, обеспечивающие поддержание технических устройств тепловых сетей в состоянии, соответствующем установленным техническими регламентами, правилами технической эксплуатации объектов теплоснабжения и теплопотребляющих установок требованиям, преобразование тепловой энергии в центральных тепловых пунктах и передачу тепловой энергии с использованием теплоносителя от точки приема тепловой энергии, теплоносителя до точки передачи тепловой энергии, теплоносителя, а теплоснабжающая организация обязуется оплачивать указанные услуги. (В редакции Федерального закона от 01.05.2016 № 132-ФЗ)</w:t>
      </w:r>
    </w:p>
    <w:p>
      <w:r>
        <w:rPr>
          <w:b/>
        </w:rPr>
        <w:t xml:space="preserve">3. </w:t>
      </w:r>
      <w:r>
        <w:t>Договор оказания услуг по передаче тепловой энергии является обязательным для заключения теплосетевыми организациями. Порядок заключения и исполнения такого договора устанавливается правилами организации теплоснабжения, утвержденными Правительством Российской Федерации</w:t>
      </w:r>
    </w:p>
    <w:p>
      <w:r>
        <w:rPr>
          <w:b/>
        </w:rPr>
        <w:t xml:space="preserve">4. </w:t>
      </w:r>
      <w:r>
        <w:t>Существенными условиями договора оказания услуг по передаче тепловой энергии являются</w:t>
      </w:r>
    </w:p>
    <w:p>
      <w:r>
        <w:rPr>
          <w:b/>
        </w:rPr>
        <w:t xml:space="preserve">5. </w:t>
      </w:r>
      <w:r>
        <w:t>Оплата услуг по передаче тепловой энергии осуществляется в соответствии с тарифом на услуги по передаче тепловой энергии</w:t>
      </w:r>
    </w:p>
    <w:p>
      <w:r>
        <w:rPr>
          <w:b/>
        </w:rPr>
        <w:t xml:space="preserve">6. </w:t>
      </w:r>
      <w:r>
        <w:t>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w:t>
      </w:r>
    </w:p>
    <w:p>
      <w:r>
        <w:rPr>
          <w:b/>
        </w:rPr>
        <w:t xml:space="preserve">4. </w:t>
      </w:r>
      <w:r>
        <w:t>максимальная величина мощности тепловых сетей, технологически присоединенных в установленном законодательством Российской Федерации порядке к источникам тепловой энергии, с распределением указанной величины мощности по каждой точке присоединения к теплопотребляющим установкам или тепловым сетям потребителей (далее - точка присоединения)</w:t>
      </w:r>
    </w:p>
    <w:p>
      <w:r>
        <w:rPr>
          <w:b/>
        </w:rPr>
        <w:t xml:space="preserve">4. </w:t>
      </w:r>
      <w:r>
        <w:t>заявленная величина мощности, в пределах которой теплосетевая организация принимает на себя обязательства обеспечить передачу тепловой энергии (мощности), теплоносителя</w:t>
      </w:r>
    </w:p>
    <w:p>
      <w:r>
        <w:rPr>
          <w:b/>
        </w:rPr>
        <w:t xml:space="preserve">4. </w:t>
      </w:r>
      <w:r>
        <w:t>ответственность теплосетевой организации и теплоснабжающей организации за состояние и обслуживание объектов тепловой сети, определяемая границей балансовой принадлежности и фиксируемая в акте о разграничении балансовой принадлежности тепловых сетей и в акте о разграничении эксплуатационной ответственности сторон (приложениях к такому договору)</w:t>
      </w:r>
    </w:p>
    <w:p>
      <w:r>
        <w:rPr>
          <w:b/>
        </w:rPr>
        <w:t xml:space="preserve">4. </w:t>
      </w:r>
      <w:r>
        <w:t>обязательства сторон по оборудованию точек присоединения приборами учета, соответствующими установленным законодательством Российской Федерации требованиям, по обеспечению работоспособности приборов учета и соблюдению в течение 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и изготовителем приборов учета. До исполнения данных обязательств стороны договора применяют согласованный расчетный способ определения объема переданной тепловой энергии, теплоносителя</w:t>
      </w:r>
    </w:p>
    <w:p>
      <w:r>
        <w:rPr>
          <w:b/>
        </w:rPr>
        <w:t xml:space="preserve">4. </w:t>
      </w:r>
      <w:r>
        <w:t>расчетный порядок распределения потерь тепловой энергии, теплоносителя между тепловыми сетями каждой организации при отсутствии приборов учета на границе смежных тепловых сетей</w:t>
      </w:r>
    </w:p>
    <w:p>
      <w:r>
        <w:rPr>
          <w:b/>
        </w:rPr>
        <w:t xml:space="preserve">4. </w:t>
      </w:r>
      <w:r>
        <w:t>порядок обеспечения доступа сторон договора или, по взаимной договоренности, другой организации к тепловым сетям и приборам учета</w:t>
      </w:r>
    </w:p>
    <w:p>
      <w:r>
        <w:rPr>
          <w:b/>
        </w:rPr>
        <w:t xml:space="preserve">4. </w:t>
      </w:r>
      <w:r>
        <w:t>порядок согласования графиков ремонта тепловых сетей и источников тепловой энергии</w:t>
      </w:r>
    </w:p>
    <w:p>
      <w:r>
        <w:rPr>
          <w:b/>
        </w:rPr>
        <w:t xml:space="preserve">4. </w:t>
      </w:r>
      <w:r>
        <w:t>порядок ограничения и порядок прекращения подачи тепловой энергии потребителям</w:t>
      </w:r>
    </w:p>
    <w:p>
      <w:r>
        <w:rPr>
          <w:b/>
        </w:rPr>
        <w:t xml:space="preserve">4. </w:t>
      </w:r>
      <w:r>
        <w:t>иные существенные условия, установленные правилами организации теплоснабжения, утвержденными Правительством Российской Федерации</w:t>
      </w:r>
    </w:p>
    <w:p>
      <w:r>
        <w:rPr>
          <w:b/>
        </w:rPr>
        <w:t>Статья 18. Распределение тепловой нагрузки и управление системами теплоснабжения</w:t>
      </w:r>
    </w:p>
    <w:p>
      <w:r>
        <w:rPr>
          <w:b/>
        </w:rPr>
        <w:t xml:space="preserve">1. </w:t>
      </w:r>
      <w:r>
        <w:t>Распределение тепловой нагрузки потребителей тепловой энергии в системе теплоснабжения между источниками тепловой энергии, поставляющими тепловую энергию в данной системе теплоснабжения, осуществляется органом, уполномоченным в соответствии с настоящим Федеральным законом на утверждение схемы теплоснабжения, путем внесения ежегодно изменений в схему теплоснабжения</w:t>
      </w:r>
    </w:p>
    <w:p>
      <w:r>
        <w:rPr>
          <w:b/>
        </w:rPr>
        <w:t xml:space="preserve">2. </w:t>
      </w:r>
      <w:r>
        <w:t>Для распределения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орган, уполномоченный в соответствии с настоящим Федеральным законом на утверждение схемы теплоснабжения, заявку, содержащую сведения</w:t>
      </w:r>
    </w:p>
    <w:p>
      <w:r>
        <w:rPr>
          <w:b/>
        </w:rPr>
        <w:t xml:space="preserve">3. </w:t>
      </w:r>
      <w:r>
        <w:t>В схеме теплоснабжения должны быть определены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При наличии таких условий распределение тепловой нагрузки между источниками тепловой энергии осуществляется на конкурсной основе в соответствии с критерием минимальных удельных переменных расходов на производство тепловой энергии источниками тепловой энергии, определяемыми в порядке, установленном основами ценообразования в сфере теплоснабжения, утвержденными Правительством Российской Федерации, на основании заявок организаций, владеющих источниками тепловой энергии, и нормативов, учитываемых при регулировании тарифов в области теплоснабжения на соответствующий период регулирования</w:t>
      </w:r>
    </w:p>
    <w:p>
      <w:r>
        <w:rPr>
          <w:b/>
        </w:rPr>
        <w:t xml:space="preserve">4. </w:t>
      </w:r>
      <w:r>
        <w:t>Если теплоснабжающая организация не согласна с распределением тепловой нагрузки, осуществленным в схеме теплоснабжения, она вправе обжаловать решение о таком распределении, принятое органом, уполномоченным в соответствии с настоящим Федеральным законом на утверждение схемы теплоснабжения, в уполномоченный Правительством Российской Федерации федеральный орган исполнительной власти</w:t>
      </w:r>
    </w:p>
    <w:p>
      <w:r>
        <w:rPr>
          <w:b/>
        </w:rPr>
        <w:t xml:space="preserve">5. </w:t>
      </w:r>
      <w:r>
        <w:t>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 утвержденными Правительством Российской Федерации</w:t>
      </w:r>
    </w:p>
    <w:p>
      <w:r>
        <w:rPr>
          <w:b/>
        </w:rPr>
        <w:t xml:space="preserve">6. </w:t>
      </w:r>
      <w:r>
        <w:t>Предметом указанного в части 5 настоящей статьи соглашения является порядок взаимных действий по обеспечению функционирования системы теплоснабжения в соответствии с требованиями настоящего Федерального закона. Обязательными условиями указанного соглашения являются</w:t>
      </w:r>
    </w:p>
    <w:p>
      <w:r>
        <w:rPr>
          <w:b/>
        </w:rPr>
        <w:t xml:space="preserve">7. </w:t>
      </w:r>
      <w:r>
        <w:t>В случае, если теплоснабжающие организации и теплосетевые организации не заключили указанное в настоящей статье соглашение, порядок управления системой теплоснабжения определяется соглашением, заключенным на предыдущий отопительный период, а если такое соглашение не заключалось ранее, указанный порядок устанавливается органом, уполномоченным в соответствии с настоящим Федеральным законом на утверждение схемы теплоснабжения</w:t>
      </w:r>
    </w:p>
    <w:p>
      <w:r>
        <w:rPr>
          <w:b/>
        </w:rPr>
        <w:t xml:space="preserve">2. </w:t>
      </w:r>
      <w:r>
        <w:t>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w:t>
      </w:r>
    </w:p>
    <w:p>
      <w:r>
        <w:rPr>
          <w:b/>
        </w:rPr>
        <w:t xml:space="preserve">2. </w:t>
      </w:r>
      <w:r>
        <w:t>об объеме мощности источников тепловой энергии, которую теплоснабжающая организация обязуется поддерживать</w:t>
      </w:r>
    </w:p>
    <w:p>
      <w:r>
        <w:rPr>
          <w:b/>
        </w:rPr>
        <w:t xml:space="preserve">2. </w:t>
      </w:r>
      <w:r>
        <w:t>о действующих тарифах в сфере теплоснабжения и прогнозных удельных переменных расходах на производство тепловой энергии, теплоносителя и поддержание мощности</w:t>
      </w:r>
    </w:p>
    <w:p>
      <w:r>
        <w:rPr>
          <w:b/>
        </w:rPr>
        <w:t xml:space="preserve">6. </w:t>
      </w:r>
      <w:r>
        <w:t>определение соподчиненности диспетчерских служб теплоснабжающих организаций и теплосетевых организаций, порядок их взаимодействия</w:t>
      </w:r>
    </w:p>
    <w:p>
      <w:r>
        <w:rPr>
          <w:b/>
        </w:rPr>
        <w:t xml:space="preserve">6. </w:t>
      </w:r>
      <w:r>
        <w:t>порядок организации наладки тепловых сетей и регулирования работы системы теплоснабжения</w:t>
      </w:r>
    </w:p>
    <w:p>
      <w:r>
        <w:rPr>
          <w:b/>
        </w:rPr>
        <w:t xml:space="preserve">6. </w:t>
      </w:r>
      <w:r>
        <w:t>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теплоснабжения</w:t>
      </w:r>
    </w:p>
    <w:p>
      <w:r>
        <w:rPr>
          <w:b/>
        </w:rPr>
        <w:t xml:space="preserve">6. </w:t>
      </w:r>
      <w:r>
        <w:t>порядок взаимодействия теплоснабжающих организаций и теплосетевых организаций в чрезвычайных ситуациях и аварийных ситуациях</w:t>
      </w:r>
    </w:p>
    <w:p>
      <w:r>
        <w:rPr>
          <w:b/>
        </w:rPr>
        <w:t>Статья 19. Организация коммерческого учета тепловой энергии, теплоносителя</w:t>
      </w:r>
    </w:p>
    <w:p>
      <w:r>
        <w:rPr>
          <w:b/>
        </w:rPr>
        <w:t xml:space="preserve">1. </w:t>
      </w:r>
      <w:r>
        <w:t>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w:t>
      </w:r>
    </w:p>
    <w:p>
      <w:r>
        <w:rPr>
          <w:b/>
        </w:rPr>
        <w:t xml:space="preserve">2. </w:t>
      </w:r>
      <w:r>
        <w:t>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r>
        <w:rPr>
          <w:b/>
        </w:rPr>
        <w:t xml:space="preserve">3. </w:t>
      </w:r>
      <w:r>
        <w:t>Осуществление коммерческого учета тепловой энергии, теплоносителя расчетным путем допускается в следующих случаях</w:t>
      </w:r>
    </w:p>
    <w:p>
      <w:r>
        <w:rPr>
          <w:b/>
        </w:rPr>
        <w:t xml:space="preserve">4. </w:t>
      </w:r>
      <w:r>
        <w:t>Ввод в эксплуатацию источников тепловой энергии и подключение (технологическое присоединение) теплопотребляющих установок новых потребителей без оборудования точек учета приборами учета согласно правилам коммерческого учета тепловой энергии, теплоносителя не допускаются. Приборы учета устанавливаются собственниками вводимых в эксплуатацию источников тепловой энергии или теплопотребляющих установок и эксплуатируются ими самостоятельно либо по договору оказания услуг коммерческого учета, заключенному со специализированной организацией. Приборы учета во вводимых в эксплуатацию многоквартирных домах устанавливаются застройщиками за свой счет до получения разрешения на ввод многоквартирного дома в эксплуатацию. (В редакции Федерального закона от 30.12.2012 № 318-ФЗ)</w:t>
      </w:r>
    </w:p>
    <w:p>
      <w:r>
        <w:rPr>
          <w:b/>
        </w:rPr>
        <w:t xml:space="preserve">5. </w:t>
      </w:r>
      <w:r>
        <w:t>Владельцы источников тепловой энергии, тепловых сетей и не имеющие приборов учета потребители обязаны организовать коммерческий учет тепловой энергии, теплоносителя с использованием приборов учета в порядке и в сроки, которые определены законодательством об энергосбережении и о повышении энергетической эффективности</w:t>
      </w:r>
    </w:p>
    <w:p>
      <w:r>
        <w:rPr>
          <w:b/>
        </w:rPr>
        <w:t xml:space="preserve">6. </w:t>
      </w:r>
      <w:r>
        <w:t>Коммерческий учет поставляемых потребителям тепловой энергии (мощности), теплоносителя может быть организован как теплоснабжающими организациями, так и потребителями тепловой энергии. Организация коммерческого учета тепловой энергии, теплоносителя может включать в себя</w:t>
      </w:r>
    </w:p>
    <w:p>
      <w:r>
        <w:rPr>
          <w:b/>
        </w:rPr>
        <w:t xml:space="preserve">7. </w:t>
      </w:r>
      <w:r>
        <w:t>Коммерческий учет тепловой энергии, теплоносителя осуществляется в соответствии с правилами коммерческого учета тепловой энергии, теплоносителя, которые утверждаются Правительством Российской Федерации с учетом требований технических регламентов и должны содержать, в частности: (В редакции Федерального закона от 30.12.2012 № 291-ФЗ) 1) требования к приборам учета, включающие особенности учета тепловой энергии, теплоносителя в отношении объектов, максимальный объем потребления тепловой энергии которых составляет менее чем две десятых гигакалории в час; (В редакции Федерального закона от 29.07.2017 № 279-ФЗ) 2) характеристики тепловой энергии, теплоносителя, подлежащие измерению в целях их коммерческого учета и контроля качества теплоснабжения;</w:t>
      </w:r>
    </w:p>
    <w:p>
      <w:r>
        <w:rPr>
          <w:b/>
        </w:rPr>
        <w:t xml:space="preserve">3. </w:t>
      </w:r>
      <w:r>
        <w:t>отсутствие в точках учета приборов учета</w:t>
      </w:r>
    </w:p>
    <w:p>
      <w:r>
        <w:rPr>
          <w:b/>
        </w:rPr>
        <w:t xml:space="preserve">3. </w:t>
      </w:r>
      <w:r>
        <w:t>неисправность приборов учета</w:t>
      </w:r>
    </w:p>
    <w:p>
      <w:r>
        <w:rPr>
          <w:b/>
        </w:rPr>
        <w:t xml:space="preserve">3. </w:t>
      </w:r>
      <w:r>
        <w:t>нарушение установленных договором теплоснабжения сроков представления показаний приборов учета, являющихся собственностью потребителя</w:t>
      </w:r>
    </w:p>
    <w:p>
      <w:r>
        <w:rPr>
          <w:b/>
        </w:rPr>
        <w:t xml:space="preserve">6. </w:t>
      </w:r>
      <w:r>
        <w:t>установку приборов учета</w:t>
      </w:r>
    </w:p>
    <w:p>
      <w:r>
        <w:rPr>
          <w:b/>
        </w:rPr>
        <w:t xml:space="preserve">6. </w:t>
      </w:r>
      <w:r>
        <w:t>эксплуатацию приборов учета, в том числе снятие показаний приборов учета и передачу их заказчикам данной услуги, поверку, ремонт и замену приборов учета</w:t>
      </w:r>
    </w:p>
    <w:p>
      <w:r>
        <w:rPr>
          <w:b/>
        </w:rPr>
        <w:t xml:space="preserve">7. </w:t>
      </w:r>
      <w:r>
        <w:t>порядок определения количества поставленных тепловой энергии, теплоносителя в целях их коммерческого учета, в том числе расчетным путем</w:t>
      </w:r>
    </w:p>
    <w:p>
      <w:r>
        <w:rPr>
          <w:b/>
        </w:rPr>
        <w:t xml:space="preserve">7. </w:t>
      </w:r>
      <w:r>
        <w:t>порядок распределения потерь тепловой энергии, теплоносителя между тепловыми сетями теплоснабжающих организаций и теплосетевых организаций при отсутствии приборов учета на границах смежных тепловых сетей</w:t>
      </w:r>
    </w:p>
    <w:p>
      <w:pPr>
        <w:pStyle w:val="Heading3"/>
      </w:pPr>
      <w:r>
        <w:t>Обеспечение надежности и безопасности теплоснабжения</w:t>
      </w:r>
    </w:p>
    <w:p>
      <w:r>
        <w:rPr>
          <w:b/>
        </w:rPr>
        <w:t>Статья 20. Готовность к отопительному периоду</w:t>
      </w:r>
    </w:p>
    <w:p>
      <w:r>
        <w:rPr>
          <w:b/>
        </w:rPr>
        <w:t xml:space="preserve">1. </w:t>
      </w:r>
      <w:r>
        <w:t>Готовность к отопительному периоду должна быть обеспечена</w:t>
      </w:r>
    </w:p>
    <w:p>
      <w:r>
        <w:rPr>
          <w:b/>
        </w:rPr>
        <w:t xml:space="preserve">2. </w:t>
      </w:r>
      <w:r>
        <w:t>Готовность к отопительному периоду обеспечивается лицами, перечисленными в части 1 настоящей статьи, путем соблюдения обязательных требований, установленных частями 3 - 6 настоящей статьи и правилами обеспечения готовности к отопительному периоду, утвержденными федеральным органом исполнительной власти, уполномоченным на реализацию государственной политики в сфере теплоснабжения. Указанные правила включают в себя в том числе требования о подтверждении соблюдения лицами, перечисленными в части 1 настоящей статьи, предусмотренных федеральными законами и иными нормативными правовыми актами Российской Федерации требований промышленной безопасности, требований законодательства о градостроительной деятельности, требований безопасности в сфере теплоснабжения и иные обязательные требования, несоблюдение которых влияет на безаварийную работу объектов теплоснабжения</w:t>
      </w:r>
    </w:p>
    <w:p>
      <w:r>
        <w:rPr>
          <w:b/>
        </w:rPr>
        <w:t xml:space="preserve">3. </w:t>
      </w:r>
      <w:r>
        <w:t>В целях обеспечения готовности к отопительному периоду муниципальные образования обязаны</w:t>
      </w:r>
    </w:p>
    <w:p>
      <w:r>
        <w:rPr>
          <w:b/>
        </w:rPr>
        <w:t xml:space="preserve">4. </w:t>
      </w:r>
      <w:r>
        <w:t>В целях обеспечения готовности к отопительному периоду, а также в целях обеспечения готовности к безаварийной работе объектов теплоснабжения теплоснабжающие организации, теплосетевые организации обязаны на постоянной основе</w:t>
      </w:r>
    </w:p>
    <w:p>
      <w:r>
        <w:rPr>
          <w:b/>
        </w:rPr>
        <w:t xml:space="preserve">5. </w:t>
      </w:r>
      <w:r>
        <w:t>В целях обеспечения готовности к отопительному периоду, а также в целях обеспечения готовности к безаварийной работе объектов теплоснабжения владельцы тепловых сетей, не являющиеся теплосетевыми организациями, обязаны на постоянной основе выполнять требования, установленные пунктами 1 - 4, 6, 7, 9 части 4 настоящей статьи</w:t>
      </w:r>
    </w:p>
    <w:p>
      <w:r>
        <w:rPr>
          <w:b/>
        </w:rPr>
        <w:t xml:space="preserve">6. </w:t>
      </w:r>
      <w:r>
        <w:t>В целях обеспечения готовности к отопительному периоду потребители тепловой энергии, перечисленные в пунктах 3 - 5 части 1 настоящей статьи, обязаны на постоянной основе</w:t>
      </w:r>
    </w:p>
    <w:p>
      <w:r>
        <w:rPr>
          <w:b/>
        </w:rPr>
        <w:t xml:space="preserve">7. </w:t>
      </w:r>
      <w:r>
        <w:t>Оценка обеспечения муниципальными образованиями готовности к отопительному периоду осуществляется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w:t>
      </w:r>
    </w:p>
    <w:p>
      <w:r>
        <w:rPr>
          <w:b/>
        </w:rPr>
        <w:t xml:space="preserve">8. </w:t>
      </w:r>
      <w:r>
        <w:t>Оценка обеспечения теплоснабжающими организациями, теплосетевыми организациями, владельцами тепловых сетей, не являющимися теплосетевыми организациями,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и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 или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настоящего Федерального закона и абзацем вторым пункта 2 статьи 5 Федерального закона от 21 июля 1997 года № 116-ФЗ "О промышленной безопасности опасных производственных объектов"). Оценка обеспечения теплоснабжающей организацией, имеющей статус единой теплоснабжающей организации, готовности к отопительному периоду осуществляется органом местного самоуправления совместно с федеральным органом исполнительной власти, уполномоченным на осуществление федерального государственного энергетического надзора и государственного регулирования промышленной безопасности, или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пунктом 2 части 1 статьи 41 настоящего Федерального закона и абзацем вторым пункта 2 статьи 5 Федерального закона от 21 июля 1997 года № 116-ФЗ "О промышленной безопасности опасных производственных объектов")</w:t>
      </w:r>
    </w:p>
    <w:p>
      <w:r>
        <w:rPr>
          <w:b/>
        </w:rPr>
        <w:t xml:space="preserve">9. </w:t>
      </w:r>
      <w:r>
        <w:t>Оценка обеспечения лицами, указанными в пункте 3 части 1 настоящей статьи (за исключением лиц, указанных в части 10 настоящей статьи),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указанными в пункте 3 части 1 настоящей статьи, заключены договоры теплоснабжения</w:t>
      </w:r>
    </w:p>
    <w:p>
      <w:r>
        <w:rPr>
          <w:b/>
        </w:rPr>
        <w:t xml:space="preserve">10. </w:t>
      </w:r>
      <w:r>
        <w:t>Оценка обеспечения лицами, перечисленными в пунктах 3 - 5 части 1 настоящей статьи, у которых договоры теплоснабжения заключены в соответствии с жилищным законодательством, готовности к отопительному периоду осуществляется органом местного самоуправления совместно с единой теплоснабжающей организацией, в зону (зоны) деятельности которой входит соответствующая система (системы) теплоснабжения, в которой лицами, перечисленными в пунктах 3 - 5 части 1 настоящей статьи, заключены договоры теплоснабжения, и органом государственной власти субъекта Российской Федерации в области жилищных отношений, осуществляющим региональный государственный жилищный надзор</w:t>
      </w:r>
    </w:p>
    <w:p>
      <w:r>
        <w:rPr>
          <w:b/>
        </w:rPr>
        <w:t xml:space="preserve">11. </w:t>
      </w:r>
      <w:r>
        <w:t>Оценка обеспечения лицами, указанными в части 1 настоящей статьи, готовности к отопительному периоду осуществляется в соответствии с порядком проведения оценки обеспечения готовности к отопительному периоду, установленным федеральным органом исполнительной власти, уполномоченным на реализацию государственной политики в сфере теплоснабжения</w:t>
      </w:r>
    </w:p>
    <w:p>
      <w:r>
        <w:rPr>
          <w:b/>
        </w:rPr>
        <w:t xml:space="preserve">12. </w:t>
      </w:r>
      <w:r>
        <w:t>По результатам проведения оценки готовности к отопительному периоду составляется акт, содержащий оценку обеспечения готовности к отопительному периоду, по форме, утвержденной порядком проведения оценки обеспечения готовности к отопительному периоду, установленным федеральным органом исполнительной власти, уполномоченным на реализацию государственной политики в сфере теплоснабжения</w:t>
      </w:r>
    </w:p>
    <w:p>
      <w:r>
        <w:rPr>
          <w:b/>
        </w:rPr>
        <w:t xml:space="preserve">13. </w:t>
      </w:r>
      <w:r>
        <w:t>В случае несоблюдения обязательных требований, предусмотренных частью 2 настоящей статьи, лицам, указанным в части 1 настоящей статьи, направляется акт, содержащий оценку обеспечения готовности к отопительному периоду, с замечаниями по выявленным нарушениям. Выявленные нарушения подлежат обязательному устранению в установленные актом сроки</w:t>
      </w:r>
    </w:p>
    <w:p>
      <w:r>
        <w:rPr>
          <w:b/>
        </w:rPr>
        <w:t xml:space="preserve">14. </w:t>
      </w:r>
      <w:r>
        <w:t>Неустранение выявленных нарушений, указанных в акте, содержащем оценку обеспечения готовности к отопительному периоду, в установленные сроки лицами, указанными в части 1 настоящей статьи, влечет за собой административную ответственность в соответствии с законодательством Российской Федерации. (Статья в редакции Федерального закона от 08.08.2024 № 311-ФЗ)</w:t>
      </w:r>
    </w:p>
    <w:p>
      <w:r>
        <w:rPr>
          <w:b/>
        </w:rPr>
        <w:t xml:space="preserve">1. </w:t>
      </w:r>
      <w:r>
        <w:t>муниципальными образованиями</w:t>
      </w:r>
    </w:p>
    <w:p>
      <w:r>
        <w:rPr>
          <w:b/>
        </w:rPr>
        <w:t xml:space="preserve">1. </w:t>
      </w:r>
      <w:r>
        <w:t>теплоснабжающими организациями и теплосетевыми организациями</w:t>
      </w:r>
    </w:p>
    <w:p>
      <w:r>
        <w:rPr>
          <w:b/>
        </w:rPr>
        <w:t xml:space="preserve">1. </w:t>
      </w:r>
      <w:r>
        <w:t>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w:t>
      </w:r>
    </w:p>
    <w:p>
      <w:r>
        <w:rPr>
          <w:b/>
        </w:rPr>
        <w:t xml:space="preserve">1. </w:t>
      </w:r>
      <w:r>
        <w:t>управляющей организацией, а также товариществом собственников жилья, жилищным кооперативом, жилищно-строительным кооперативом или иным специализированным потребительским кооперативом при условии осуществления ими деятельности по управлению многоквартирными домами</w:t>
      </w:r>
    </w:p>
    <w:p>
      <w:r>
        <w:rPr>
          <w:b/>
        </w:rPr>
        <w:t xml:space="preserve">1. </w:t>
      </w:r>
      <w:r>
        <w:t>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p>
      <w:r>
        <w:rPr>
          <w:b/>
        </w:rPr>
        <w:t xml:space="preserve">1. </w:t>
      </w:r>
      <w:r>
        <w:t>владельцами тепловых сетей, не являющимися теплосетевыми организациями</w:t>
      </w:r>
    </w:p>
    <w:p>
      <w:r>
        <w:rPr>
          <w:b/>
        </w:rPr>
        <w:t xml:space="preserve">3. </w:t>
      </w:r>
      <w:r>
        <w:t>иметь порядок (план) действий по ликвидации последствий аварийных ситуаций в сфере теплоснабжения в муниципальном образовании, утвержденный и ежегодно актуализируемый органом местного самоуправления (в том числе с применением электронного моделирования аварийных ситуаций), разработанный с учетом порядков (планов) действий по ликвидации последствий аварийных ситуаций в сфере теплоснабжения теплоснабжающих организаций, теплосетевых организаций, владельцев тепловых сетей, не являющихся теплосетевыми организациями,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согласованный с органами государственной власти субъекта Российской Федерации, осуществляющими полномочия по государственному регулированию и контролю в сфере теплоснабжения, органами исполнительной власти субъекта Российской Федерации в сфере водоснабжения и водоотведения, органами исполнительной власти субъекта Российской Федерации в области газоснабжения, органами исполнительной власти субъекта Российской Федерации, осуществляющими полномочия по государственному регулированию и контролю в электроэнергетике, и органом государственной власти субъекта Российской Федерации, осуществляющим полномочия в области защиты населения и территорий от чрезвычайных ситуаций. Указанный порядок (план) действий по ликвидации последствий аварийных ситуаций в сфере теплоснабжения после его утверждения, актуализации подлежит публикации на официальном сайте муниципального образования в информационно-телекоммуникационной сети "Интернет". В случае отсутствия порядков (планов) действий по ликвидации последствий аварийных ситуаций в сфере теплоснабжения у организаций в сфере электро-, газо- и водоснабжения, организаций, осуществляющих снабжение топливом, потребителей тепловой энергии, ремонтно-строительных и транспортных организаций орган местного самоуправления может предложить этим лицам принять участие в подготовке порядка (плана) действий по ликвидации последствий аварийных ситуаций в сфере теплоснабжения в муниципальном образовании</w:t>
      </w:r>
    </w:p>
    <w:p>
      <w:r>
        <w:rPr>
          <w:b/>
        </w:rPr>
        <w:t xml:space="preserve">3. </w:t>
      </w:r>
      <w:r>
        <w:t>иметь утвержденную актуализированную схему теплоснабжения в соответствии с частью 3 статьи 23 настоящего Федерального закона</w:t>
      </w:r>
    </w:p>
    <w:p>
      <w:r>
        <w:rPr>
          <w:b/>
        </w:rPr>
        <w:t xml:space="preserve">3. </w:t>
      </w:r>
      <w:r>
        <w:t>обеспечить подготовку к отопительному периоду бесхозяйных объектов теплоснабжения, в отношении которых в соответствии с частью 64 статьи 15 настоящего Федерального закона не определена организация по содержанию и обслуживанию</w:t>
      </w:r>
    </w:p>
    <w:p>
      <w:r>
        <w:rPr>
          <w:b/>
        </w:rPr>
        <w:t xml:space="preserve">4. </w:t>
      </w:r>
      <w:r>
        <w:t>обеспечивать функционирование эксплуатационной, диспетчерской и аварийной служб</w:t>
      </w:r>
    </w:p>
    <w:p>
      <w:r>
        <w:rPr>
          <w:b/>
        </w:rPr>
        <w:t xml:space="preserve">4. </w:t>
      </w:r>
      <w:r>
        <w:t>проводить наладку принадлежащих им тепловых сетей</w:t>
      </w:r>
    </w:p>
    <w:p>
      <w:r>
        <w:rPr>
          <w:b/>
        </w:rPr>
        <w:t xml:space="preserve">4. </w:t>
      </w:r>
      <w:r>
        <w:t>осуществлять контроль за режимами потребления тепловой энергии</w:t>
      </w:r>
    </w:p>
    <w:p>
      <w:r>
        <w:rPr>
          <w:b/>
        </w:rPr>
        <w:t xml:space="preserve">4. </w:t>
      </w:r>
      <w:r>
        <w:t>обеспечивать качество теплоносителей</w:t>
      </w:r>
    </w:p>
    <w:p>
      <w:r>
        <w:rPr>
          <w:b/>
        </w:rPr>
        <w:t xml:space="preserve">4. </w:t>
      </w:r>
      <w:r>
        <w:t>организовывать коммерческий учет приобретаемой тепловой энергии и реализуемой тепловой энергии</w:t>
      </w:r>
    </w:p>
    <w:p>
      <w:r>
        <w:rPr>
          <w:b/>
        </w:rPr>
        <w:t xml:space="preserve">4. </w:t>
      </w:r>
      <w:r>
        <w:t>обеспечивать проверку качества строительства, реконструкции и (или) модернизации принадлежащих им тепловых сетей, в том числе качества тепловой изоляции</w:t>
      </w:r>
    </w:p>
    <w:p>
      <w:r>
        <w:rPr>
          <w:b/>
        </w:rPr>
        <w:t xml:space="preserve">4. </w:t>
      </w:r>
      <w:r>
        <w:t>обеспечивать надежное теплоснабжение потребителей</w:t>
      </w:r>
    </w:p>
    <w:p>
      <w:r>
        <w:rPr>
          <w:b/>
        </w:rPr>
        <w:t xml:space="preserve">4. </w:t>
      </w:r>
      <w:r>
        <w:t>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Указанные мероприятия могут осуществляться за счет учтенных при установлении цен (тарифов) в сфере теплоснабжения собственных средств регулируемой организации, бюджетных кредитов, а также за счет средств бюджетов субъектов Российской Федерации в случае, если по итогам анализа и оценки систем теплоснабжения поселений, муниципальных округов, городских округов, осуществляемых субъектами Российской Федерации в рамках определения системы мер по обеспечению надежности систем теплоснабжения поселений, муниципальных округов, городских округов, в порядке, установленном правилами организации теплоснабжения, резервируемые системы теплоснабжения соответствующего муниципального образования признаны малонадежными и (или) ненадежными</w:t>
      </w:r>
    </w:p>
    <w:p>
      <w:r>
        <w:rPr>
          <w:b/>
        </w:rPr>
        <w:t xml:space="preserve">4. </w:t>
      </w:r>
      <w:r>
        <w:t>иметь согласованный с органом местного самоуправления порядок (план) действий по ликвидации последствий аварийных ситуаций в сфере теплоснабжения</w:t>
      </w:r>
    </w:p>
    <w:p>
      <w:r>
        <w:rPr>
          <w:b/>
        </w:rPr>
        <w:t xml:space="preserve">6. </w:t>
      </w:r>
      <w:r>
        <w:t>обеспечивать эксплуатацию теплопотребляющих установок в соответствии с требованиями безопасности в сфере теплоснабжения, установленными статьей 232 настоящего Федерального закона</w:t>
      </w:r>
    </w:p>
    <w:p>
      <w:r>
        <w:rPr>
          <w:b/>
        </w:rPr>
        <w:t xml:space="preserve">6. </w:t>
      </w:r>
      <w:r>
        <w:t>обеспечивать готовность к соблюдению указанного в договоре теплоснабжения режима потребления тепловой энергии</w:t>
      </w:r>
    </w:p>
    <w:p>
      <w:r>
        <w:rPr>
          <w:b/>
        </w:rPr>
        <w:t xml:space="preserve">6. </w:t>
      </w:r>
      <w:r>
        <w:t>обеспечивать отсутствие задолженности за поставленные тепловую энергию (мощность), теплоноситель</w:t>
      </w:r>
    </w:p>
    <w:p>
      <w:r>
        <w:rPr>
          <w:b/>
        </w:rPr>
        <w:t xml:space="preserve">6. </w:t>
      </w:r>
      <w:r>
        <w:t>организовывать коммерческий учет тепловой энергии, теплоносителя в соответствии с требованиями, установленными статьей 19 настоящего Федерального закона</w:t>
      </w:r>
    </w:p>
    <w:p>
      <w:r>
        <w:rPr>
          <w:b/>
        </w:rPr>
        <w:t>Статья 21. Вывод источников тепловой энергии, тепловых сетей в ремонт и из эксплуатации</w:t>
      </w:r>
    </w:p>
    <w:p>
      <w:r>
        <w:rPr>
          <w:b/>
        </w:rPr>
        <w:t xml:space="preserve">1. </w:t>
      </w:r>
      <w:r>
        <w:t>В целях недопущения ущемления прав и законных интересов потребителей тепловой энергии собственники или иные законные владельцы источников тепловой энергии, тепловых сетей обязаны осуществлять согласование с органами местного самоуправления и в случаях, установленных настоящей статьей, с потребителями вывода указанных объектов в ремонт и из эксплуатации. (В редакции Федерального закона от 28.11.2015 № 357-ФЗ)</w:t>
      </w:r>
    </w:p>
    <w:p>
      <w:r>
        <w:rPr>
          <w:b/>
        </w:rPr>
        <w:t xml:space="preserve">2. </w:t>
      </w:r>
      <w:r>
        <w:t>Вывод в ремонт и из эксплуатации источников тепловой энергии, функционирующих в режиме комбинированной выработки электрической и тепловой энергии, осуществляется с учетом положений законодательства Российской Федерации об электроэнергетике</w:t>
      </w:r>
    </w:p>
    <w:p>
      <w:r>
        <w:rPr>
          <w:b/>
        </w:rPr>
        <w:t xml:space="preserve">3. </w:t>
      </w:r>
      <w:r>
        <w:t>Порядок вывода в ремонт или из эксплуатации источников тепловой энергии, тепловых сетей устанавливается Правительством Российской Федерации в соответствии с положениями настоящей статьи, с особенностями, установленными для ценовых зон теплоснабжения статьей 2312 настоящего Федерального закона, и с другими федеральными законами и должен, в частности, включать в себя порядок и сроки принятия органами местного самоуправления предусмотренных настоящей статьей решений о согласовании или несогласовании вывода указанных объектов в ремонт или из эксплуатации. (В редакции федеральных законов от 28.11.2015 № 357-ФЗ; от 29.07.2017 № 279-ФЗ)</w:t>
      </w:r>
    </w:p>
    <w:p>
      <w:r>
        <w:rPr>
          <w:b/>
        </w:rPr>
        <w:t xml:space="preserve">4. </w:t>
      </w:r>
      <w:r>
        <w:t>Собственники или иные законные владельцы источников тепловой энергии, тепловых сетей, планирующие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эксплуатации в случае, если такой вывод не обоснован в схеме теплоснабжения. (В редакции Федерального закона от 28.11.2015 № 357-ФЗ)</w:t>
      </w:r>
    </w:p>
    <w:p>
      <w:r>
        <w:rPr>
          <w:b/>
        </w:rPr>
        <w:t xml:space="preserve">5. </w:t>
      </w:r>
      <w:r>
        <w:t>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некомпенсируемым финансовым убыткам, собственникам или иным законным владельцам источников тепловой энергии, а также собственникам или иным законным владельцам тепловых сетей, соответствующим критериям отнесения к теплосетевым организациям в отношении этих тепловых сетей, должна быть обеспечена соответствующая компенсация в порядке, установленном Правительством Российской Федерации. (В редакции федеральных законов от 28.11.2015 № 357-ФЗ, от 08.08.2024 № 311-ФЗ)</w:t>
      </w:r>
    </w:p>
    <w:p>
      <w:r>
        <w:rPr>
          <w:b/>
        </w:rPr>
        <w:t xml:space="preserve">6. </w:t>
      </w:r>
      <w:r>
        <w:t>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а также в случае получения обращения от единой теплоснабжающей организации в порядке, предусмотренном частью 7 статьи 2312 настоящего Федерального закона, этот орган вправе потребовать от их собственников или иных законных владельцев выставить указанные объекты на торги в форме аукциона или конкурса и при отсутствии иных лиц, заинтересованных в приобретении указанных объектов, вправе осуществить их выкуп по рыночной стоимости, определенной оценщиком, в целях сохранения системы жизнеобеспечения населения, проживающего на территории соответствующего муниципального образования. Собственники или иные законные владельцы источников тепловой энергии, тепловых сетей вправе продать муниципальному образованию указанные объекты по цене, которая ниже определенной оценщиком рыночной стоимости, или передать их безвозмездно. В случае приобретения муниципальным образованием источника тепловой энергии, тепловых сетей оно несет ответственность за их эксплуатацию. (В редакции федеральных законов от 28.11.2015 № 357-ФЗ, от 26.02.2024 № 34-ФЗ)</w:t>
      </w:r>
    </w:p>
    <w:p>
      <w:r>
        <w:rPr>
          <w:b/>
        </w:rPr>
        <w:t xml:space="preserve">7. </w:t>
      </w:r>
      <w:r>
        <w:t>В случае поступления в орган местного самоуправления уведомлений от нескольких владельцев источников тепловой энергии о выводе одновременно из эксплуатации указанных источников тепловой энергии этот орган должен осуществлять выбор оставляемых в эксплуатации источников тепловой энергии с учетом минимизации затрат потребителей тепловой энергии, требований энергетической эффективности, обеспечения надежности теплоснабжения. (В редакции Федерального закона от 28.11.2015 № 357-ФЗ)</w:t>
      </w:r>
    </w:p>
    <w:p>
      <w:r>
        <w:rPr>
          <w:b/>
        </w:rPr>
        <w:t xml:space="preserve">8. </w:t>
      </w:r>
      <w:r>
        <w:t>Вывод из эксплуатации тепловых сетей, с использованием которых осуществляется теплоснабжение потребителей тепловой энергии, теплопотребляющие установки которых подключены (технологически присоединены) к этим тепловым сетям в надлежащем порядке, без согласования с указанными потребителями не допускается. (В редакции Федерального закона от 30.12.2012 № 318-ФЗ)</w:t>
      </w:r>
    </w:p>
    <w:p>
      <w:r>
        <w:rPr>
          <w:b/>
        </w:rPr>
        <w:t xml:space="preserve">9. </w:t>
      </w:r>
      <w:r>
        <w:t>Лица, нарушившие установленный настоящей статьей порядок согласования вывода источников тепловой энергии и тепловых сетей из эксплуатации, обязаны возместить убытки, причиненные муниципальному образованию, юридическим лицам, физическим лицам в результате такого нарушения</w:t>
      </w:r>
    </w:p>
    <w:p>
      <w:r>
        <w:rPr>
          <w:b/>
        </w:rPr>
        <w:t>Статья 22. Порядок ограничения, прекращения подачи тепловой энергии, теплоносителя потребителям в случае ненадлежащего исполнения ими договора теплоснабжения, а также при выявлении бездоговорного потребления тепловой энергии</w:t>
      </w:r>
    </w:p>
    <w:p>
      <w:r>
        <w:rPr>
          <w:b/>
        </w:rPr>
        <w:t xml:space="preserve">1. </w:t>
      </w:r>
      <w:r>
        <w:t>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один период платежа, установленный этим договором, теплоснабжающая организация вправе ввести ограничения подачи тепловой энергии, теплоносителя в порядке, установленном правилами организации теплоснабжения, утвержденными Правительством Российской Федерации. Правилами организации теплоснабжения, утвержденными Правительством Российской Федерации, определяются социально значимые категории потребителей и особенности введения в отношении них ограничения, прекращения подачи тепловой энергии, теплоносителя</w:t>
      </w:r>
    </w:p>
    <w:p>
      <w:r>
        <w:rPr>
          <w:b/>
        </w:rPr>
        <w:t xml:space="preserve">2. </w:t>
      </w:r>
      <w:r>
        <w:t>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второго периода платежа. При задержке платежей сверх установленного предупреждением срока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r>
        <w:rPr>
          <w:b/>
        </w:rPr>
        <w:t xml:space="preserve">3. </w:t>
      </w:r>
      <w:r>
        <w:t>Теплоснабжающая организация имеет право осуществить в присутствии представителей теплосетевой организации и потребителя необходимые переключения в теплопотребляющих установках, принадлежащих организации-потребителю, если эта теплоснабжающая организация не может реализовать с использованием своих объектов принадлежащее ей право ограничения потребления тепловой энергии, теплоносителя. Возобновление подачи тепловой энергии, теплоносителя осуществляется после принятия мер по погашению задолженности</w:t>
      </w:r>
    </w:p>
    <w:p>
      <w:r>
        <w:rPr>
          <w:b/>
        </w:rPr>
        <w:t xml:space="preserve">4. </w:t>
      </w:r>
      <w:r>
        <w:t>Ограничение подачи тепловой энергии, теплоносителя потребителям, не исполняющим своих обязательств по оплате потребленных тепловой энергии (мощности), теплоносителя, не должно приводить к изменению режима поставок тепловой энергии иным потребителям</w:t>
      </w:r>
    </w:p>
    <w:p>
      <w:r>
        <w:rPr>
          <w:b/>
        </w:rPr>
        <w:t xml:space="preserve">5. </w:t>
      </w:r>
      <w:r>
        <w:t>В случае нарушения теплоснабжающей организацией порядка приостановления, прекращения исполнения обязательств по договору теплоснабжения такая организация обязана возместить возникшие в результате данного нарушения убытки в соответствии с гражданским законодательством</w:t>
      </w:r>
    </w:p>
    <w:p>
      <w:r>
        <w:rPr>
          <w:b/>
        </w:rPr>
        <w:t xml:space="preserve">6. </w:t>
      </w:r>
      <w:r>
        <w:t>В случае, если подача тепловой энергии (мощности) потребителю осуществляется по тепловым сетям, принадлежащим теплосетевой организации, действия по ограничению, прекращению данной подачи в порядке, установленном настоящей статьей, осуществляются теплосетевой организацией на основании уведомления, направленного в теплоснабжающую организацию</w:t>
      </w:r>
    </w:p>
    <w:p>
      <w:r>
        <w:rPr>
          <w:b/>
        </w:rPr>
        <w:t xml:space="preserve">7. </w:t>
      </w:r>
      <w:r>
        <w:t>Теплоснабжающие организации и теплосетевые организации обязаны проводить в зоне расположения принадлежащих им тепловых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теплоноситель, теплосетевые организации должны обеспечивать в порядке, установленном правилами организации теплоснабжения, утвержденными Правительством Российской Федерации, беспрепятственный доступ представителей теплоснабжающей или теплосетевой организации к приборам учета и теплопотребляющим установкам в целях проведения проверок с учетом положений жилищного законодательства. Проверка одного лица может осуществляться не чаще чем один раз в квартал</w:t>
      </w:r>
    </w:p>
    <w:p>
      <w:r>
        <w:rPr>
          <w:b/>
        </w:rPr>
        <w:t xml:space="preserve">8. </w:t>
      </w:r>
      <w:r>
        <w:t>Теплоснабжающей организацией или теплосетевой организацией при выявлении ими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r>
        <w:rPr>
          <w:b/>
        </w:rPr>
        <w:t xml:space="preserve">9. </w:t>
      </w:r>
      <w:r>
        <w:t>Расчет объема бездоговорного потребления тепловой энергии, теплоносителя и их стоимости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представленных потребителем или иным лицом, осуществившими бездоговорное потребление тепловой энергии, теплоносителя, в соответствии с правилами коммерческого учета тепловой энергии, теплоносителя, утвержденными Правительством Российской Федерации. 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 (В редакции Федерального закона от 30.12.2012 № 291-ФЗ)</w:t>
      </w:r>
    </w:p>
    <w:p>
      <w:r>
        <w:rPr>
          <w:b/>
        </w:rPr>
        <w:t xml:space="preserve">10. </w:t>
      </w:r>
      <w:r>
        <w:t>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или ценами, не подлежащими регулированию в соответствии с настоящим Федеральным законом, с учетом стоимости услуг по передаче тепловой энергии и подлежит оплате потребителем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 (В редакции Федерального закона от 29.07.2017 № 279-ФЗ)</w:t>
      </w:r>
    </w:p>
    <w:p>
      <w:r>
        <w:rPr>
          <w:b/>
        </w:rPr>
        <w:t xml:space="preserve">11. </w:t>
      </w:r>
      <w:r>
        <w:t>Прекращение или ограничение горячего водоснабжения может осуществляться также по основаниям и в порядке, которые предусмотрены Федеральным законом "О водоснабжении и водоотведении". (Дополнение частью - Федеральный закон от 07.12.2011 № 417-ФЗ)</w:t>
      </w:r>
    </w:p>
    <w:p>
      <w:r>
        <w:rPr>
          <w:b/>
        </w:rPr>
        <w:t>Статья 221. Разрешение на допуск в эксплуатацию объектов теплоснабжения, теплопотребляющих установок</w:t>
      </w:r>
    </w:p>
    <w:p>
      <w:r>
        <w:rPr>
          <w:b/>
        </w:rPr>
        <w:t xml:space="preserve">1. </w:t>
      </w:r>
      <w:r>
        <w:t>Разрешение на допуск в эксплуатацию объекта теплоснабжения, теплопотребляющей установки удостоверяет соответствие объекта теплоснабжения, теплопотребляющей установки и условий их эксплуатации обязательным требованиям (далее - разрешение на допуск в эксплуатацию) и выдается федеральным органом исполнительной власти, уполномоченным на осуществление федерального государственного энергетического надзора</w:t>
      </w:r>
    </w:p>
    <w:p>
      <w:r>
        <w:rPr>
          <w:b/>
        </w:rPr>
        <w:t xml:space="preserve">2. </w:t>
      </w:r>
      <w:r>
        <w:t>Разрешение на допуск в эксплуатацию выдается</w:t>
      </w:r>
    </w:p>
    <w:p>
      <w:r>
        <w:rPr>
          <w:b/>
        </w:rPr>
        <w:t xml:space="preserve">3. </w:t>
      </w:r>
      <w:r>
        <w:t>На период проведения испытаний и наладки объекта теплоснабжения, теплопотребляющей установки выдается временное разрешение на допуск в эксплуатацию</w:t>
      </w:r>
    </w:p>
    <w:p>
      <w:r>
        <w:rPr>
          <w:b/>
        </w:rPr>
        <w:t xml:space="preserve">4. </w:t>
      </w:r>
      <w:r>
        <w:t>Подача тепловой энергии, теплоносителя на теплопотребляющую установку и выдача тепловой энергии, теплоносителя объектом теплоснабжения осуществляются после получения разрешения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в порядке, в случаях и на условиях, которые установлены Правительством Российской Федерации</w:t>
      </w:r>
    </w:p>
    <w:p>
      <w:r>
        <w:rPr>
          <w:b/>
        </w:rPr>
        <w:t xml:space="preserve">5. </w:t>
      </w:r>
      <w:r>
        <w:t>Категории объектов теплоснабжения, теплопотребляющих установок, для которых требуется получение разрешения на допуск в эксплуатацию, определяются Правительством Российской Федерации</w:t>
      </w:r>
    </w:p>
    <w:p>
      <w:r>
        <w:rPr>
          <w:b/>
        </w:rPr>
        <w:t xml:space="preserve">6. </w:t>
      </w:r>
      <w:r>
        <w:t>Порядок, случаи и условия выдачи разрешения на допуск в эксплуатацию определяются Правительством Российской Федерации. Выдача разрешения на допуск в эксплуатацию осуществляется без взимания платы</w:t>
      </w:r>
    </w:p>
    <w:p>
      <w:r>
        <w:rPr>
          <w:b/>
        </w:rPr>
        <w:t xml:space="preserve">7. </w:t>
      </w:r>
      <w:r>
        <w:t>Положения настоящей статьи распространяются на атомные электростанции с учетом особенностей их функционирования, установленных законодательством Российской Федерации об использовании атомной энергии. (Дополнение статьей - Федеральный закон от 24.04.2020 № 141-ФЗ)</w:t>
      </w:r>
    </w:p>
    <w:p>
      <w:r>
        <w:rPr>
          <w:b/>
        </w:rPr>
        <w:t xml:space="preserve">2. </w:t>
      </w:r>
      <w:r>
        <w:t>в ходе подключения (технологического присоединения) объекта теплоснабжения, теплопотребляющей установки к системе теплоснабжения</w:t>
      </w:r>
    </w:p>
    <w:p>
      <w:r>
        <w:rPr>
          <w:b/>
        </w:rPr>
        <w:t xml:space="preserve">2. </w:t>
      </w:r>
      <w:r>
        <w:t>в случае ввода в эксплуатацию нового или реконструированного объекта теплоснабжения, теплопотребляющей установки, подключение (технологическое присоединение) которых к системе теплоснабжения не осуществляется</w:t>
      </w:r>
    </w:p>
    <w:p>
      <w:r>
        <w:rPr>
          <w:b/>
        </w:rPr>
        <w:t>Статья 23. Организация развития систем теплоснабжения поселений, муниципальных округов, городских округов, городов федерального значения</w:t>
      </w:r>
    </w:p>
    <w:p>
      <w:r>
        <w:t>(Наименование в редакции федеральных законов от 26.02.2024 № 34-ФЗ, от 08.08.2024 № 311-ФЗ)</w:t>
      </w:r>
    </w:p>
    <w:p>
      <w:r>
        <w:rPr>
          <w:b/>
        </w:rPr>
        <w:t xml:space="preserve">1. </w:t>
      </w:r>
      <w:r>
        <w:t>Развитие систем теплоснабжения поселений, муниципальных округов, городских округов, городов федерального значения осуществляется в целях удовлетворения спроса на тепловую энергию, теплоноситель и обеспечения надежного теплоснабжения наиболее экономичным способом при минимальном вредном воздействии на окружающую среду, экономического стимулирования развития и внедрения энергосберегающих технологий. (В редакции федеральных законов от 26.02.2024 № 34-ФЗ, от 08.08.2024 № 311-ФЗ)</w:t>
      </w:r>
    </w:p>
    <w:p>
      <w:r>
        <w:rPr>
          <w:b/>
        </w:rPr>
        <w:t xml:space="preserve">2. </w:t>
      </w:r>
      <w:r>
        <w:t>Развитие системы теплоснабжения поселения, муниципального округа, городского округа или города федерального значения осуществляется на основании схемы теплоснабжения, которая должна соответствовать документам территориального планирования поселения, муниципального округа, городского округа или города федерального значения, в том числе схеме планируемого размещения объектов теплоснабжения в границах поселения, муниципального округа, городского округа или города федерального значения. (В редакции федеральных законов от 26.02.2024 № 34-ФЗ, от 08.08.2024 № 311-ФЗ)</w:t>
      </w:r>
    </w:p>
    <w:p>
      <w:r>
        <w:rPr>
          <w:b/>
        </w:rPr>
        <w:t xml:space="preserve">3. </w:t>
      </w:r>
      <w:r>
        <w:t>Уполномоченные в соответствии с настоящим Федеральным законом органы должны осуществлять разработку, утверждение и ежегодную актуализацию схем теплоснабжения, которые должны содержать</w:t>
      </w:r>
    </w:p>
    <w:p>
      <w:r>
        <w:rPr>
          <w:b/>
        </w:rPr>
        <w:t xml:space="preserve">4. </w:t>
      </w:r>
      <w:r>
        <w:t>Реализация включенных в схему теплоснабжения мероприятий по развитию системы теплоснабжения и повышению надежности теплоснабжения, в том числе мероприятий по резервированию систем теплоснабжения, по достижению установленных в инвестиционных программах организаций, осуществляющих регулируемые виды деятельности в сфере теплоснабжения,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 а также мероприятий по приведению качества горячей воды в открытых системах теплоснабжения в соответствие с установленными требованиями осуществляется в соответствии с инвестиционными программами теплоснабжающих организаций и (или) теплосетевых организаций. Включение в инвестиционную программу мероприятий по приведению качества горячей воды в открытых системах теплоснабжения в соответствие с установленными требованиями осуществляется в случаях, предусмотренных положениями Федерального закона "О водоснабжении и водоотведении". Инвестиционные программы организаций, осуществляющих регулируемые виды деятельности в сфере теплоснабжения, утверждаются уполномоченными органами в соответствии с настоящим Федеральным законом в порядке,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 (В редакции федеральных законов от 07.12.2011 № 417-ФЗ, от 07.05.2013 № 103-ФЗ, от 08.08.2024 № 232-ФЗ, от 08.08.2024 № 311-ФЗ)</w:t>
      </w:r>
    </w:p>
    <w:p>
      <w:r>
        <w:rPr>
          <w:b/>
        </w:rPr>
        <w:t xml:space="preserve">41. </w:t>
      </w:r>
      <w:r>
        <w:t>Утвержденные инвестиционные программы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инвестиционной программы должен быть достаточным для финансирования мероприятий, предусмотренных инвестиционной программой, но не превышать укрупненные нормативы цены строительства различных видов объектов капитального строительства непроизводственного назначения и объектов инженерной инфраструктуры,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(за исключением объектов, которые осуществляют комбинированную выработку электрической и тепловой энергии и для которых в соответствии с законодательством Российской Федерации об электроэнергетике утверждаются укрупненные нормативы цены типовых технологических решений капитального строительства объектов электроэнергетики). (Дополнение частью - Федеральный закон от 07.05.2013 № 103-ФЗ)</w:t>
      </w:r>
    </w:p>
    <w:p>
      <w:r>
        <w:rPr>
          <w:b/>
        </w:rPr>
        <w:t xml:space="preserve">42. </w:t>
      </w:r>
      <w:r>
        <w:t>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в концессионное соглашение в соответствии с законодательством Российской Федерации о концессионных соглашениях. При этом объем финансовых потребностей в целях реализации указанных инвестиционных программ, за исключением расходов, предусмотренных инвестиционными программами и финансируемых за счет платы за подключение (технологическое присоединение) к системе теплоснабжения, не должен превышать наименьшую из следующих величин</w:t>
      </w:r>
    </w:p>
    <w:p>
      <w:r>
        <w:rPr>
          <w:b/>
        </w:rPr>
        <w:t xml:space="preserve">5. </w:t>
      </w:r>
      <w:r>
        <w:t>При разработке схемы теплоснабжения должна быть обеспечена безопасность системы теплоснабжения, определяемая следующими показателями</w:t>
      </w:r>
    </w:p>
    <w:p>
      <w:r>
        <w:rPr>
          <w:b/>
        </w:rPr>
        <w:t xml:space="preserve">6. </w:t>
      </w:r>
      <w:r>
        <w:t>В системе теплоснабжения с учетом резервирования должен быть обеспечен баланс тепловой энергии (мощности) и тепловой нагрузки как в расчетных условиях, так и (с учетом резервных источников тепловой энергии, принадлежащих потребителям, и резервирования в системе теплоснабжения) в вероятных нерасчетных погодных условиях</w:t>
      </w:r>
    </w:p>
    <w:p>
      <w:r>
        <w:rPr>
          <w:b/>
        </w:rPr>
        <w:t xml:space="preserve">7. </w:t>
      </w:r>
      <w:r>
        <w:t>Требования к содержанию схем теплоснабжения и порядку их разработки определяются правилами, утвержденными Правительством Российской Федерации. Порядок разработки схем теплоснабжения в соответствии с правилами, утвержденными Правительством Российской Федерации, должен обеспечивать открытость процедуры их разработки и утверждения, участие в этой процедуре представителей теплоснабжающих организаций, теплосетевых организаций, потребителей тепловой энергии. Споры, возникающие при утверждении и актуализации схем теплоснабжения, утверждение которых входит в компетенцию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рассматриваются в судебном порядке. (В редакции Федерального закона от 29.07.2017 № 279-ФЗ)</w:t>
      </w:r>
    </w:p>
    <w:p>
      <w:r>
        <w:rPr>
          <w:b/>
        </w:rPr>
        <w:t xml:space="preserve">8. </w:t>
      </w:r>
      <w:r>
        <w:t>Обязательными критериями принятия решений в отношении развития системы теплоснабжения являются</w:t>
      </w:r>
    </w:p>
    <w:p>
      <w:r>
        <w:rPr>
          <w:b/>
        </w:rPr>
        <w:t xml:space="preserve">9. </w:t>
      </w:r>
      <w:r>
        <w:t>В случае реализации в поселениях, муниципальных округах,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источника тепловой энергии, мощность которого была увеличена, или оказание услуг по передаче тепловой энергии по тепловой сети, мощность которой была увеличена, могут осуществляться по ценам, определенным соглашением сторон (нерегулируемым ценам), при условии согласования с органом регулирования величины, на которую была увеличена мощность источника тепловой энергии или тепловой сети. (В редакции федеральных законов от 30.12.2012 № 318-ФЗ, от 29.07.2017 № 279-ФЗ, от 26.02.2024 № 34-ФЗ)</w:t>
      </w:r>
    </w:p>
    <w:p>
      <w:r>
        <w:rPr>
          <w:b/>
        </w:rPr>
        <w:t xml:space="preserve">10. </w:t>
      </w:r>
      <w:r>
        <w:t>Органы местного самоуправления и исполнительные органы субъектов Российской Федерации составляют топливно-энергетические балансы муниципальных образований и субъектов Российской Федерации в порядке и по форме, которые утверждаются федеральным органом исполнительной власти, уполномоченным на реализацию государственной политики в сфере теплоснабжения. (В редакции федеральных законов от 28.11.2015 № 357-ФЗ, от 08.08.2024 № 232-ФЗ)</w:t>
      </w:r>
    </w:p>
    <w:p>
      <w:r>
        <w:rPr>
          <w:b/>
        </w:rPr>
        <w:t xml:space="preserve">11. </w:t>
      </w:r>
      <w:r>
        <w:t>Техническое обследование объектов теплоснабжения проводится в целях определения их технических характеристик с учетом результатов экспертизы промышленной безопасности объектов теплоснабжения, предусмотренной законодательством Российской Федерации в области промышленной безопасности опасных производственных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пунктом 14 части 2 статьи 4 настоящего Федерального закона. (Дополнение частью - Федеральный закон от 07.05.2013 № 103-ФЗ)</w:t>
      </w:r>
    </w:p>
    <w:p>
      <w:r>
        <w:rPr>
          <w:b/>
        </w:rPr>
        <w:t xml:space="preserve">3. </w:t>
      </w:r>
      <w:r>
        <w:t>определение условий организации централизованного теплоснабжения, индивидуального теплоснабжения, а также поквартирного отопления</w:t>
      </w:r>
    </w:p>
    <w:p>
      <w:r>
        <w:rPr>
          <w:b/>
        </w:rPr>
        <w:t xml:space="preserve">3. </w:t>
      </w:r>
      <w:r>
        <w:t>решения о загрузке источников тепловой энергии, принятые в соответствии со схемой теплоснабжения</w:t>
      </w:r>
    </w:p>
    <w:p>
      <w:r>
        <w:rPr>
          <w:b/>
        </w:rPr>
        <w:t xml:space="preserve">3. </w:t>
      </w:r>
      <w: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в том числе график перевода котельных в "пиковый" режим функционирования</w:t>
      </w:r>
    </w:p>
    <w:p>
      <w:r>
        <w:rPr>
          <w:b/>
        </w:rPr>
        <w:t xml:space="preserve">3. </w:t>
      </w:r>
      <w:r>
        <w:t>меры по консервации избыточных источников тепловой энергии</w:t>
      </w:r>
    </w:p>
    <w:p>
      <w:r>
        <w:rPr>
          <w:b/>
        </w:rPr>
        <w:t xml:space="preserve">3. </w:t>
      </w:r>
      <w:r>
        <w:t>меры по переоборудованию котельных в источники комбинированной выработки электрической и тепловой энергии</w:t>
      </w:r>
    </w:p>
    <w:p>
      <w:r>
        <w:rPr>
          <w:b/>
        </w:rPr>
        <w:t xml:space="preserve">3. </w:t>
      </w:r>
      <w:r>
        <w:t>радиус эффективного теплоснабжения, позволяющий определить условия, при которых подключение (технологическое присоединение) теплопотребляющих установок к системе теплоснабжения нецелесообразно вследствие увеличения совокупных расходов в указанной системе; (В редакции Федерального закона от 30.12.2012 № 318-ФЗ) 7) оптимальный температурный график и оценку затрат при необходимости его изменения</w:t>
      </w:r>
    </w:p>
    <w:p>
      <w:r>
        <w:rPr>
          <w:b/>
        </w:rPr>
        <w:t xml:space="preserve">3. </w:t>
      </w:r>
      <w:r>
        <w:t>обязательную 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в порядке, установленном Правительством Российской Федерации. Без проведения такой оценки схема теплоснабжения не может быть утверждена (актуализирована); (Дополнение пунктом - Федеральный закон от 30.12.2021 № 438-ФЗ) 72) оценку надежности теплоснабжения и предложения, предусматривающие повышение надежности теплоснабжения, в том числе мероприятия по резервированию систем теплоснабжения в случаях, установленных требованиями к схемам теплоснабжения, порядку их разработки, утверждения и актуализации; (Дополнение пунктом - Федеральный закон от 08.08.2024 № 311-ФЗ) 8) иные меры, предусмотренные правилами, определяющими требования к содержанию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исполнительными органами субъекта Российской Федерации плановых значений показателей надежности и энергетической эффективности объектов теплоснабжения. (Дополнение пунктом - Федеральный закон от 07.05.2013 № 103-ФЗ) (В редакции Федерального закона от 08.08.2024 № 232-ФЗ)</w:t>
      </w:r>
    </w:p>
    <w:p>
      <w:r>
        <w:rPr>
          <w:b/>
        </w:rPr>
        <w:t xml:space="preserve">42. </w:t>
      </w:r>
      <w:r>
        <w:t>величина, определяемая исходя из указанных в части 41 настоящей статьи укрупненных нормативов цены строительства, а также основных мероприятий, включенных в концессионное соглашение в соответствии с законодательством Российской Федерации о концессионных соглашениях</w:t>
      </w:r>
    </w:p>
    <w:p>
      <w:r>
        <w:rPr>
          <w:b/>
        </w:rPr>
        <w:t xml:space="preserve">42. </w:t>
      </w:r>
      <w:r>
        <w:t>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создание и (или) реконструкцию объекта концессионного соглашения. (Дополнение частью - Федеральный закон от 07.05.2013 № 103-ФЗ)</w:t>
      </w:r>
    </w:p>
    <w:p>
      <w:r>
        <w:rPr>
          <w:b/>
        </w:rPr>
        <w:t xml:space="preserve">5. </w:t>
      </w:r>
      <w:r>
        <w:t>резервирование систем теплоснабжения в случаях, установленных требованиями к схемам теплоснабжения, порядку их разработки, утверждения и актуализации; (В редакции Федерального закона от 08.08.2024 № 311-ФЗ) 2) бесперебойная работа источников тепловой энергии, тепловых сетей и системы теплоснабжения в целом</w:t>
      </w:r>
    </w:p>
    <w:p>
      <w:r>
        <w:rPr>
          <w:b/>
        </w:rPr>
        <w:t xml:space="preserve">5. </w:t>
      </w:r>
      <w:r>
        <w:t>живучесть источников тепловой энергии, тепловых сетей и системы теплоснабжения в целом</w:t>
      </w:r>
    </w:p>
    <w:p>
      <w:r>
        <w:rPr>
          <w:b/>
        </w:rPr>
        <w:t xml:space="preserve">8. </w:t>
      </w:r>
      <w:r>
        <w:t>обеспечение надежности теплоснабжения потребителей</w:t>
      </w:r>
    </w:p>
    <w:p>
      <w:r>
        <w:rPr>
          <w:b/>
        </w:rPr>
        <w:t xml:space="preserve">8. </w:t>
      </w:r>
      <w:r>
        <w:t>минимизация затрат на теплоснабжение в расчете на каждого потребителя в долгосрочной перспективе</w:t>
      </w:r>
    </w:p>
    <w:p>
      <w:r>
        <w:rPr>
          <w:b/>
        </w:rPr>
        <w:t xml:space="preserve">8. </w:t>
      </w:r>
      <w:r>
        <w:t>приоритет комбинированной выработки электрической и тепловой энергии с учетом экономической обоснованности</w:t>
      </w:r>
    </w:p>
    <w:p>
      <w:r>
        <w:rPr>
          <w:b/>
        </w:rPr>
        <w:t xml:space="preserve">8. </w:t>
      </w:r>
      <w:r>
        <w:t>учет инвестиционных программ организаций, осуществляющих регулируемые виды деятельности в сфере теплоснабжения, и программ в области энергосбережения и повышения энергетической эффективности указанных организаций, региональных программ, муниципальных программ в области энергосбережения и повышения энергетической эффективности</w:t>
      </w:r>
    </w:p>
    <w:p>
      <w:r>
        <w:rPr>
          <w:b/>
        </w:rPr>
        <w:t xml:space="preserve">8. </w:t>
      </w:r>
      <w:r>
        <w:t>согласование схем теплоснабжения с иными программами развития сетей инженерно-технического обеспечения, а также с программами газификации</w:t>
      </w:r>
    </w:p>
    <w:p>
      <w:r>
        <w:rPr>
          <w:b/>
        </w:rPr>
        <w:t>Статья 231. Показатели надежности и энергетической эффективности объектов теплоснабжения</w:t>
      </w:r>
    </w:p>
    <w:p>
      <w:r>
        <w:rPr>
          <w:b/>
        </w:rPr>
        <w:t xml:space="preserve">1. </w:t>
      </w:r>
      <w:r>
        <w:t>Показатели надежности и энергетической эффективности объектов теплоснабжения применяются для определения степени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r>
        <w:rPr>
          <w:b/>
        </w:rPr>
        <w:t xml:space="preserve">2. </w:t>
      </w:r>
      <w:r>
        <w:t>Степень исполнения обязательств концессионера по созданию и (или) реконструкции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определяется с использованием плановых значений и фактических значений показателей надежности и энергетической эффективности объектов теплоснабжения в порядке, установленном Правительством Российской Федерации</w:t>
      </w:r>
    </w:p>
    <w:p>
      <w:r>
        <w:rPr>
          <w:b/>
        </w:rPr>
        <w:t xml:space="preserve">3. </w:t>
      </w:r>
      <w:r>
        <w:t>Плановые значения показателей надежности и энергетической эффективности объектов теплоснабжения устанавливаются</w:t>
      </w:r>
    </w:p>
    <w:p>
      <w:r>
        <w:rPr>
          <w:b/>
        </w:rPr>
        <w:t xml:space="preserve">4. </w:t>
      </w:r>
      <w:r>
        <w:t>Фактические значения показателей надежности и энергетической эффективности объектов теплоснабжения определяются уполномоченными исполнительными органами субъектов Российской Федерации в порядке, установленном законодательством Российской Федерации. (В редакции Федерального закона от 08.08.2024 № 232-ФЗ)</w:t>
      </w:r>
    </w:p>
    <w:p>
      <w:r>
        <w:rPr>
          <w:b/>
        </w:rPr>
        <w:t xml:space="preserve">5. </w:t>
      </w:r>
      <w:r>
        <w:t>Плановые значения показателей надежности и энергетической эффективности объектов теплоснабжения включаются в состав инвестиционных программ организаций, осуществляющих регулируемые виды деятельности в сфере теплоснабжения, а также в концессионные соглашения, объектами которых являются объекты теплоснабжения, на каждый год срока действия таких инвестиционных программ, концессионных соглашений с учетом установленных настоящим Федеральным законом особенностей</w:t>
      </w:r>
    </w:p>
    <w:p>
      <w:r>
        <w:rPr>
          <w:b/>
        </w:rPr>
        <w:t xml:space="preserve">6. </w:t>
      </w:r>
      <w:r>
        <w:t>В случае, если создание и (или) реконструкция объектов теплоснабжения предусмотрены концессионным соглашением, плановые значения показателей надежности и энергетической эффективности объектов теплоснабжения и сроки их достижения концессионером должны быть установлены в отношении каждого предусмотренного утвержденной инвестиционной программой объекта теплоснабжения таким образом, чтобы обеспечивать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p>
      <w:r>
        <w:rPr>
          <w:b/>
        </w:rPr>
        <w:t xml:space="preserve">7. </w:t>
      </w:r>
      <w:r>
        <w:t>В целях контроля за результатами реализации инвестиционной программы и регулирования тарифов уполномоченный исполнительный орган субъекта Российской Федерации устанавливает плановые значения показателей надежности и энергетической эффективности в отношении объектов, создание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исходя из установленных реализованной инвестиционной программой значений показателей надежности и энергетической эффективности объектов теплоснабжения. Продолжительность данного периода определяется в соответствии с предусмотренными частью 10 настоящей статьи правилами определения плановых значений показателей надежности и энергетической эффективности объектов теплоснабжения. (В редакции Федерального закона от 08.08.2024 № 232-ФЗ)</w:t>
      </w:r>
    </w:p>
    <w:p>
      <w:r>
        <w:rPr>
          <w:b/>
        </w:rPr>
        <w:t xml:space="preserve">8. </w:t>
      </w:r>
      <w:r>
        <w:t>В случае, если организация, осуществляющая регулируемые виды деятельности в сфере теплоснабжения, не достигла установленных плановых значений показателей надежности объектов теплоснабжения, тарифы такой организации, устанавливаемые на очередной финансовый год, подлежат уменьшению в соответствии с основами ценообразования в сфере теплоснабжения, утвержденными Правительством Российской Федерации, исходя из степени исполнения обязательств такой организации по созданию и (или) реконструкции объекта концессионного соглашения, реализации инвестиционной программы</w:t>
      </w:r>
    </w:p>
    <w:p>
      <w:r>
        <w:rPr>
          <w:b/>
        </w:rPr>
        <w:t xml:space="preserve">9. </w:t>
      </w:r>
      <w:r>
        <w:t>Плановые значения показателей энергетической эффективности объектов теплоснабжения применяются при установлении на очередной период регулирования тарифов в соответствии с основами ценообразования в сфере теплоснабжения, утвержденными Правительством Российской Федерации</w:t>
      </w:r>
    </w:p>
    <w:p>
      <w:r>
        <w:rPr>
          <w:b/>
        </w:rPr>
        <w:t xml:space="preserve">10. </w:t>
      </w:r>
      <w:r>
        <w:t>Правила определения плановых значений показателей надежности и энергетической эффективности объектов теплоснабжения, правила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 (Дополнение статьей - Федеральный закон от 07.05.2013 № 103-ФЗ)</w:t>
      </w:r>
    </w:p>
    <w:p>
      <w:r>
        <w:rPr>
          <w:b/>
        </w:rPr>
        <w:t xml:space="preserve">3. </w:t>
      </w:r>
      <w:r>
        <w:t>утвержденной инвестиционной программой в отношении предусмотренных данной программой объектов теплоснабжения</w:t>
      </w:r>
    </w:p>
    <w:p>
      <w:r>
        <w:rPr>
          <w:b/>
        </w:rPr>
        <w:t xml:space="preserve">3. </w:t>
      </w:r>
      <w:r>
        <w:t>концессионным соглашением в отношении создаваемых и (или) реконструируемых в течение срока действия концессионного соглашения объектов теплоснабжения</w:t>
      </w:r>
    </w:p>
    <w:p>
      <w:r>
        <w:rPr>
          <w:b/>
        </w:rPr>
        <w:t xml:space="preserve">3. </w:t>
      </w:r>
      <w:r>
        <w:t>решением исполнительных органов субъектов Российской Федерации в сфере теплоснабжения в отношении объектов теплоснабжения в случае, предусмотренном частью 7 настоящей статьи. (В редакции Федерального закона от 08.08.2024 № 232-ФЗ)</w:t>
      </w:r>
    </w:p>
    <w:p>
      <w:r>
        <w:rPr>
          <w:b/>
        </w:rPr>
        <w:t>Статья 232. Требования безопасности в сфере теплоснабжения</w:t>
      </w:r>
    </w:p>
    <w:p>
      <w:r>
        <w:rPr>
          <w:b/>
        </w:rPr>
        <w:t xml:space="preserve">1. </w:t>
      </w:r>
      <w:r>
        <w:t>Под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w:t>
      </w:r>
    </w:p>
    <w:p>
      <w:r>
        <w:rPr>
          <w:b/>
        </w:rPr>
        <w:t xml:space="preserve">2. </w:t>
      </w:r>
      <w:r>
        <w:t>Правила технической эксплуатации объектов теплоснабжения и теплопотребляющих установок устанавливают обязательные требования безопасной эксплуатации объектов теплоснабжения, теплопотребляющих установок и входящих в их состав зданий, помещений, сооружений и оборудования, в том числе требования к подготовке работников к выполнению трудовых функций в сфере теплоснабжения, связанных с эксплуатацией объектов теплоснабжения и теплопотребляющих установок, и подтверждению готовности работников к выполнению таких трудовых функций, а также требования к диспетчерскому управлению системами теплоснабжения, ведению водно-химического режима в системах теплоснабжения, пусконаладочным работам объектов теплоснабжения и теплопотребляющих установок. (В редакции федеральных законов от 08.12.2020 № 402-ФЗ, от 08.08.2024 № 311-ФЗ)</w:t>
      </w:r>
    </w:p>
    <w:p>
      <w:r>
        <w:rPr>
          <w:b/>
        </w:rPr>
        <w:t xml:space="preserve">3. </w:t>
      </w:r>
      <w:r>
        <w:t>Теплоснабжающие организации, теплосетевые организации при осуществлении теплоснабжения, владельцы тепловых сетей, не являющиеся теплосетевыми организациями, и потребители тепловой энергии при потреблении тепловой энергии обязаны соблюдать требования безопасности в сфере теплоснабжения. (В редакции Федерального закона от 08.08.2024 № 311-ФЗ)</w:t>
      </w:r>
    </w:p>
    <w:p>
      <w:r>
        <w:rPr>
          <w:b/>
        </w:rPr>
        <w:t xml:space="preserve">31. </w:t>
      </w:r>
      <w:r>
        <w:t>В целях поддержания уровня квалификации, подтверждения знания требований безопасности в сфере теплоснабжения, необходимых для выполнения трудовых функций, работники указанных организаций обязаны проходить подготовку и получать подтверждение готовности к работе в сфере теплоснабжения в соответствии с требованиями правил технической эксплуатации объектов теплоснабжения и теплопотребляющих установок, а работники теплоснабжающих организаций, эксплуатирующих объекты теплоснабжения, функционирующие в режиме комбинированной выработки электрической и тепловой энергии, - в соответствии с законодательством Российской Федерации об электроэнергетике. (Дополнение частью - Федеральный закон от 08.12.2020 № 402-ФЗ)</w:t>
      </w:r>
    </w:p>
    <w:p>
      <w:r>
        <w:rPr>
          <w:b/>
        </w:rPr>
        <w:t xml:space="preserve">32. </w:t>
      </w:r>
      <w:r>
        <w:t>Подготовка и подтверждение готовности работников к выполнению трудовых функций в сфере теплоснабжения осуществляются теплоснабжающими организациями, теплосетевыми организациями и организациями - потребителями тепловой энергии, за исключением случая, предусмотренного частью 33 настоящей статьи. (Дополнение частью - Федеральный закон от 08.12.2020 № 402-ФЗ)</w:t>
      </w:r>
    </w:p>
    <w:p>
      <w:r>
        <w:rPr>
          <w:b/>
        </w:rPr>
        <w:t xml:space="preserve">33. </w:t>
      </w:r>
      <w:r>
        <w:t>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 (Дополнение частью - Федеральный закон от 08.12.2020 № 402-ФЗ)</w:t>
      </w:r>
    </w:p>
    <w:p>
      <w:r>
        <w:rPr>
          <w:b/>
        </w:rPr>
        <w:t xml:space="preserve">4. </w:t>
      </w:r>
      <w:r>
        <w:t>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Договора о Евразийском экономическом союзе. (Дополнение статьей - Федеральный закон от 01.05.2016 № 132-ФЗ)</w:t>
      </w:r>
    </w:p>
    <w:p>
      <w:pPr>
        <w:pStyle w:val="Heading3"/>
      </w:pPr>
      <w:r>
        <w:t>Особенности правового регулирования в ценовых зонах теплоснабжения</w:t>
      </w:r>
    </w:p>
    <w:p>
      <w:r>
        <w:rPr>
          <w:b/>
        </w:rPr>
        <w:t>Статья 233. Ценовые зоны теплоснабжения</w:t>
      </w:r>
    </w:p>
    <w:p>
      <w:r>
        <w:rPr>
          <w:b/>
        </w:rPr>
        <w:t xml:space="preserve">1. </w:t>
      </w:r>
      <w:r>
        <w:t>К ценовым зонам теплоснабжения могут быть отнесены поселение, муниципальный округ, городской округ, соответствующие следующим критериям: (В редакции Федерального закона от 26.02.2024 № 34-ФЗ) 1) наличие утвержденной схемы теплоснабжения поселения, муниципального округа, городского округа; (В редакции Федерального закона от 26.02.2024 № 34-ФЗ) 2) (Пункт утратил силу - Федеральный закон от 08.08.2024 № 311-ФЗ) 3) наличие совместного обращения в Правительство Российской Федерации об отнесении поселения, муниципального округа,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указанных в схеме теплоснабжения поселения, муниципального округа, городского округа. Совместное обращение об отнесении поселения, муниципального округа, городского округа к ценовой зоне теплоснабжения включает в себя в том числе обязательства единой теплоснабжающей организации и исполнительно-распорядительного органа муниципального образования по исполнению соответствующих обязательств, установленных для них частями 14 - 18 статьи 2313 настоящего Федерального закона; (В редакции Федерального закона от 26.02.2024 № 34-ФЗ) 4) наличие согласия высшего исполнительного органа субъекта Российской Федерации на отнесение поселения, муниципального округа, городского округа, находящихся на территории субъекта Российской Федерации, к ценовой зоне теплоснабжения. (В редакции федеральных законов от 26.02.2024 № 34-ФЗ, от 08.08.2024 № 232-ФЗ)</w:t>
      </w:r>
    </w:p>
    <w:p>
      <w:r>
        <w:rPr>
          <w:b/>
        </w:rPr>
        <w:t xml:space="preserve">2. </w:t>
      </w:r>
      <w:r>
        <w:t>Исполнительно-распорядительный орган муниципального образования соответствующих поселения, муниципального округа, городского округа: (В редакции Федерального закона от 26.02.2024 № 34-ФЗ) 1) уведомляет законодательный орган субъекта Российской Федерации о намерении подписать в соответствии с пунктом 3 части 1 настоящей статьи совместное обращение об отнесении поселения, муниципального округа, городского округа к ценовой зоне теплоснабжения не позднее чем за тридцать дней до подписания указанного обращения. В течение тридцати дней со дня получения указанного обращения законодательный орган субъекта Российской Федерации вправе высказать мнение по вопросу отнесения поселения, муниципального округа, городского округа к ценовым зонам теплоснабжения; (В редакции федеральных законов от 26.02.2024 № 34-ФЗ, от 08.08.2024 № 232-ФЗ) 2) направляет после подписания совместного обращения об отнесении поселения, муниципального округа, городского округа к ценовой зоне теплоснабжения в высший исполнительный орган субъекта Российской Федерации запрос о предоставлении согласия высшего исполнительного органа субъекта Российской Федерации на отнесение поселения, муниципального округа, городского округа, находящихся на территории субъекта Российской Федерации, к ценовой зоне теплоснабжения. (В редакции федеральных законов от 26.02.2024 № 34-ФЗ, от 08.08.2024 № 232-ФЗ)</w:t>
      </w:r>
    </w:p>
    <w:p>
      <w:r>
        <w:rPr>
          <w:b/>
        </w:rPr>
        <w:t xml:space="preserve">3. </w:t>
      </w:r>
      <w:r>
        <w:t>Согласие высшего исполнительного органа субъекта Российской Федерации оформляется на бумажном носителе, подписывается высшим должностным лицом субъекта Российской Федерации, на территории которого предполагается создание ценовой зоны теплоснабжения. (В редакции Федерального закона от 08.08.2024 № 232-ФЗ)</w:t>
      </w:r>
    </w:p>
    <w:p>
      <w:r>
        <w:rPr>
          <w:b/>
        </w:rPr>
        <w:t xml:space="preserve">4. </w:t>
      </w:r>
      <w:r>
        <w:t>Совместное обращение об отнесении поселения, муниципального округа, городского округа к ценовой зоне теплоснабжения и согласие высшего исполнительного органа субъекта Российской Федерации, указанные в части 1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приложением иных документов, подтверждающих выполнение критериев, указанных в части 1 настоящей статьи. До принятия Правительством Российской Федерации решения об отнесении поселения, муниципального округа, городского округа к ценовой зоне теплоснабжения исполнительно-распорядительный орган муниципального образования, направивший указанные документы, а также лицо, уполномоченное на подписание согласия на отнесение поселения, муниципального округа, городского округа к ценовой зоне теплоснабжения, вправе отозвать документы, направленные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Решение об отнесении или неотнесении поселения, муниципального округа, городского округа к ценовой зоне теплоснабжения принимается Правительством Российской Федерации на основании предложения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об отнесении или неотнесении поселения, муниципального округа, городского округа к ценовой зоне теплоснабжения, которое должно включать в себя в том числе заключение о соответствии или несоответствии поселения, муниципального округа, городского округа установленным частью 1 настоящей статьи критериям и рекомендацию об отнесении или неотнесении поселения, муниципального округа, городского округа к ценовой зоне теплоснабжения и которое подготовлено в порядке, установленном указанным федеральным органом исполнительной власти. (В редакции федеральных законов от 26.02.2024 № 34-ФЗ, от 08.08.2024 № 232-ФЗ)</w:t>
      </w:r>
    </w:p>
    <w:p>
      <w:r>
        <w:rPr>
          <w:b/>
        </w:rPr>
        <w:t xml:space="preserve">5. </w:t>
      </w:r>
      <w:r>
        <w:t>(Часть утратила силу - Федеральный закон от 08.08.2024 № 311-ФЗ)</w:t>
      </w:r>
    </w:p>
    <w:p>
      <w:r>
        <w:rPr>
          <w:b/>
        </w:rPr>
        <w:t xml:space="preserve">6. </w:t>
      </w:r>
      <w:r>
        <w:t>(Часть утратила силу - Федеральный закон от 08.08.2024 № 311-ФЗ)</w:t>
      </w:r>
    </w:p>
    <w:p>
      <w:r>
        <w:rPr>
          <w:b/>
        </w:rPr>
        <w:t xml:space="preserve">7. </w:t>
      </w:r>
      <w:r>
        <w:t>После 1 июля 2020 года Правительство Российской Федерации проводит анализ функционирования ценовых зон теплоснабжения, в том числе по вопросам применения платы за подключение (технологическое присоединение) к системе теплоснабжения, мер антимонопольного регулирования и при необходимости принимает меры, направленные на совершенствование условий функционирования ценовых зон теплоснабжения</w:t>
      </w:r>
    </w:p>
    <w:p>
      <w:r>
        <w:rPr>
          <w:b/>
        </w:rPr>
        <w:t xml:space="preserve">8. </w:t>
      </w:r>
      <w:r>
        <w:t>К ценовым зонам теплоснабжения могут относиться также территории отдельных населенных пунктов, входящих в состав поселений, муниципальных округов, городских округов, которые определяются в соответствии с частями 73 и 74 статьи 29 настоящего Федерального закона. (Дополнение частью - Федеральный закон от 26.02.2024 № 34-ФЗ)</w:t>
      </w:r>
    </w:p>
    <w:p>
      <w:r>
        <w:rPr>
          <w:b/>
        </w:rPr>
        <w:t>Статья 234. Ценообразование на товары, услуги в ценовых зонах теплоснабжения после окончания переходного периода</w:t>
      </w:r>
    </w:p>
    <w:p>
      <w:r>
        <w:rPr>
          <w:b/>
        </w:rPr>
        <w:t xml:space="preserve">1. </w:t>
      </w:r>
      <w:r>
        <w:t>После окончания переходного периода в ценовых зонах теплоснабжения к ценам на товары, услуги в сфере теплоснабжения, не подлежащим регулированию, за исключением случаев, указанных в частях 121 - 124 статьи 10 настоящего Федерального закона, относятся</w:t>
      </w:r>
    </w:p>
    <w:p>
      <w:r>
        <w:rPr>
          <w:b/>
        </w:rPr>
        <w:t xml:space="preserve">2. </w:t>
      </w:r>
      <w:r>
        <w:t>Цены на тепловую энергию (мощность), поставляемую потребителям по договорам теплоснабжения, заключенным с единой теплоснабжающей организацией в соответствии с частью 2 статьи 238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исполнительным органом субъекта Российской Федерации в области государственного регулирования цен (тарифов), за исключением случаев, указанных в части 21, пункте 2 части 22 и части 23 статьи 8 настоящего Федерального закона. (В редакции федеральных законов от 08.08.2024 № 232-ФЗ, от 08.08.2024 № 311-ФЗ)</w:t>
      </w:r>
    </w:p>
    <w:p>
      <w:r>
        <w:rPr>
          <w:b/>
        </w:rPr>
        <w:t xml:space="preserve">3. </w:t>
      </w:r>
      <w:r>
        <w:t>Единая теплоснабжающая организация и теплоснабжающие организации, владеющие на праве собственности или ином законном основании источниками тепловой энергии, заключают договоры поставки тепловой энергии (мощности) и (или) теплоносителя по ценам, определяемым соглашением сторон договора, за исключением случаев, указанных в частях 121 - 124 статьи 10 настоящего Федерального закона</w:t>
      </w:r>
    </w:p>
    <w:p>
      <w:r>
        <w:rPr>
          <w:b/>
        </w:rPr>
        <w:t xml:space="preserve">4. </w:t>
      </w:r>
      <w:r>
        <w:t>Единая теплоснабжающая организация и теплосетевые организации заключают договоры оказания услуг по передаче тепловой энергии, теплоносителя по ценам, определяемым соглашением сторон договора, за исключением случаев, указанных в частях 121 - 123 статьи 10 настоящего Федерального закона</w:t>
      </w:r>
    </w:p>
    <w:p>
      <w:r>
        <w:rPr>
          <w:b/>
        </w:rPr>
        <w:t xml:space="preserve">5. </w:t>
      </w:r>
      <w:r>
        <w:t>В случае возникновения разногласий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 услуги по передаче тепловой энергии, теплоносителя, установленному исполнительным органом субъекта Российской Федерации в области государственного регулирования цен (тарифов) для соответствующей теплосетевой организации и действующему на дату окончания переходного периода, с учетом его индексации. Индексация указанного тарифа на услуги по передаче тепловой энергии, теплоносителя осуществляется исполнительным органом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в соответствии с правилами регулирования цен (тарифов) в сфере теплоснабжения, утвержденными Правительством Российской Федерации, но не выше размера индексации, определенного с учетом индексов потребительских цен за каждый прошедший календарный год. В случае возникновения разногласий в отношении цены на услуги по передаче тепловой энергии, теплоносителя, определенной в соответствии с настоящей частью, такие разногласия рассматриваются федеральным органом исполнительной власти в области государственного регулирования тарифов в сфере теплоснабжения в соответствии с пунктом 6 части 2 статьи 7 настоящего Федерального закона в порядке обязательного досудебного урегулирования споров. (В редакции федеральных законов от 26.02.2024 № 34-ФЗ, от 08.08.2024 № 232-ФЗ)</w:t>
      </w:r>
    </w:p>
    <w:p>
      <w:r>
        <w:rPr>
          <w:b/>
        </w:rPr>
        <w:t xml:space="preserve">6. </w:t>
      </w:r>
      <w:r>
        <w:t>После окончания переходного периода в ценовых зонах теплоснабжения осуществляется государственное регулирование цен (тарифов) в случаях, указанных в частях 121 - 124 статьи 10 настоящего Федерального закона, а также следующих видов цен (тарифов) в сфере теплоснабжения</w:t>
      </w:r>
    </w:p>
    <w:p>
      <w:r>
        <w:rPr>
          <w:b/>
        </w:rPr>
        <w:t xml:space="preserve">7. </w:t>
      </w:r>
      <w:r>
        <w:t>Деятельность теплоснабжающих организаций по реализации теплоносителя и горячей воды по ценам (тарифам), указанным в пунктах 2 и 3 части 6 настоящей статьи, относится к регулируемым видам деятельности в ценовых зонах теплоснабжения</w:t>
      </w:r>
    </w:p>
    <w:p>
      <w:r>
        <w:rPr>
          <w:b/>
        </w:rPr>
        <w:t xml:space="preserve">8. </w:t>
      </w:r>
      <w:r>
        <w:t>Государственное регулирование цен (тарифов), указанных в пунктах 2 - 4 части 6 настоящей статьи, в ценовых зонах теплоснабжения осуществляется в соответствии со статьями 7 - 11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частей 9 и 10 настоящей статьи</w:t>
      </w:r>
    </w:p>
    <w:p>
      <w:r>
        <w:rPr>
          <w:b/>
        </w:rPr>
        <w:t xml:space="preserve">9. </w:t>
      </w:r>
      <w:r>
        <w:t>Плата за подключение (технологическое присоединение) к системе теплоснабжения устанавливается соглашением сторон договора на подключение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теплоснабжения определяется в порядке, установленном частями 8 - 12 статьи 14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особенностей определения технической возможности подключения (технологического присоединения) к системе теплоснабжения в ценовых зонах теплоснабжения, установленных в правилах подключения (технологического присоединения) к системам теплоснабжения, утвержденных Правительством Российской Федерации</w:t>
      </w:r>
    </w:p>
    <w:p>
      <w:r>
        <w:rPr>
          <w:b/>
        </w:rPr>
        <w:t xml:space="preserve">10. </w:t>
      </w:r>
      <w:r>
        <w:t>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соответствии с пунктом 3 части 6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определенной в соответствии с частью 2 настоящей статьи. Компонент на теплоноситель определяется равным тарифу на теплоноситель, установленному исполнительным органом субъекта Российской Федерации в области государственного регулирования цен (тарифов) в соответствии с настоящим Федеральным законом. (В редакции Федерального закона от 08.08.2024 № 232-ФЗ)</w:t>
      </w:r>
    </w:p>
    <w:p>
      <w:r>
        <w:rPr>
          <w:b/>
        </w:rPr>
        <w:t xml:space="preserve">11. </w:t>
      </w:r>
      <w:r>
        <w:t>Единая теплоснабжающая организация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 раскрывает информацию о числовых значениях компонентов тарифа на горячую воду, а также представляет ее в орган регулирования в сроки, установленные Правительством Российской Федерации</w:t>
      </w:r>
    </w:p>
    <w:p>
      <w:r>
        <w:rPr>
          <w:b/>
        </w:rPr>
        <w:t xml:space="preserve">1. </w:t>
      </w:r>
      <w:r>
        <w:t>цены на тепловую энергию (мощность), поставляемую потребителям</w:t>
      </w:r>
    </w:p>
    <w:p>
      <w:r>
        <w:rPr>
          <w:b/>
        </w:rPr>
        <w:t xml:space="preserve">1. </w:t>
      </w:r>
      <w:r>
        <w:t>цены на услуги по передаче тепловой энергии, теплоносителя</w:t>
      </w:r>
    </w:p>
    <w:p>
      <w:r>
        <w:rPr>
          <w:b/>
        </w:rPr>
        <w:t xml:space="preserve">1. </w:t>
      </w:r>
      <w:r>
        <w:t>цены на производимую тепловую энергию (мощность), в том числе производимую в режиме комбинированной выработки электрической и тепловой энергии</w:t>
      </w:r>
    </w:p>
    <w:p>
      <w:r>
        <w:rPr>
          <w:b/>
        </w:rPr>
        <w:t xml:space="preserve">1. </w:t>
      </w:r>
      <w:r>
        <w:t>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горячего водоснабжения</w:t>
      </w:r>
    </w:p>
    <w:p>
      <w:r>
        <w:rPr>
          <w:b/>
        </w:rPr>
        <w:t xml:space="preserve">1. </w:t>
      </w:r>
      <w:r>
        <w:t>цены на теплоноситель в виде пара, поставляемый теплоснабжающими организациями потребителям, другим теплоснабжающим организациям</w:t>
      </w:r>
    </w:p>
    <w:p>
      <w:r>
        <w:rPr>
          <w:b/>
        </w:rPr>
        <w:t xml:space="preserve">1. </w:t>
      </w:r>
      <w:r>
        <w:t>цены на теплоноситель в виде воды с использованием открытых систем теплоснабжения (горячего водоснабжения), поставляемый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
        <w:rPr>
          <w:b/>
        </w:rPr>
        <w:t xml:space="preserve">6. </w:t>
      </w:r>
      <w:r>
        <w:t>предельный уровень цены на тепловую энергию (мощность)</w:t>
      </w:r>
    </w:p>
    <w:p>
      <w:r>
        <w:rPr>
          <w:b/>
        </w:rPr>
        <w:t xml:space="preserve">6. </w:t>
      </w:r>
      <w:r>
        <w:t>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предусмотренного пунктом 6 части 1 настоящей статьи</w:t>
      </w:r>
    </w:p>
    <w:p>
      <w:r>
        <w:rPr>
          <w:b/>
        </w:rPr>
        <w:t xml:space="preserve">6. </w:t>
      </w:r>
      <w:r>
        <w:t>тарифы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w:t>
      </w:r>
    </w:p>
    <w:p>
      <w:r>
        <w:rPr>
          <w:b/>
        </w:rPr>
        <w:t xml:space="preserve">6. </w:t>
      </w:r>
      <w:r>
        <w:t>плата за подключение (технологическое присоединение) к системе теплоснабжения в случае, установленном частью 9 настоящей статьи</w:t>
      </w:r>
    </w:p>
    <w:p>
      <w:r>
        <w:rPr>
          <w:b/>
        </w:rPr>
        <w:t>Статья 235. Особенности ценообразования в ценовых зонах теплоснабжения в переходный период</w:t>
      </w:r>
    </w:p>
    <w:p>
      <w:r>
        <w:t>В ценовых зонах теплоснабжения до окончания переходного периода осуществляется государственное регулирование цен (тарифов) в соответствии со статьями 7 - 11 настоящего Федерального закона,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с учетом положений части 71 статьи 29 настоящего Федерального закона.</w:t>
      </w:r>
    </w:p>
    <w:p>
      <w:r>
        <w:rPr>
          <w:b/>
        </w:rPr>
        <w:t>Статья 236. Предельный уровень цены на тепловую энергию (мощность) в ценовых зонах теплоснабжения</w:t>
      </w:r>
    </w:p>
    <w:p>
      <w:r>
        <w:rPr>
          <w:b/>
        </w:rPr>
        <w:t xml:space="preserve">1. </w:t>
      </w:r>
      <w:r>
        <w:t>Предельный уровень цены на тепловую энергию (мощность) утверждается исполнительным органом субъекта Российской Федерации в области государственного регулирования цен (тарифов) для каждой системы теплоснабжения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расчета предельного уровня цены на тепловую энергию (мощность) и утверждаемыми Правительством Российской Федерации (за исключением случаев, указанных в частях 2 и 3 настоящей статьи). (В редакции Федерального закона от 08.08.2024 № 232-ФЗ)</w:t>
      </w:r>
    </w:p>
    <w:p>
      <w:r>
        <w:rPr>
          <w:b/>
        </w:rPr>
        <w:t xml:space="preserve">2. </w:t>
      </w:r>
      <w:r>
        <w:t>В случае, если предельный уровень цены на тепловую энергию (мощность), определенный в соответствии с правилами, указанными в части 1 настоящей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предельного уровня цены на тепловую энергию (мощность), установленного в соответствии с правилами, указанными в части 1 настоящей статьи, и тарифа на тепловую энергию (мощность), поставляемую потребителям, действующего на дату окончания переходного периода</w:t>
      </w:r>
    </w:p>
    <w:p>
      <w:r>
        <w:rPr>
          <w:b/>
        </w:rPr>
        <w:t xml:space="preserve">3. </w:t>
      </w:r>
      <w:r>
        <w:t>В случае, если предельный уровень цены на тепловую энергию (мощность), определенный в соответствии с правилами, указанными в части 1 настоящей статьи, выше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части 1 настоящей статьи, но не ниже тарифа на тепловую энергию (мощность), поставляемую потребителям, действовавшего на дату окончания переходного периода</w:t>
      </w:r>
    </w:p>
    <w:p>
      <w:r>
        <w:rPr>
          <w:b/>
        </w:rPr>
        <w:t xml:space="preserve">4. </w:t>
      </w:r>
      <w:r>
        <w:t>В случае, если в системе теплоснабжения на дату окончания переходного периода предусмотрена дифференциация тарифов на тепловую энергию (мощность) с разбивкой по категориям потребителей, предельный уровень цены на тепловую энергию (мощность), определенный в соответствии с правилами, указанными в части 1 настоящей статьи, сопоставляется с тарифами на тепловую энергию (мощность) с учетом указанной дифференциации и утверждается в порядке, предусмотренном частями 2 и 3 настоящей статьи с разбивкой для каждой категории потребителей</w:t>
      </w:r>
    </w:p>
    <w:p>
      <w:r>
        <w:rPr>
          <w:b/>
        </w:rPr>
        <w:t xml:space="preserve">5. </w:t>
      </w:r>
      <w:r>
        <w:t>График поэтапного равномерного доведения предельного уровня цены на тепловую энергию (мощность) до уровня, определяемого в соответствии с правилами, указанными в части 1 настоящей статьи, разрабатывается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утвержденными Правительством Российской Федерации, однократно утверждается высшим должностным лицом субъекта Российской Федерации на срок не более чем пять лет, а в случаях, установленных Правительством Российской Федерации, на срок не более чем десять лет и изменению не подлежит. (В редакции Федерального закона от 08.08.2024 № 232-ФЗ)</w:t>
      </w:r>
    </w:p>
    <w:p>
      <w:r>
        <w:rPr>
          <w:b/>
        </w:rPr>
        <w:t xml:space="preserve">6. </w:t>
      </w:r>
      <w:r>
        <w:t>Информация об утвержденном предельном уровне цены на тепловую энергию (мощность) публикуется исполнительным органом субъекта Российской Федерации в области государственного регулирования цен (тарифов) на его официальном сайте в информационно-телекоммуникационной сети "Интернет" в течение десяти дней с даты утверждения и направляется в федеральный орган исполнительной власти в области государственного регулирования тарифов в сфере теплоснабжения, высший исполнительный орган субъекта Российской Федерации, органы местного самоуправления, единую теплоснабжающую организацию. (В редакции Федерального закона от 08.08.2024 № 232-ФЗ)</w:t>
      </w:r>
    </w:p>
    <w:p>
      <w:r>
        <w:rPr>
          <w:b/>
        </w:rPr>
        <w:t>Статья 237. Требования к деятельности единой теплоснабжающей организации в ценовых зонах теплоснабжения</w:t>
      </w:r>
    </w:p>
    <w:p>
      <w:r>
        <w:rPr>
          <w:b/>
        </w:rPr>
        <w:t xml:space="preserve">1. </w:t>
      </w:r>
      <w:r>
        <w:t>Единая теплоснабжающая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информационно-телекоммуникационной сети "Интернет". Состав информации, периодичность и сроки ее размещения определяются Правительством Российской Федерации</w:t>
      </w:r>
    </w:p>
    <w:p>
      <w:r>
        <w:rPr>
          <w:b/>
        </w:rPr>
        <w:t xml:space="preserve">2. </w:t>
      </w:r>
      <w:r>
        <w:t>Единая теплоснабжающая организация обязана до окончания переходного периода разработать в соответствии с требованиями, установленными правилами организации теплоснабжения и утвержденными Правительством Российской Федерации, разместить способами, указанными в части 1 настоящей статьи, а также направить в территориальный орган федерального антимонопольного органа</w:t>
      </w:r>
    </w:p>
    <w:p>
      <w:r>
        <w:rPr>
          <w:b/>
        </w:rPr>
        <w:t xml:space="preserve">3. </w:t>
      </w:r>
      <w:r>
        <w:t>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p>
    <w:p>
      <w:r>
        <w:rPr>
          <w:b/>
        </w:rPr>
        <w:t xml:space="preserve">4. </w:t>
      </w:r>
      <w:r>
        <w:t>Информация о деятельности единой теплоснабжающей организации является открытой и доступной для потребителей, теплоснабжающих организаций и теплосетевых организаций, находящихся в зоне деятельности единой теплоснабжающей организации. Потребители, теплоснабжающие организации и теплосетевые организации, находящиеся в зоне деятельности единой теплоснабжающей организации, имеют право в порядке, установленном Правительством Российской Федерации, получать достоверную информацию о деятельности единой теплоснабжающей организации, в том числе получать информацию, непосредственно затрагивающую их права и обязанности</w:t>
      </w:r>
    </w:p>
    <w:p>
      <w:r>
        <w:rPr>
          <w:b/>
        </w:rPr>
        <w:t xml:space="preserve">2. </w:t>
      </w:r>
      <w:r>
        <w:t>стандарты качества обслуживания единой теплоснабжающей организацией потребителей тепловой энергии, которые должны включать в себя в том числе информацию об организации единой теплоснабжающей организацией обслуживания потребителей при их личном присутствии, посредством телефонной связи и с использованием информационно-телекоммуникационной сети "Интернет", о категориях потребителей, для которых предусматривается дифференциация цен на тепловую энергию (мощность) в рамках предельного уровня цены на тепловую энергию (мощность), о порядке подачи (направлении) потребителями единой теплоснабжающей организации обращений, претензий и жалоб на ее действия</w:t>
      </w:r>
    </w:p>
    <w:p>
      <w:r>
        <w:rPr>
          <w:b/>
        </w:rPr>
        <w:t xml:space="preserve">2. </w:t>
      </w:r>
      <w:r>
        <w:t>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которые должны определять равные условия для указанных теплоснабжающих организаций при взаимодействии с единой теплоснабжающей организацией, в том числе при заключении договоров поставки тепловой энергии (мощности) и (или) теплоносителя, и включать в себя, в частности, информацию о порядке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в системе теплоснабжения</w:t>
      </w:r>
    </w:p>
    <w:p>
      <w:r>
        <w:rPr>
          <w:b/>
        </w:rPr>
        <w:t>Статья 238. Особенности заключения и исполнения договоров теплоснабжения, договоров поставки тепловой энергии (мощности) и (или) теплоносителя и договоров оказания услуг по передаче тепловой энергии, теплоносителя в ценовых зонах теплоснабжения</w:t>
      </w:r>
    </w:p>
    <w:p>
      <w:r>
        <w:rPr>
          <w:b/>
        </w:rPr>
        <w:t xml:space="preserve">1. </w:t>
      </w:r>
      <w:r>
        <w:t>К договорам теплоснабжения, договорам поставки тепловой энергии (мощности) и (или) теплоносителя, заключаемым в ценовых зонах теплоснабжения, положения частей 1 - 4, пунктов 1, 2, 4 части 8, части 9 статьи 15 настоящего Федерального закона не применяются, а положения части 6 статьи 15 настоящего Федерального закона применяются с учетом особенностей, предусмотренных частью 12 настоящей статьи</w:t>
      </w:r>
    </w:p>
    <w:p>
      <w:r>
        <w:rPr>
          <w:b/>
        </w:rPr>
        <w:t xml:space="preserve">2. </w:t>
      </w:r>
      <w:r>
        <w:t>В ценовых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приобретения тепловой энергии (мощности) и (или) теплоносителя в соответствии с частью 21, пунктом 2 части 22 и частью 23 статьи 8 настоящего Федерального закона. (В редакции Федерального закона от 08.08.2024 № 311-ФЗ)</w:t>
      </w:r>
    </w:p>
    <w:p>
      <w:r>
        <w:rPr>
          <w:b/>
        </w:rPr>
        <w:t xml:space="preserve">3. </w:t>
      </w:r>
      <w:r>
        <w:t>Единая теплоснабжающая организация в течение трех месяцев с даты начала переходного периода обязана направить потребителям, за исключением потребителей, заключивших договоры теплоснабжения в соответствии с частью 21, пунктом 2 части 22 и частью 23 статьи 8, частями 9 и 10 статьи 10, частью 9 статьи 23 настоящего Федерального закона, теплоснабжающим организациям, владеющим на праве собственности и (или) ином законном основании источниками тепловой энергии, теплосетевым организациям, расположенным в зоне ее деятельности, предложения о заключении договора теплоснабжения, договора поставки тепловой энергии (мощности) и (или) теплоносителя и (или) договора оказания услуг по передаче тепловой энергии, теплоносителя. Потребитель в течение тридцати дней со дня поступления ему предложения о заключении договора теплоснабжения обязан заключить соответствующий договор с единой теплоснабжающей организацией либо представить единой теплоснабжающей организации письменный мотивированный отказ от заключения договора, если условия такого договора не соответствуют требованиям настоящего Федерального закона. В случае, если по истечении этого срока потребитель не подписал договор теплоснабжения и не представил письменный мотивированный отказ от заключения такого договора, такой договор считается заключенным. (В редакции Федерального закона от 08.08.2024 № 311-ФЗ)</w:t>
      </w:r>
    </w:p>
    <w:p>
      <w:r>
        <w:rPr>
          <w:b/>
        </w:rPr>
        <w:t xml:space="preserve">4. </w:t>
      </w:r>
      <w:r>
        <w:t>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частью 21, пунктом 2 части 22 и частью 23 статьи 8, частями 9 и 10 статьи 10, частью 9 статьи 23 настоящего Федерального закона. Договоры, заключаемые с единой теплоснабжающей организацией в соответствии с настоящей статьей в течение переходного периода, должны содержать условия, которые предусмотрены частями 5 - 12 настоящей статьи, и предусматривать начало исполнения обязательств сторон по таким договорам с даты окончания переходного периода. (В редакции Федерального закона от 08.08.2024 № 311-ФЗ)</w:t>
      </w:r>
    </w:p>
    <w:p>
      <w:r>
        <w:rPr>
          <w:b/>
        </w:rPr>
        <w:t xml:space="preserve">5. </w:t>
      </w:r>
      <w:r>
        <w:t>Договор теплоснабжения между потребителями и единой теплоснабжающей организацией в ценовых зонах теплоснабжения заключается в соответствии с настоящей статьей, положениями частей 5 и 7, пунктов 3, 5 - 7 части 8, частей 91 - 11 статьи 15 настоящего Федерального закона и должен устанавливать также</w:t>
      </w:r>
    </w:p>
    <w:p>
      <w:r>
        <w:rPr>
          <w:b/>
        </w:rPr>
        <w:t xml:space="preserve">6. </w:t>
      </w:r>
      <w:r>
        <w:t>Оплата тепловой энергии (мощности) и (или) теплоносителя по договорам теплоснабжения осуществляется по ценам, не подлежащим регулированию и определяемым в соответствии с частями 1 и 2 статьи 234 настоящего Федерального закона, и (или) по тарифам, установленным органом регулирования в соответствии с частями 6 - 8, 10 статьи 234 и статьей 235 настоящего Федерального закона</w:t>
      </w:r>
    </w:p>
    <w:p>
      <w:r>
        <w:rPr>
          <w:b/>
        </w:rPr>
        <w:t xml:space="preserve">7. </w:t>
      </w:r>
      <w:r>
        <w:t>В ценовых зонах теплоснабжения единая теплоснабжающая организация и теплоснабжающие организации, владеющие на праве собственности и (или) ином законном основании источниками тепловой энергии, расположенными в зоне деятельности единой теплоснабжающей организации, обязаны заключить договоры поставки тепловой энергии (мощности) и (или) теплоносителя в отношении тепловой энергии и (или) теплоносителя, объемы которых определяются в соответствии со статьей 2311 настоящего Федерального закона, в отношении мощности источников тепловой энергии, включенных в схему теплоснабжения, которая необходима для обеспечения тепловой нагрузки потребителей тепловой энергии в этой системе теплоснабжения, включая мощность источников тепловой энергии, в отношении которых заключены концессионные соглашения и договоры аренды объектов теплоснабжения, находящихся в государственной или муниципальной собственности. Договор поставки тепловой энергии (мощности) и (или) теплоносителя заключается на условиях и в порядке, которые установлены частями 4, 9 и 11 настоящей статьи и правилами организации теплоснабжения, утвержденными Правительством Российской Федерации</w:t>
      </w:r>
    </w:p>
    <w:p>
      <w:r>
        <w:rPr>
          <w:b/>
        </w:rPr>
        <w:t xml:space="preserve">8. </w:t>
      </w:r>
      <w:r>
        <w:t>К договорам оказания услуг по передаче тепловой энергии, теплоносителя, заключаемым в ценовых зонах теплоснабжения, положения частей 5 и 6 статьи 17 настоящего Федерального закона не применяются. В ценовых зонах теплоснабжения договор оказания услуг по передаче тепловой энергии, теплоносителя заключается на условиях и в порядке, которые установлены частями 1 - 4 статьи 17 настоящего Федерального закона, частями 10 - 12 настоящей статьи и настоящей частью. Оплата услуг по передаче тепловой энергии, теплоносителя осуществляется по ценам, определяемым в соответствии с частью 4 или 5 статьи 234 настоящего Федерального закона. Собственники или иные законные владельцы тепловых сетей не вправе препятствовать передаче по их тепловым сетям тепловой энергии, теплоносителя потребителям, теплопотребляющие установки которых присоединены к таким тепловым сетям</w:t>
      </w:r>
    </w:p>
    <w:p>
      <w:r>
        <w:rPr>
          <w:b/>
        </w:rPr>
        <w:t xml:space="preserve">9. </w:t>
      </w:r>
      <w:r>
        <w:t>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w:t>
      </w:r>
    </w:p>
    <w:p>
      <w:r>
        <w:rPr>
          <w:b/>
        </w:rPr>
        <w:t xml:space="preserve">10. </w:t>
      </w:r>
      <w:r>
        <w:t>При наличии у единой теплоснабжающей организации договора на подключение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подключению (технологическому присоединению) теплопотребляющих установок и (или) источников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данными организациями</w:t>
      </w:r>
    </w:p>
    <w:p>
      <w:r>
        <w:rPr>
          <w:b/>
        </w:rPr>
        <w:t xml:space="preserve">11. </w:t>
      </w:r>
      <w:r>
        <w:t>В договорах поставки тепловой энергии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w:t>
      </w:r>
    </w:p>
    <w:p>
      <w:r>
        <w:rPr>
          <w:b/>
        </w:rPr>
        <w:t xml:space="preserve">12. </w:t>
      </w:r>
      <w:r>
        <w:t>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частью 6 статьи 15 настоящего Федерального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теплоснабжающей организации, затраты на содержание и обслуживание бесхозяйных объектов теплоснабжения учитываются в цене на услуги по передаче тепловой энергии, теплоносителя, определяемой соглашением сторон договора оказания услуг по передаче тепловой энергии, теплоносителя. При определении единой теплоснабжающей организации в качестве организации, осуществляющей содержание и обслуживание бесхозяйных объектов теплоснабжения, затраты на содержание и обслуживание бесхозяйных объектов теплоснабжения относятся к затратам единой теплоснабжающей организации, связанным с производством и реализацией тепловой энергии (мощности) потребителям. (В редакции Федерального закона от 02.07.2021 № 348-ФЗ)</w:t>
      </w:r>
    </w:p>
    <w:p>
      <w:r>
        <w:rPr>
          <w:b/>
        </w:rPr>
        <w:t xml:space="preserve">13. </w:t>
      </w:r>
      <w:r>
        <w:t>Теплосетевые организации или теплоснабжающие организации приобретают тепловую энергию (мощность) в объеме, необходимом для компенсации потерь тепловой энергии в тепловых сетях таких организаций, у единой теплоснабжающей организации по ценам, определяемым соглашением сторон договора, но не выше предельного уровня цены на тепловую энергию (мощность)</w:t>
      </w:r>
    </w:p>
    <w:p>
      <w:r>
        <w:rPr>
          <w:b/>
        </w:rPr>
        <w:t xml:space="preserve">5. </w:t>
      </w:r>
      <w:r>
        <w:t>порядок определения поставленного потребителю объема тепловой энергии (мощности) и (или) теплоносителя, включающий перечень приборов учета</w:t>
      </w:r>
    </w:p>
    <w:p>
      <w:r>
        <w:rPr>
          <w:b/>
        </w:rPr>
        <w:t xml:space="preserve">5. </w:t>
      </w:r>
      <w:r>
        <w:t>значения параметров качества теплоснабжения и параметров, отражающих допустимые перерывы в теплоснабжении, которые определяются сторонами договора теплоснабжения и обеспечиваются единой теплоснабжающей организацией в соответствии с порядком, установленным настоящим Федеральным законом и правилами организации теплоснабжения, утвержденными Правительством Российской Федерации</w:t>
      </w:r>
    </w:p>
    <w:p>
      <w:r>
        <w:rPr>
          <w:b/>
        </w:rPr>
        <w:t xml:space="preserve">5. </w:t>
      </w:r>
      <w:r>
        <w:t>обязательство единой теплоснабжающей организации по снижению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 соответствии с правилами организации теплоснабжения, утвержденными Правительством Российской Федерации</w:t>
      </w:r>
    </w:p>
    <w:p>
      <w:r>
        <w:rPr>
          <w:b/>
        </w:rPr>
        <w:t xml:space="preserve">5. </w:t>
      </w:r>
      <w:r>
        <w:t>режим потребления тепловой энергии</w:t>
      </w:r>
    </w:p>
    <w:p>
      <w:r>
        <w:rPr>
          <w:b/>
        </w:rPr>
        <w:t xml:space="preserve">5. </w:t>
      </w:r>
      <w:r>
        <w:t>ответственность потребителя за нарушение режима потребления тепловой энергии и (или) теплоносителя, в том числе ответственность за нарушение условий о количестве, качестве и значениях термодинамических параметров возвращаемого теплоносителя, конденсата</w:t>
      </w:r>
    </w:p>
    <w:p>
      <w:r>
        <w:rPr>
          <w:b/>
        </w:rPr>
        <w:t xml:space="preserve">11. </w:t>
      </w:r>
      <w:r>
        <w:t>значения параметров качества поставляемой (передаваемой) тепловой энергии (мощности), теплоносителя и параметры, отражающие допустимые перерывы в теплоснабжении</w:t>
      </w:r>
    </w:p>
    <w:p>
      <w:r>
        <w:rPr>
          <w:b/>
        </w:rPr>
        <w:t xml:space="preserve">11. </w:t>
      </w:r>
      <w:r>
        <w:t>ответственность сторон за неисполнение или ненадлежащее исполнение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w:t>
      </w:r>
    </w:p>
    <w:p>
      <w:r>
        <w:rPr>
          <w:b/>
        </w:rPr>
        <w:t xml:space="preserve">11. </w:t>
      </w:r>
      <w:r>
        <w:t>условия и порядок предъявления единой теплоснабжающей организацией требований о снижении стоимости товаров (услуг) к теплоснабжающей организации или теплосетевой организации при неисполнении или ненадлежащем исполнении ими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 повлекших по вине указанных организаций превышение разрешенных отклонений значений параметров качества теплоснабжения и (или) параметров, отражающих допустимые перерывы в теплоснабжении</w:t>
      </w:r>
    </w:p>
    <w:p>
      <w:r>
        <w:rPr>
          <w:b/>
        </w:rPr>
        <w:t xml:space="preserve">11. </w:t>
      </w:r>
      <w:r>
        <w:t>обязательства теплоснабжающих организаций и теплосетевых организаций по строительству, реконструкции (модернизации) объектов теплоснабжения и осуществлению иных мероприятий, указанных в схеме теплоснабжения, а также ответственность за неисполнение или ненадлежащее исполнение таких обязательств</w:t>
      </w:r>
    </w:p>
    <w:p>
      <w:r>
        <w:rPr>
          <w:b/>
        </w:rPr>
        <w:t>Статья 239.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ответственность за их неисполнение или ненадлежащее исполнение</w:t>
      </w:r>
    </w:p>
    <w:p>
      <w:r>
        <w:rPr>
          <w:b/>
        </w:rPr>
        <w:t xml:space="preserve">1. </w:t>
      </w:r>
      <w:r>
        <w:t>Единая теплоснабжающая организация обеспечивает соблюдение значений параметров качества теплоснабжения и параметров, отражающих допустимые перерывы в теплоснабжении, в зоне своей деятельности в соответствии с положениями настоящего Федерального закона и правилами организации теплоснабжения, утвержденными Правительством Российской Федерации</w:t>
      </w:r>
    </w:p>
    <w:p>
      <w:r>
        <w:rPr>
          <w:b/>
        </w:rPr>
        <w:t xml:space="preserve">2. </w:t>
      </w:r>
      <w:r>
        <w:t>В договоре теплоснабжения стороны определяют значения параметров качества теплоснабжения и параметров, отражающих допустимые перерывы в теплоснабжении. Перечень параметров качества теплоснабжения и параметров, отражающих допустимые перерывы в теплоснабжении, пределы разрешенных отклонений значений указанных параметров и порядок определения значений параметров качества теплоснабжения и параметров, отражающих допустимые перерывы в теплоснабжении, устанавливаются правилами организации теплоснабжения, утвержденными Правительством Российской Федерации. Порядок определения значений параметров качества теплоснабжения и параметров, отражающих допустимые перерывы в теплоснабжении, включает в себя в том числе порядок рассмотрения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порядке обязательного досудебного урегулирования споров и определения значений таких параметров, рекомендуемых для включения в договор теплоснабжения. В случае несогласия потребителя тепловой энергии с рекомендуемыми органом местного самоуправления значениями таких параметров или отказа единой теплоснабжающей организации включить их в договор теплоснабжения потребитель вправе обратиться за разрешением указанных разногласий в суд</w:t>
      </w:r>
    </w:p>
    <w:p>
      <w:r>
        <w:rPr>
          <w:b/>
        </w:rPr>
        <w:t xml:space="preserve">3. </w:t>
      </w:r>
      <w:r>
        <w:t>Единая теплоснабжающая организация при исполнении обязательства по соблюдению значений параметров качества теплоснабжения и параметров, отражающих допустимые перерывы в теплоснабжении, обеспечивает</w:t>
      </w:r>
    </w:p>
    <w:p>
      <w:r>
        <w:rPr>
          <w:b/>
        </w:rPr>
        <w:t xml:space="preserve">4. </w:t>
      </w:r>
      <w:r>
        <w:t>При наличии задолженности потребителя перед единой теплоснабжающей организацией по оплате тепловой энергии (мощности), теплоносителя за определенный Правительством Российской Федерации срок снижение размера платы за тепловую энергию (мощность) производится после погашения такой задолженности</w:t>
      </w:r>
    </w:p>
    <w:p>
      <w:r>
        <w:rPr>
          <w:b/>
        </w:rPr>
        <w:t xml:space="preserve">5. </w:t>
      </w:r>
      <w:r>
        <w:t>Правилами организации теплоснабжения, утвержденными Правительством Российской Федерации, предусматривается поэтапное повышение величины снижения размера платы за тепловую энергию (мощность) при несоблюдении единой теплоснабжающей организацией определенных сторонами договора теплоснабжения значений параметров качества теплоснабжения и (или) параметров, отражающих допустимые перерывы в теплоснабжении, начиная с даты окончания переходного периода до даты начала расчетов за тепловую энергию по ценам, определяемым соглашением сторон договора теплоснабжения, в рамках предельного уровня цены на тепловую энергию (мощность), утвержденного органом регулирования в соответствии с правилами, указанными в части 1 статьи 236 настоящего Федерального закона</w:t>
      </w:r>
    </w:p>
    <w:p>
      <w:r>
        <w:rPr>
          <w:b/>
        </w:rPr>
        <w:t xml:space="preserve">6. </w:t>
      </w:r>
      <w:r>
        <w:t>Потребитель, приобретающий тепловую энергию (мощность) для оказания коммунальной услуги по отоплению, в случае оплаты им тепловой энергии (мощности), размер платы за которую снижен в соответствии с пунктом 3 части 3 настоящей статьи, обеспечивает снижение размера платы за коммунальную услугу по отоплению потребителям коммунальных услуг в соответствии с установленными Правительством Российской Федерации правилами предоставления коммунальных услуг собственникам и пользователям помещений в многоквартирных домах и жилых домов</w:t>
      </w:r>
    </w:p>
    <w:p>
      <w:r>
        <w:rPr>
          <w:b/>
        </w:rPr>
        <w:t xml:space="preserve">3. </w:t>
      </w:r>
      <w:r>
        <w:t>соблюдение определенных сторонами договора значений параметров качества теплоснабжения и параметров, отражающих допустимые перерывы в теплоснабжении, в пределах разрешенных отклонений значений указанных параметров, установленных правилами организации теплоснабжения, утвержденными Правительством Российской Федерации</w:t>
      </w:r>
    </w:p>
    <w:p>
      <w:r>
        <w:rPr>
          <w:b/>
        </w:rPr>
        <w:t xml:space="preserve">3. </w:t>
      </w:r>
      <w:r>
        <w:t>размещение (в том числе на официальном сайте в информационно-телекоммуникационной сети "Интернет") обобщенной информации о несоблюдении значений параметров качества теплоснабжения и (или) параметров, отражающих допустимые перерывы в теплоснабжении,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w:t>
      </w:r>
    </w:p>
    <w:p>
      <w:r>
        <w:rPr>
          <w:b/>
        </w:rPr>
        <w:t xml:space="preserve">3. </w:t>
      </w:r>
      <w:r>
        <w:t>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теплоснабжении, в соответствии с правилами организации теплоснабжения, утвержденными Правительством Российской Федерации</w:t>
      </w:r>
    </w:p>
    <w:p>
      <w:r>
        <w:rPr>
          <w:b/>
        </w:rPr>
        <w:t>Статья 23.10. Подключение (технологическое присоединение) к системе теплоснабжения в ценовых зонах теплоснабжения</w:t>
      </w:r>
    </w:p>
    <w:p>
      <w:r>
        <w:rPr>
          <w:b/>
        </w:rPr>
        <w:t xml:space="preserve">1. </w:t>
      </w:r>
      <w:r>
        <w:t>В течение переходного периода в ценовых зонах теплоснабжения подключение (технологическое присоединение) осуществляется в соответствии со статьей 14 настоящего Федерального закона</w:t>
      </w:r>
    </w:p>
    <w:p>
      <w:r>
        <w:rPr>
          <w:b/>
        </w:rPr>
        <w:t xml:space="preserve">2. </w:t>
      </w:r>
      <w:r>
        <w:t>После окончания переходного периода при подключении (технологическом присоединении) теплопотребляющих установок, источников тепловой энергии, тепловых сетей к системе теплоснабжения в ценовых зонах теплоснабжения положения частей 1 - 7, 16 статьи 14 настоящего Федерального закона не применяются, а положения частей 8 - 12 статьи 14 настоящего Федерального закона применяются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 к системе теплоснабжения. Подключение (технологическое присоединение) теплопотребляющих установок, источников тепловой энергии, тепловых сетей к системе теплоснабжения, в том числе застройщиков, осуществляется в соответствии с частями 3 - 7 настоящей статьи и особенностями подключения в ценовых зонах теплоснабжения, определяемыми правилами подключения (технологического присоединения) к системам теплоснабжения, утвержденными Правительством Российской Федерации</w:t>
      </w:r>
    </w:p>
    <w:p>
      <w:r>
        <w:rPr>
          <w:b/>
        </w:rPr>
        <w:t xml:space="preserve">3. </w:t>
      </w:r>
      <w:r>
        <w:t>Лица, заинтересованные в подключении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собственности и (или) ином законном основании 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а также минимизации стоимости подключения (технологического присоединения) и стоимости тепловой энергии (мощности)</w:t>
      </w:r>
    </w:p>
    <w:p>
      <w:r>
        <w:rPr>
          <w:b/>
        </w:rPr>
        <w:t xml:space="preserve">4. </w:t>
      </w:r>
      <w:r>
        <w:t>Единая теплоснабжающая организация по договору на подключение (технологическое присоединение) принимает на себя обязательства по реализации мероприятий, необходимых для осуществления такого подключения (технологического присоединения), в том числе мероприятий по урегулированию отношений с теплосетевыми организациями и (или) теплоснабжающими организациями, в случае, если подключение (технологическое присоединение) теплопотребляющих установок осуществляется непосредственно к принадлежащим этим организациям тепловым сетям и (или) источникам тепловой энергии. При этом мероприятия, необходимые для подключения (технологического присоединения), осуществляются соответствующей теплоснабжающей организацией или теплосетевой организацией</w:t>
      </w:r>
    </w:p>
    <w:p>
      <w:r>
        <w:rPr>
          <w:b/>
        </w:rPr>
        <w:t xml:space="preserve">5. </w:t>
      </w:r>
      <w:r>
        <w:t>По соглашению сторон, а также в случаях, определенных Правительством Российской Федерации, договор на подключение (технологическое присоединение) включает в себя обязательства сторон по заключению в последующем договора теплоснабжения с указанием существенных условий такого договора</w:t>
      </w:r>
    </w:p>
    <w:p>
      <w:r>
        <w:rPr>
          <w:b/>
        </w:rPr>
        <w:t xml:space="preserve">6. </w:t>
      </w:r>
      <w:r>
        <w:t>Не допускается отказ заявителю, в том числе застройщику, в подключении (технологическом присоединении) теплопотребляющих установок, находящихся в пределах расстояния от устройств тепловой сети, к которой осуществляется (планируется) подключение (технологическое присоединение), определенного правилами подключения (технологического присоединения) к системе теплоснабжения, утвержденными Правительством Российской Федерации</w:t>
      </w:r>
    </w:p>
    <w:p>
      <w:r>
        <w:rPr>
          <w:b/>
        </w:rPr>
        <w:t>Статья 23.11.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w:t>
      </w:r>
    </w:p>
    <w:p>
      <w:r>
        <w:rPr>
          <w:b/>
        </w:rPr>
        <w:t xml:space="preserve">1. </w:t>
      </w:r>
      <w:r>
        <w:t>Распределение тепловой нагрузки потребителей тепловой энергии в системе теплоснабжения между источниками тепловой энергии, включенными в схему теплоснабжения и поставляющими тепловую энергию в этой системе теплоснабжения, осуществляется единой теплоснабжающей организацией исходя из принципа минимизации расходов на производство тепловой энергии (мощности) источниками тепловой энергии с учетом потерь тепловой энергии, теплоносителя, а также технологических и иных ограничений при ее передаче и с учетом принципа приоритетного использования комбинированной выработки электрической и тепловой энергии</w:t>
      </w:r>
    </w:p>
    <w:p>
      <w:r>
        <w:rPr>
          <w:b/>
        </w:rPr>
        <w:t xml:space="preserve">2. </w:t>
      </w:r>
      <w:r>
        <w:t>Порядок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осуществляется в соответствии со стандартами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разрабатываемыми в соответствии с требованиями, определяемыми правилами организации теплоснабжения, утвержденными Правительством Российской Федерации</w:t>
      </w:r>
    </w:p>
    <w:p>
      <w:r>
        <w:rPr>
          <w:b/>
        </w:rPr>
        <w:t xml:space="preserve">3. </w:t>
      </w:r>
      <w:r>
        <w:t>Положения частей 1 - 4 статьи 18 настоящего Федерального закона не применяются к отношениям в сфере теплоснабжения, возникающим в ценовых зонах теплоснабжения</w:t>
      </w:r>
    </w:p>
    <w:p>
      <w:r>
        <w:rPr>
          <w:b/>
        </w:rPr>
        <w:t xml:space="preserve">4. </w:t>
      </w:r>
      <w:r>
        <w:t>После окончания переходного периода в ценовых зонах теплоснабжения проверка готовности теплоснабжающих организаций, теплосетевых организаций и потребителей тепловой энергии к отопительному периоду осуществляется в порядке, установленном статьей 20 настоящего Федерального закона, органами местного самоуправления совместно с единой теплоснабжающей организацией, определенной в соответствующей системе теплоснабжения</w:t>
      </w:r>
    </w:p>
    <w:p>
      <w:r>
        <w:rPr>
          <w:b/>
        </w:rPr>
        <w:t>Статья 23.12. Особенности вывода источников тепловой энергии, тепловых сетей в ремонт и из эксплуатации в ценовых зонах теплоснабжения</w:t>
      </w:r>
    </w:p>
    <w:p>
      <w:r>
        <w:rPr>
          <w:b/>
        </w:rPr>
        <w:t xml:space="preserve">1. </w:t>
      </w:r>
      <w:r>
        <w:t>К отношениям, связанным с выводом источников тепловой энергии, тепловых сетей в ремонт и из эксплуатации в ценовых зонах теплоснабжения, положения части 1 статьи 21 настоящего Федерального закона не применяются, а положения частей 4, 5, 6 статьи 21 настоящего Федерального закона применяются с учетом особенностей, предусмотренных частями 2, 4 и 7 настоящей статьи. В ценовых зонах теплоснабжения собственники или иные законные владельцы источников тепловой энергии, тепловых сетей обязаны осуществлять вывод указанных объектов в ремонт и из эксплуатации по согласованию: (В редакции Федерального закона от 26.02.2024 № 34-ФЗ) 1) до окончания переходного периода с органами местного самоуправления;</w:t>
      </w:r>
    </w:p>
    <w:p>
      <w:r>
        <w:rPr>
          <w:b/>
        </w:rPr>
        <w:t xml:space="preserve">2. </w:t>
      </w:r>
      <w:r>
        <w:t>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которые указаны в части 4 статьи 21 настоящего Федерального закона</w:t>
      </w:r>
    </w:p>
    <w:p>
      <w:r>
        <w:rPr>
          <w:b/>
        </w:rPr>
        <w:t xml:space="preserve">3. </w:t>
      </w:r>
      <w:r>
        <w:t>Единая теплоснабжающая организация, которая владеет на праве собственности источниками тепловой энергии, тепловыми сетями и планирует вывод их в ремонт и из эксплуатации, обязана обосновать такой вывод в схеме теплоснабжения</w:t>
      </w:r>
    </w:p>
    <w:p>
      <w:r>
        <w:rPr>
          <w:b/>
        </w:rPr>
        <w:t xml:space="preserve">4. </w:t>
      </w:r>
      <w:r>
        <w:t>Единая теплоснабжающая организация принимает решение о согласовании вывода в ремонт и из эксплуатации источников тепловой энергии, тепловых сетей в порядке, установленном Правительством Российской Федерации. Единая теплоснабжающая организация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объектов из эксплуатации или вправе потребовать от собственников или иных законных владельцев источников тепловой энергии, тепловых сетей приостановить их вывод из эксплуатации в случае и на срок, которые указаны в части 5 статьи 21 настоящего Федерального закона. Если единая теплоснабжающая организация принимает решение о приостановлении вывода из эксплуатации указанных в настоящей статье объектов теплоснабжения, тепловая энергия (мощность), и (или) теплоноситель, и (или) услуги по передаче тепловой энергии, теплоносителя приобретаются у собственников или иных законных владельцев источников тепловой энергии, собственников или иных законных владельцев тепловых сетей, соответствующих критериям отнесения к теплосетевым организациям в отношении указанных тепловых сетей, планирующих вывод их из эксплуатации, по ценам, определяемым исходя из экономически обоснованных расходов, в соответствии с законодательством Российской Федерации о бухгалтерском учете. (В редакции Федерального закона от 08.08.2024 № 311-ФЗ)</w:t>
      </w:r>
    </w:p>
    <w:p>
      <w:r>
        <w:rPr>
          <w:b/>
        </w:rPr>
        <w:t xml:space="preserve">5. </w:t>
      </w:r>
      <w:r>
        <w:t>В случае, если единая теплоснабжающая организация и собственник или законный владелец источников тепловой энергии либо собственник или иной законный владелец тепловых сетей, соответствующие критериям отнесения к теплосетевым организациям в отношении указанных тепловых сетей,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рассматриваются в суде. (В редакции Федерального закона от 08.08.2024 № 311-ФЗ)</w:t>
      </w:r>
    </w:p>
    <w:p>
      <w:r>
        <w:rPr>
          <w:b/>
        </w:rPr>
        <w:t xml:space="preserve">6. </w:t>
      </w:r>
      <w:r>
        <w:t>В течение срока рассмотрения разногласий, указанных в части 5 настоящей статьи, в суде расчеты за товары, услуги в сфере теплоснабжения, произведенные, оказанные с использованием</w:t>
      </w:r>
    </w:p>
    <w:p>
      <w:r>
        <w:rPr>
          <w:b/>
        </w:rPr>
        <w:t xml:space="preserve">7. </w:t>
      </w:r>
      <w:r>
        <w:t>В случае уведомления единой теплоснабжающей организации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единая теплоснабжающая организация вправе обратиться в орган местного самоуправления с обращением о необходимости инициирования процедуры, предусмотренной частью 6 статьи 21 настоящего Федерального закона. (Дополнение частью - Федеральный закон от 26.02.2024 № 34-ФЗ)</w:t>
      </w:r>
    </w:p>
    <w:p>
      <w:r>
        <w:rPr>
          <w:b/>
        </w:rPr>
        <w:t xml:space="preserve">1. </w:t>
      </w:r>
      <w:r>
        <w:t>после окончания переходного периода с единой теплоснабжающей организацией, которая обязана проинформировать орган местного самоуправления в соответствии с порядком вывода в ремонт или из эксплуатации источников тепловой энергии, тепловых сетей, установленным Правительством Российской Федерации</w:t>
      </w:r>
    </w:p>
    <w:p>
      <w:r>
        <w:rPr>
          <w:b/>
        </w:rPr>
        <w:t xml:space="preserve">2. </w:t>
      </w:r>
      <w:r>
        <w:t>до окончания переходного периода орган местного самоуправления. При этом, если срок вывода из эксплуатации планируется после окончания переходного периода, орган местного самоуправления в порядке вывода в ремонт и из эксплуатации источников тепловой энергии, тепловых сетей, установленном Правительством Российской Федерации, направляет информацию, содержащуюся в таком уведомлении, в единую теплоснабжающую организацию. В этом случае согласование вывода данных объектов из эксплуатации осуществляется с учетом предложений единой теплоснабжающей организации</w:t>
      </w:r>
    </w:p>
    <w:p>
      <w:r>
        <w:rPr>
          <w:b/>
        </w:rPr>
        <w:t xml:space="preserve">2. </w:t>
      </w:r>
      <w:r>
        <w:t>после окончания переходного периода единую теплоснабжающую организацию</w:t>
      </w:r>
    </w:p>
    <w:p>
      <w:r>
        <w:rPr>
          <w:b/>
        </w:rPr>
        <w:t xml:space="preserve">6. </w:t>
      </w:r>
      <w:r>
        <w:t>тепловых сетей, осуществляются по ценам, определенным в соответствии с частью 5 статьи 234 настоящего Федерального закона</w:t>
      </w:r>
    </w:p>
    <w:p>
      <w:r>
        <w:rPr>
          <w:b/>
        </w:rPr>
        <w:t xml:space="preserve">6. </w:t>
      </w:r>
      <w:r>
        <w:t>источников тепловой энергии, осуществляются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правилами регулирования цен (тарифов) в сфере теплоснабжения, утвержденными Правительством Российской Федерации, исполнительным органом субъекта Российской Федерации в области государственного регулирования цен (тарифов)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прошедший календарный год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календарный год, в котором возникли разногласия. (В редакции федеральных законов от 29.07.2018 № 272-ФЗ, от 08.08.2024 № 232-ФЗ)</w:t>
      </w:r>
    </w:p>
    <w:p>
      <w:r>
        <w:rPr>
          <w:b/>
        </w:rPr>
        <w:t>Статья 23.13. Особенности организации развития систем теплоснабжения поселений, муниципальных округов, городских округов и разработки и утверждения схем теплоснабжения в ценовых зонах теплоснабжения</w:t>
      </w:r>
    </w:p>
    <w:p>
      <w:r>
        <w:t>(Наименование в редакции Федерального закона от 26.02.2024 № 34-ФЗ)</w:t>
      </w:r>
    </w:p>
    <w:p>
      <w:r>
        <w:rPr>
          <w:b/>
        </w:rPr>
        <w:t xml:space="preserve">1. </w:t>
      </w:r>
      <w:r>
        <w:t>Развитие систем теплоснабжения поселений, муниципальных округов, городских округов, отнесенных к ценовым зонам теплоснабжения, осуществляется в соответствии со статьей 23 настоящего Федерального закона и с особенностями, установленными настоящей статьей. При этом положения пунктов 2 и 3 части 3 статьи 23 настоящего Федерального закона не применяются. (В редакции Федерального закона от 26.02.2024 № 34-ФЗ)</w:t>
      </w:r>
    </w:p>
    <w:p>
      <w:r>
        <w:rPr>
          <w:b/>
        </w:rPr>
        <w:t xml:space="preserve">2. </w:t>
      </w:r>
      <w:r>
        <w:t>Схема теплоснабжения разрабатывается (в том числе в целях ее актуализации) единой теплоснабжающей организацией в части системы теплоснабжения, относящейся к зоне ее деятельности, с учетом предложений теплоснабжающих организаций и теплосетевых организаций и утверждается в порядке, установленном Правительством Российской Федерации, уполномоченными в соответствии с настоящим Федеральным законом органами. При наличии в поселении, муниципальном округе, городском округе нескольких единых теплоснабжающих организаций органы местного самоуправления на основании схем теплоснабжения, разработанных едиными теплоснабжающими организациями в части систем теплоснабжения, относящихся к зонам их деятельности, разрабатывают схему теплоснабжения соответствующего поселения, муниципального округа, городского округа с участием единой теплоснабжающей организации (единых теплоснабжающих организаций), указанной в пункте 3 части 1 статьи 233 настоящего Федерального закона. (В редакции Федерального закона от 26.02.2024 № 34-ФЗ)</w:t>
      </w:r>
    </w:p>
    <w:p>
      <w:r>
        <w:rPr>
          <w:b/>
        </w:rPr>
        <w:t xml:space="preserve">3. </w:t>
      </w:r>
      <w:r>
        <w:t>В поселениях, муниципальных округах, городских округах, отнесенных к ценовым зонам теплоснабжения, схема теплоснабжения соответствующих поселения, муниципального округа, городского округа рассматривается и направляется органами местного самоуправления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для утверждения в порядке, требования к которому устанавливаются Правительством Российской Федерации. В случае несогласия органа местного самоуправления со схемой теплоснабжения, представленной единой теплоснабжающей организацией, она возвращается с замечаниями в такую единую теплоснабжающую организацию для ее доработки. В случае наличия замечаний к схеме теплоснабжения со стороны органа местного самоуправления после ее доработки схема теплоснабжения направляется с замечаниями и (или) разногласиями в орган, уполномоченный в соответствии с настоящим Федеральным законом на утверждение схемы теплоснабжения, который рассматривает указанные замечания и (или) разногласия и принимает решение о возврате схемы теплоснабжения на доработку или утверждает схему теплоснабжения в порядке, установленном Правительством Российской Федерации. Если в результате рассмотрения замечаний и (или) разногласий к схеме теплоснабжения органом, уполномоченным в соответствии с настоящим Федеральным законом на ее утверждение, принято решение о включении мероприятия в схему теплоснабжения или об исключении мероприятия из схемы теплоснабжения, такое мероприятие включается органом местного самоуправления в схему теплоснабжения или исключается из схемы теплоснабжения и повторно направляется в орган, уполномоченный в соответствии с настоящим Федеральным законом на ее утверждение, в течение тридцати дней со дня принятия соответствующего решения. (В редакции федеральных законов от 26.02.2024 № 34-ФЗ, от 08.08.2024 № 311-ФЗ)</w:t>
      </w:r>
    </w:p>
    <w:p>
      <w:r>
        <w:rPr>
          <w:b/>
        </w:rPr>
        <w:t xml:space="preserve">4. </w:t>
      </w:r>
      <w:r>
        <w:t>В случае, если единая теплоснабжающая организация не разрабатывает схему теплоснабжения в сроки, установленные Правительством Российской Федерации, схема теплоснабжения разрабатывается органом местного самоуправления</w:t>
      </w:r>
    </w:p>
    <w:p>
      <w:r>
        <w:rPr>
          <w:b/>
        </w:rPr>
        <w:t xml:space="preserve">5. </w:t>
      </w:r>
      <w:r>
        <w:t>В течение трех месяцев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w:t>
      </w:r>
    </w:p>
    <w:p>
      <w:r>
        <w:rPr>
          <w:b/>
        </w:rPr>
        <w:t xml:space="preserve">6. </w:t>
      </w:r>
      <w:r>
        <w:t>В течение двух лет с даты окончания переходного периода актуализация схем теплоснабжения осуществляется не реже одного раза в год, а по истечении двухлетнего периода не реже одного раза в три года</w:t>
      </w:r>
    </w:p>
    <w:p>
      <w:r>
        <w:rPr>
          <w:b/>
        </w:rPr>
        <w:t xml:space="preserve">7. </w:t>
      </w:r>
      <w:r>
        <w:t>Органы местного самоуправления вправе запрашивать у теплоснабжающих организаций, теплосетевых организаций, потребителей тепловой энергии информацию и материалы, необходимые для разработки схем теплоснабжения (в том числе по обращению единой теплоснабжающей организации, ответственной за разработку и подготовку к актуализации схемы теплоснабжения), в соответствии с настоящим Федеральным законом в формате и сроки, которые определяются органами местного самоуправления. Органы местного самоуправления передают информацию и материалы, необходимые для разработки схемы теплоснабжения, единой теплоснабжающей организации</w:t>
      </w:r>
    </w:p>
    <w:p>
      <w:r>
        <w:rPr>
          <w:b/>
        </w:rPr>
        <w:t xml:space="preserve">8. </w:t>
      </w:r>
      <w:r>
        <w:t>Схемы теплоснабжения, разрабатываемые и утверждаемые в ценовых зонах теплоснабжения, должны содержать</w:t>
      </w:r>
    </w:p>
    <w:p>
      <w:r>
        <w:rPr>
          <w:b/>
        </w:rPr>
        <w:t xml:space="preserve">9. </w:t>
      </w:r>
      <w:r>
        <w:t>(Часть утратила силу - Федеральный закон от 08.08.2024 № 311-ФЗ)</w:t>
      </w:r>
    </w:p>
    <w:p>
      <w:r>
        <w:rPr>
          <w:b/>
        </w:rPr>
        <w:t xml:space="preserve">10. </w:t>
      </w:r>
      <w:r>
        <w:t>В целях реализации мероприятий, включенных в схему теплоснабжения, муниципальное образование, от имени которого выступает орган местного самоуправления, и единая теплоснабжающая организация осуществляют взаимодействие, в том числе по следующим вопросам</w:t>
      </w:r>
    </w:p>
    <w:p>
      <w:r>
        <w:rPr>
          <w:b/>
        </w:rPr>
        <w:t xml:space="preserve">11. </w:t>
      </w:r>
      <w:r>
        <w:t>Мероприятия по строительству, реконструкции и (или) модернизации объектов теплоснабжения включаются в схему теплоснабжения отдельно в части мероприятий, необходимых для осуществления подключения (технологического присоединения) теплопотребляющих установок потребителей тепловой энергии к системе теплоснабжения, и в части мероприятий, необходимых для развития, повышения надежности и энергетической эффективности системы теплоснабжения</w:t>
      </w:r>
    </w:p>
    <w:p>
      <w:r>
        <w:rPr>
          <w:b/>
        </w:rPr>
        <w:t xml:space="preserve">12. </w:t>
      </w:r>
      <w:r>
        <w:t>Орган местного самоуправления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r>
        <w:rPr>
          <w:b/>
        </w:rPr>
        <w:t xml:space="preserve">13. </w:t>
      </w:r>
      <w:r>
        <w:t>(Часть утратила силу - Федеральный закон от 11.06.2021 № 170-ФЗ)</w:t>
      </w:r>
    </w:p>
    <w:p>
      <w:r>
        <w:rPr>
          <w:b/>
        </w:rPr>
        <w:t xml:space="preserve">14. </w:t>
      </w:r>
      <w:r>
        <w:t>(Часть утратила силу - Федеральный закон от 11.06.2021 № 170-ФЗ)</w:t>
      </w:r>
    </w:p>
    <w:p>
      <w:r>
        <w:rPr>
          <w:b/>
        </w:rPr>
        <w:t xml:space="preserve">15. </w:t>
      </w:r>
      <w:r>
        <w:t>Муниципальное образование, от имени которого выступает 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органом, уполномоченным в соответствии с настоящим Федеральным законом на утверждение схемы теплоснабжения, решения о ее актуализации</w:t>
      </w:r>
    </w:p>
    <w:p>
      <w:r>
        <w:rPr>
          <w:b/>
        </w:rPr>
        <w:t xml:space="preserve">16. </w:t>
      </w:r>
      <w:r>
        <w:t>Соглашение об исполнении схемы теплоснабжения должно содержать следующие существенные условия</w:t>
      </w:r>
    </w:p>
    <w:p>
      <w:r>
        <w:rPr>
          <w:b/>
        </w:rPr>
        <w:t xml:space="preserve">17. </w:t>
      </w:r>
      <w:r>
        <w:t>Соглашение об исполнении схемы теплоснабжения в системе теплоснабжения может содержать иные не противоречащие законодательству Российской Федерации условия, в том числе</w:t>
      </w:r>
    </w:p>
    <w:p>
      <w:r>
        <w:rPr>
          <w:b/>
        </w:rPr>
        <w:t xml:space="preserve">18. </w:t>
      </w:r>
      <w:r>
        <w:t>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"Интернет", за исключением сведений,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исполнении схемы теплоснабжения ежегодно публикуют отчетную информацию о выполнении соглашения об исполнении схемы теплоснабжения в порядке и сроки, которые установлены Правительством Российской Федерации</w:t>
      </w:r>
    </w:p>
    <w:p>
      <w:r>
        <w:rPr>
          <w:b/>
        </w:rPr>
        <w:t xml:space="preserve">8. </w:t>
      </w:r>
      <w:r>
        <w:t>условия, предусмотренные пунктами 1, 4 - 8 части 3 статьи 23 настоящего Федерального закона</w:t>
      </w:r>
    </w:p>
    <w:p>
      <w:r>
        <w:rPr>
          <w:b/>
        </w:rPr>
        <w:t xml:space="preserve">8. </w:t>
      </w:r>
      <w:r>
        <w:t>сведения о мощности источников тепловой энергии, которые обеспечивают теплоснабжение потребителей в этой системе теплоснабжения, с указанием величины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p>
      <w:r>
        <w:rPr>
          <w:b/>
        </w:rPr>
        <w:t xml:space="preserve">8. </w:t>
      </w:r>
      <w:r>
        <w:t>перечень мероприятий по строительству, реконструкции и (или) модернизации объектов теплоснабжения</w:t>
      </w:r>
    </w:p>
    <w:p>
      <w:r>
        <w:rPr>
          <w:b/>
        </w:rPr>
        <w:t xml:space="preserve">8. </w:t>
      </w:r>
      <w:r>
        <w:t>сведения об объеме тепловой нагрузки потребителей тепловой энергии в этой системе теплоснабжения</w:t>
      </w:r>
    </w:p>
    <w:p>
      <w:r>
        <w:rPr>
          <w:b/>
        </w:rPr>
        <w:t xml:space="preserve">8. </w:t>
      </w:r>
      <w:r>
        <w:t>целевые показатели реализации схемы теплоснабжения единой теплоснабжающей организацией</w:t>
      </w:r>
    </w:p>
    <w:p>
      <w:r>
        <w:rPr>
          <w:b/>
        </w:rPr>
        <w:t xml:space="preserve">10. </w:t>
      </w:r>
      <w:r>
        <w:t>обеспечение объекта теплоснабжения (строительства объекта теплоснабжения) инженерной и энергетической инфраструктурами</w:t>
      </w:r>
    </w:p>
    <w:p>
      <w:r>
        <w:rPr>
          <w:b/>
        </w:rPr>
        <w:t xml:space="preserve">10. </w:t>
      </w:r>
      <w:r>
        <w:t>оформление имущественных прав на земельные участки, необходимые для строительства, реконструкции и (или) модернизации объектов теплоснабжения</w:t>
      </w:r>
    </w:p>
    <w:p>
      <w:r>
        <w:rPr>
          <w:b/>
        </w:rPr>
        <w:t xml:space="preserve">16. </w:t>
      </w:r>
      <w:r>
        <w:t>достижение целевых показателей исполнения схемы теплоснабжения единой теплоснабжающей организацией</w:t>
      </w:r>
    </w:p>
    <w:p>
      <w:r>
        <w:rPr>
          <w:b/>
        </w:rPr>
        <w:t xml:space="preserve">16. </w:t>
      </w:r>
      <w:r>
        <w:t>обязательства единой теплоснабжающей организации по выполнению мероприятий по строительству, реконструкции и (или) модернизации объектов теплоснабжения</w:t>
      </w:r>
    </w:p>
    <w:p>
      <w:r>
        <w:rPr>
          <w:b/>
        </w:rPr>
        <w:t xml:space="preserve">16. </w:t>
      </w:r>
      <w:r>
        <w:t>ответственность за неисполнение или ненадлежащее исполнение условий, предусмотренных данным соглашением, и наступившие в связи с этим последствия, в том числе ответственность единой теплоснабжающей организации за невыполнение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r>
        <w:rPr>
          <w:b/>
        </w:rPr>
        <w:t xml:space="preserve">16. </w:t>
      </w:r>
      <w:r>
        <w:t>обязательство единой теплоснабжающей организации по представлению обеспечения исполнения своих обязательств способом, согласованным сторонами (представление банковской гарантии, осуществление страхования риска ответственности за нарушение обязательств по соглашению или иное)</w:t>
      </w:r>
    </w:p>
    <w:p>
      <w:r>
        <w:rPr>
          <w:b/>
        </w:rPr>
        <w:t xml:space="preserve">16. </w:t>
      </w:r>
      <w:r>
        <w:t>распределение имущественных прав на строящиеся, реконструируемые и (или) модернизируемые объекты системы теплоснабжения</w:t>
      </w:r>
    </w:p>
    <w:p>
      <w:r>
        <w:rPr>
          <w:b/>
        </w:rPr>
        <w:t xml:space="preserve">17. </w:t>
      </w:r>
      <w:r>
        <w:t>обязательства органов местного самоуправления, связанные с финансированием работ по содержанию, обслуживанию, строительству, реконструкции и (или) модернизации объектов теплоснабжения, условия предоставления муниципальных гарантий</w:t>
      </w:r>
    </w:p>
    <w:p>
      <w:r>
        <w:rPr>
          <w:b/>
        </w:rPr>
        <w:t xml:space="preserve">17. </w:t>
      </w:r>
      <w:r>
        <w:t>обязательство единой теплоснабжающей организации при определении цен на тепловую энергию (мощность), поставляемую единой теплоснабжающей организацией потребителям, применить к предельному уровню цены на тепловую энергию (мощность) коэффициент. Размер такого коэффициента и срок его применения определяются сторонами соглашения об исполнении схемы теплоснабжения в порядке, который установлен Правительством Российской Федерации</w:t>
      </w:r>
    </w:p>
    <w:p>
      <w:r>
        <w:rPr>
          <w:b/>
        </w:rPr>
        <w:t xml:space="preserve">17. </w:t>
      </w:r>
      <w:r>
        <w:t>региональные особенности теплоснабжения, которые могут быть включены единой теплоснабжающей организацией в стандарты качества обслуживания потребителей тепловой энергии и стандарты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w:t>
      </w:r>
    </w:p>
    <w:p>
      <w:r>
        <w:rPr>
          <w:b/>
        </w:rPr>
        <w:t xml:space="preserve">17. </w:t>
      </w:r>
      <w:r>
        <w:t>обязательства единой теплоснабжающей организации по поддержанию в исправном состоянии тепловых сетей, источников тепловой энергии в системе теплоснабжения</w:t>
      </w:r>
    </w:p>
    <w:p>
      <w:r>
        <w:rPr>
          <w:b/>
        </w:rPr>
        <w:t>Статья 23.14.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
        <w:rPr>
          <w:b/>
        </w:rPr>
        <w:t xml:space="preserve">1. </w:t>
      </w:r>
      <w:r>
        <w:t>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 осуществляется уполномоченными органами местного самоуправления</w:t>
      </w:r>
    </w:p>
    <w:p>
      <w:r>
        <w:rPr>
          <w:b/>
        </w:rPr>
        <w:t xml:space="preserve">2. </w:t>
      </w:r>
      <w:r>
        <w:t>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теплоснабжения</w:t>
      </w:r>
    </w:p>
    <w:p>
      <w:r>
        <w:rPr>
          <w:b/>
        </w:rPr>
        <w:t xml:space="preserve">3. </w:t>
      </w:r>
      <w:r>
        <w:t>Организация и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утверждается представительным органом муниципального образования. (Дополнение статьей - Федеральный закон от 11.06.2021 № 170-ФЗ)</w:t>
      </w:r>
    </w:p>
    <w:p>
      <w:pPr>
        <w:pStyle w:val="Heading3"/>
      </w:pPr>
      <w:r>
        <w:t>Саморегулируемые организации в сфере теплоснабжения</w:t>
      </w:r>
    </w:p>
    <w:p>
      <w:r>
        <w:rPr>
          <w:b/>
        </w:rPr>
        <w:t>Статья 24. Требования к некоммерческой организации, необходимые для приобретения статуса саморегулируемой организации в сфере теплоснабжения</w:t>
      </w:r>
    </w:p>
    <w:p>
      <w:r>
        <w:rPr>
          <w:b/>
        </w:rPr>
        <w:t xml:space="preserve">1. </w:t>
      </w:r>
      <w:r>
        <w:t>Некоммерческая организация вправе приобрести статус саморегулируемой организации в сфере теплоснабжения при условии ее соответствия следующим требованиям</w:t>
      </w:r>
    </w:p>
    <w:p>
      <w:r>
        <w:rPr>
          <w:b/>
        </w:rPr>
        <w:t xml:space="preserve">2. </w:t>
      </w:r>
      <w:r>
        <w:t>Приобретение некоммерческими организациями статуса саморегулируемых организаций в сфере теплоснабжения допускается, если некоммерческие организации объединяют лиц, осуществляющих следующие виды деятельности в сфере теплоснабжения</w:t>
      </w:r>
    </w:p>
    <w:p>
      <w:r>
        <w:rPr>
          <w:b/>
        </w:rPr>
        <w:t xml:space="preserve">3. </w:t>
      </w:r>
      <w:r>
        <w:t>Саморегулируемая организация в сфере теплоснабжения обязана разработать и утвердить</w:t>
      </w:r>
    </w:p>
    <w:p>
      <w:r>
        <w:rPr>
          <w:b/>
        </w:rPr>
        <w:t xml:space="preserve">1. </w:t>
      </w:r>
      <w:r>
        <w:t>объединение в составе некоммерческой организации в качестве ее членов не менее чем ста юридических лиц, являющихся теплоснабжающими организациями и (или) теплосетевыми организациями, и (или) индивидуальных предпринимателей</w:t>
      </w:r>
    </w:p>
    <w:p>
      <w:r>
        <w:rPr>
          <w:b/>
        </w:rPr>
        <w:t xml:space="preserve">1. </w:t>
      </w:r>
      <w:r>
        <w:t>обеспечение некоммерческой организацией дополнительной имущественной ответственности каждого ее члена перед потребителями посредством наличия:</w:t>
      </w:r>
    </w:p>
    <w:p>
      <w:r>
        <w:rPr>
          <w:b/>
        </w:rPr>
        <w:t xml:space="preserve">1. </w:t>
      </w:r>
      <w:r>
        <w:t>наличие документов, предусмотренных частью 3 настоящей статьи. (В редакции Федерального закона от 03.02.2014 № 10-ФЗ)</w:t>
      </w:r>
    </w:p>
    <w:p>
      <w:r>
        <w:rPr>
          <w:b/>
        </w:rPr>
        <w:t xml:space="preserve">1. </w:t>
      </w:r>
      <w:r>
        <w:t>компенсационного фонда, сформированного в размере не менее чем пятьдесят тысяч рублей на одного члена некоммерческой организации или, если такой организацией установлено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услуг в сфере теплоснабжения, в размере не менее чем пятнадцать тысяч рублей на одного члена некоммерческой организации</w:t>
      </w:r>
    </w:p>
    <w:p>
      <w:r>
        <w:rPr>
          <w:b/>
        </w:rPr>
        <w:t xml:space="preserve">1. </w:t>
      </w:r>
      <w:r>
        <w:t>системы личного и (или) коллективного страхования ответственности</w:t>
      </w:r>
    </w:p>
    <w:p>
      <w:r>
        <w:rPr>
          <w:b/>
        </w:rPr>
        <w:t xml:space="preserve">2. </w:t>
      </w:r>
      <w:r>
        <w:t>производство тепловой энергии, теплоносителя</w:t>
      </w:r>
    </w:p>
    <w:p>
      <w:r>
        <w:rPr>
          <w:b/>
        </w:rPr>
        <w:t xml:space="preserve">2. </w:t>
      </w:r>
      <w:r>
        <w:t>передача тепловой энергии, теплоносителя по тепловым сетям</w:t>
      </w:r>
    </w:p>
    <w:p>
      <w:r>
        <w:rPr>
          <w:b/>
        </w:rPr>
        <w:t xml:space="preserve">3. </w:t>
      </w:r>
      <w:r>
        <w:t>требования к выдаче свидетельств о допуске к работам, которые оказывают влияние на безопасность объектов теплоснабжения, - документ, устанавливающий условия выдачи саморегулируемой организацией в сфере теплоснабжения свидетельств о допуске к работам на объектах теплоснабжения</w:t>
      </w:r>
    </w:p>
    <w:p>
      <w:r>
        <w:rPr>
          <w:b/>
        </w:rPr>
        <w:t xml:space="preserve">3. </w:t>
      </w:r>
      <w:r>
        <w:t>правила контроля в области саморегулирования - документ, устанавливающий правила контроля за соблюдением членами саморегулируемой организации в сфере теплоснабжения требований к выдаче свидетельств о допуске, требований стандартов саморегулируемых организаций и правил саморегулирования</w:t>
      </w:r>
    </w:p>
    <w:p>
      <w:r>
        <w:rPr>
          <w:b/>
        </w:rPr>
        <w:t xml:space="preserve">3. </w:t>
      </w:r>
      <w:r>
        <w:t>документ, устанавливающий систему мер дисциплинарного воздействия за несоблюдение членами саморегулируемой организации в сфере теплоснабжения требований к выдаче свидетельств о допуске, правил контроля в области саморегулирования, требований технических регламентов, требований стандартов саморегулируемых организаций и правил саморегулирования</w:t>
      </w:r>
    </w:p>
    <w:p>
      <w:r>
        <w:rPr>
          <w:b/>
        </w:rPr>
        <w:t>Статья 25. Дополнительные требования к документам, разрабатываемым саморегулируемой организацией в сфере теплоснабжения</w:t>
      </w:r>
    </w:p>
    <w:p>
      <w:r>
        <w:rPr>
          <w:b/>
        </w:rPr>
        <w:t xml:space="preserve">1. </w:t>
      </w:r>
      <w:r>
        <w:t>Саморегулируемая организация в сфере теплоснабжения обязана разработать и утвердить требования к выдаче свидетельств о допуске к осуществлению определенных вида или видов деятельности в сфере теплоснабжения (далее также - свидетельства о допуске)</w:t>
      </w:r>
    </w:p>
    <w:p>
      <w:r>
        <w:rPr>
          <w:b/>
        </w:rPr>
        <w:t xml:space="preserve">2. </w:t>
      </w:r>
      <w:r>
        <w:t>Требования к выдаче свидетельств о допуске должны быть определены в отношении каждого вида деятельности в сфере теплоснабжения</w:t>
      </w:r>
    </w:p>
    <w:p>
      <w:r>
        <w:rPr>
          <w:b/>
        </w:rPr>
        <w:t xml:space="preserve">3. </w:t>
      </w:r>
      <w:r>
        <w:t>Требования к выдаче свидетельств о допуске должны содержать</w:t>
      </w:r>
    </w:p>
    <w:p>
      <w:r>
        <w:rPr>
          <w:b/>
        </w:rPr>
        <w:t xml:space="preserve">4. </w:t>
      </w:r>
      <w:r>
        <w:t>Минимально необходимыми требованиями к выдаче свидетельства о допуске являются</w:t>
      </w:r>
    </w:p>
    <w:p>
      <w:r>
        <w:rPr>
          <w:b/>
        </w:rPr>
        <w:t xml:space="preserve">5. </w:t>
      </w:r>
      <w:r>
        <w:t>Саморегулируемая организация в сфере теплоснабжения не вправе устанавливать требования к выдаче свидетельств о допуске к осуществлению определенных вида или видов деятельности в сфере теплоснабжения ниже минимально необходимых требований, установленных частью 4 настоящей статьи</w:t>
      </w:r>
    </w:p>
    <w:p>
      <w:r>
        <w:rPr>
          <w:b/>
        </w:rPr>
        <w:t xml:space="preserve">3. </w:t>
      </w:r>
      <w:r>
        <w:t>квалификационные требования к индивидуальным предпринимателям, работникам индивидуального предпринимателя,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 (В редакции Федерального закона от 02.07.2013 № 185-ФЗ) 2) требование к численности соответствующих требованиям пункта 1 настоящей части работников индивидуального предпринимателя, работников юридического лица</w:t>
      </w:r>
    </w:p>
    <w:p>
      <w:r>
        <w:rPr>
          <w:b/>
        </w:rPr>
        <w:t xml:space="preserve">4. </w:t>
      </w:r>
      <w:r>
        <w:t>требование о наличии у индивидуального предпринимателя,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 (В редакции Федерального закона от 02.07.2013 № 185-ФЗ) 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стажа работы по специальности не менее чем пять лет; (В редакции Федерального закона от 02.07.2013 № 185-ФЗ) 3) требование к повышению не реже чем один раз в пять лет квалификации указанными в пунктах 1 и 2 настоящей части работниками и индивидуальным предпринимателем</w:t>
      </w:r>
    </w:p>
    <w:p>
      <w:r>
        <w:rPr>
          <w:b/>
        </w:rPr>
        <w:t>Статья 26. Прием в члены саморегулируемой организации в сфере теплоснабжения</w:t>
      </w:r>
    </w:p>
    <w:p>
      <w:r>
        <w:rPr>
          <w:b/>
        </w:rPr>
        <w:t xml:space="preserve">1. </w:t>
      </w:r>
      <w:r>
        <w:t>В члены саморегулируемой организации в сфере теплоснабжения могут быть приняты юридические лица, в том числе иностранные юридические лица, и индивидуальные предприниматели, соответствующие требованиям, предъявляемым к членству в саморегулируемой организации в сфере теплоснабжения</w:t>
      </w:r>
    </w:p>
    <w:p>
      <w:r>
        <w:rPr>
          <w:b/>
        </w:rPr>
        <w:t xml:space="preserve">2. </w:t>
      </w:r>
      <w:r>
        <w:t>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w:t>
      </w:r>
    </w:p>
    <w:p>
      <w:r>
        <w:rPr>
          <w:b/>
        </w:rPr>
        <w:t xml:space="preserve">3. </w:t>
      </w:r>
      <w:r>
        <w:t>В срок не позднее чем в течение тридцати дней со дня получения документов, указанных в части 2 настоящей статьи, саморегулируемая организация в сфере теплоснабжения осуществляет их проверку и обязана принять решение о приеме индивидуального предпринимателя или юридического лица в члены этой саморегулируемой организации и о выдаче свидетельств о допуске к осуществлению определенных вида или видов деятельности в сфере теплоснабжения или об отказе в приеме в члены этой саморегулируемой организации с указанием причин отказа, эта саморегулируемая организация также обязана направить или вручить данное решение такому индивидуальному предпринимателю или юридическому лицу</w:t>
      </w:r>
    </w:p>
    <w:p>
      <w:r>
        <w:rPr>
          <w:b/>
        </w:rPr>
        <w:t xml:space="preserve">4. </w:t>
      </w:r>
      <w:r>
        <w:t>Основаниями для отказа в приеме индивидуального предпринимателя или юридического лица в члены саморегулируемой организации в сфере теплоснабжения являются</w:t>
      </w:r>
    </w:p>
    <w:p>
      <w:r>
        <w:rPr>
          <w:b/>
        </w:rPr>
        <w:t xml:space="preserve">5. </w:t>
      </w:r>
      <w:r>
        <w:t>Лицу, принятому в члены саморегулируемой организации в сфере теплоснабжения и соответствующему требованиям к выдаче свидетельств о допуске к осуществлению определенных вида или видов деятельности в сфере теплоснабжения, обеспечивающим работоспособность систем теплоснабжения, выдается такое свидетельство о допуске в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этой саморегулируемой организации</w:t>
      </w:r>
    </w:p>
    <w:p>
      <w:r>
        <w:rPr>
          <w:b/>
        </w:rPr>
        <w:t xml:space="preserve">2. </w:t>
      </w:r>
      <w:r>
        <w:t>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или юридическое лицо, и субъект Российской Федерации, на территории которого планируется осуществлять указанные вид или виды деятельности</w:t>
      </w:r>
    </w:p>
    <w:p>
      <w:r>
        <w:rPr>
          <w:b/>
        </w:rPr>
        <w:t xml:space="preserve">2. </w:t>
      </w:r>
      <w:r>
        <w:t>копия документа, подтверждающего факт внесения в соответствующий государственный реестр записи о государственной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юридического лица)</w:t>
      </w:r>
    </w:p>
    <w:p>
      <w:r>
        <w:rPr>
          <w:b/>
        </w:rPr>
        <w:t xml:space="preserve">2. </w:t>
      </w:r>
      <w:r>
        <w:t>документы, подтверждающие соответствие индивидуального предпринимателя или юридического лица требованиям к выдаче свидетельств о допуске</w:t>
      </w:r>
    </w:p>
    <w:p>
      <w:r>
        <w:rPr>
          <w:b/>
        </w:rPr>
        <w:t xml:space="preserve">4. </w:t>
      </w:r>
      <w:r>
        <w:t>несоответствие индивидуального предпринимателя или юридического лица требованиям к этой саморегулируемой организации, требованиям к выдаче свидетельств о допуске к осуществлению определенных вида или видов деятельности в сфере теплоснабжения, указанных в заявлении, предусмотренном пунктом 1 части 2 настоящей статьи</w:t>
      </w:r>
    </w:p>
    <w:p>
      <w:r>
        <w:rPr>
          <w:b/>
        </w:rPr>
        <w:t xml:space="preserve">4. </w:t>
      </w:r>
      <w:r>
        <w:t>непредставление индивидуальным предпринимателем или юридическим лицом в полном объеме документов, предусмотренных частью 2 настоящей статьи</w:t>
      </w:r>
    </w:p>
    <w:p>
      <w:r>
        <w:rPr>
          <w:b/>
        </w:rPr>
        <w:t>Статья 27. Допуск к осуществлению видов деятельности в сфере теплоснабжения</w:t>
      </w:r>
    </w:p>
    <w:p>
      <w:r>
        <w:rPr>
          <w:b/>
        </w:rPr>
        <w:t xml:space="preserve">1. </w:t>
      </w:r>
      <w:r>
        <w:t>Теплоснабжающая организация и (или) теплосетевая организация, являющиеся членами саморегулируемой организации в сфере теплоснабжения, вправе осуществлять деятельность в сфере теплоснабжения только при наличии выданного этой саморегулируемой организацией свидетельства о допуске к осуществлению определенных вида или видов деятельности в сфере теплоснабжения. Форма свидетельства о допуске устанавливается федеральным органом исполнительной власти, уполномоченным на реализацию государственной политики в сфере теплоснабжения</w:t>
      </w:r>
    </w:p>
    <w:p>
      <w:r>
        <w:rPr>
          <w:b/>
        </w:rPr>
        <w:t xml:space="preserve">2. </w:t>
      </w:r>
      <w:r>
        <w:t>Индивидуальный предприниматель или юридическое лицо вправе иметь выданное только одной саморегулируемой организацией в сфере теплоснабжения свидетельство о допуске</w:t>
      </w:r>
    </w:p>
    <w:p>
      <w:r>
        <w:rPr>
          <w:b/>
        </w:rPr>
        <w:t xml:space="preserve">3. </w:t>
      </w:r>
      <w:r>
        <w:t>Индивидуальный предприниматель или юридическое лицо, являющиеся членами саморегулируемой организации в сфере теплоснабжения, не вправе осуществлять определенные вид или виды деятельности в сфере теплоснабжения в случае, если таким индивидуальным предпринимателем или таким юридическим лицом не соблюдается хотя бы одно из требований этой саморегулируемой организации к выдаче свидетельств о допуске к осуществлению определенных вида или видов деятельности</w:t>
      </w:r>
    </w:p>
    <w:p>
      <w:r>
        <w:rPr>
          <w:b/>
        </w:rPr>
        <w:t xml:space="preserve">4. </w:t>
      </w:r>
      <w:r>
        <w:t>При приобретении некоммерческой организацией статуса саморегулируемой организации в сфере теплоснабжения индивидуальные предприниматели, юридические лица, являющиеся на дату приобретения указанного статуса членами этой некоммерческой организации, обязаны получить свидетельства о допуске в срок не позднее чем в течение одного месяца со дня приобретения некоммерческой организацией статуса саморегулируемой организации в сфере теплоснабжения</w:t>
      </w:r>
    </w:p>
    <w:p>
      <w:r>
        <w:rPr>
          <w:b/>
        </w:rPr>
        <w:t xml:space="preserve">5. </w:t>
      </w:r>
      <w:r>
        <w:t>Свидетельство о допуске выдается саморегулируемой организацией в сфере теплоснабжения без ограничения срока его действия и без взимания платы для осуществления определенных вида или видов деятельности на территории указанного в заявлении субъекта Российской Федерации</w:t>
      </w:r>
    </w:p>
    <w:p>
      <w:r>
        <w:rPr>
          <w:b/>
        </w:rPr>
        <w:t xml:space="preserve">6. </w:t>
      </w:r>
      <w:r>
        <w:t>Саморегулируемая организация в сфере теплоснабжения применяет в отношении своих членов предусмотренные этой саморегулируемой организацией меры дисциплинарного воздействия за несоблюдение требований 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В качестве мер дисциплинарного воздействия применяются</w:t>
      </w:r>
    </w:p>
    <w:p>
      <w:r>
        <w:rPr>
          <w:b/>
        </w:rPr>
        <w:t xml:space="preserve">7. </w:t>
      </w:r>
      <w:r>
        <w:t>Действие свидетельства о допуске прекращается в отношении определенных вида или видов деятельности в сфере теплоснабжения</w:t>
      </w:r>
    </w:p>
    <w:p>
      <w:r>
        <w:rPr>
          <w:b/>
        </w:rPr>
        <w:t xml:space="preserve">8. </w:t>
      </w:r>
      <w:r>
        <w:t>Лицо, которому отказано в выдаче свидетельства о допуске, совместно с органом местного самоуправления муниципального образования, на территории которого данное лицо осуществляет деятельность в сфере теплоснабжения, должно составить план обеспечения надежности теплоснабжения в условиях отсутствия свидетельства о допуске. В случае осуществления деятельности определенных вида или видов лицом, не имеющим свидетельства о допуске, саморегулируемая организация в сфере теплоснабжения, членом которой является данное лицо, не несет ответственность средствами своего компенсационного фонда за его действия (бездействие). (В редакции Федерального закона от 28.11.2015 № 357-ФЗ)</w:t>
      </w:r>
    </w:p>
    <w:p>
      <w:r>
        <w:rPr>
          <w:b/>
        </w:rPr>
        <w:t xml:space="preserve">6. </w:t>
      </w:r>
      <w:r>
        <w:t>вынесение предписания об обязательном устранении членом этой саморегулируемой организации выявленных нарушений в установленные сроки</w:t>
      </w:r>
    </w:p>
    <w:p>
      <w:r>
        <w:rPr>
          <w:b/>
        </w:rPr>
        <w:t xml:space="preserve">6. </w:t>
      </w:r>
      <w:r>
        <w:t>вынесение члену этой саморегулируемой организации предупреждения</w:t>
      </w:r>
    </w:p>
    <w:p>
      <w:r>
        <w:rPr>
          <w:b/>
        </w:rPr>
        <w:t xml:space="preserve">6. </w:t>
      </w:r>
      <w:r>
        <w:t>приостановление действия свидетельства о допуске</w:t>
      </w:r>
    </w:p>
    <w:p>
      <w:r>
        <w:rPr>
          <w:b/>
        </w:rPr>
        <w:t xml:space="preserve">6. </w:t>
      </w:r>
      <w:r>
        <w:t>прекращение действия свидетельства о допуске</w:t>
      </w:r>
    </w:p>
    <w:p>
      <w:r>
        <w:rPr>
          <w:b/>
        </w:rPr>
        <w:t xml:space="preserve">6. </w:t>
      </w:r>
      <w:r>
        <w:t>исключение из членов этой саморегулируемой организации</w:t>
      </w:r>
    </w:p>
    <w:p>
      <w:r>
        <w:rPr>
          <w:b/>
        </w:rPr>
        <w:t xml:space="preserve">7. </w:t>
      </w:r>
      <w:r>
        <w:t>по решению постоянно действующего коллегиального органа управления саморегулируемой организации в сфере теплоснабжения, принятому на основании заявления члена этой саморегулируемой организации</w:t>
      </w:r>
    </w:p>
    <w:p>
      <w:r>
        <w:rPr>
          <w:b/>
        </w:rPr>
        <w:t xml:space="preserve">7. </w:t>
      </w:r>
      <w:r>
        <w:t>по решению постоянно действующего коллегиального органа управления саморегулируемой организации в сфере теплоснабжения при установлении факта наличия у индивидуального предпринимателя или юридического лица выданного другой саморегулируемой организацией свидетельства о допуске к такому же виду деятельности в сфере теплоснабжения</w:t>
      </w:r>
    </w:p>
    <w:p>
      <w:r>
        <w:rPr>
          <w:b/>
        </w:rPr>
        <w:t xml:space="preserve">7. </w:t>
      </w:r>
      <w:r>
        <w:t>по решению постоянно действующего коллегиального органа управления саморегулируемой организации в сфере теплоснабжения в случае неустранения индивидуальным предпринимателем или юридическим лицом выявленных нарушений, если действие соответствующего свидетельства о допуске приостановлено</w:t>
      </w:r>
    </w:p>
    <w:p>
      <w:r>
        <w:rPr>
          <w:b/>
        </w:rPr>
        <w:t xml:space="preserve">7. </w:t>
      </w:r>
      <w:r>
        <w:t>по решению суда</w:t>
      </w:r>
    </w:p>
    <w:p>
      <w:r>
        <w:rPr>
          <w:b/>
        </w:rPr>
        <w:t xml:space="preserve">7. </w:t>
      </w:r>
      <w:r>
        <w:t>в случае прекращения членства в саморегулируемой организации в сфере теплоснабжения</w:t>
      </w:r>
    </w:p>
    <w:p>
      <w:r>
        <w:rPr>
          <w:b/>
        </w:rPr>
        <w:t xml:space="preserve">7. </w:t>
      </w:r>
      <w:r>
        <w:t>по решению общего собрания членов саморегулируемой организации в сфере теплоснабжения в случае применения меры дисциплинарного воздействия</w:t>
      </w:r>
    </w:p>
    <w:p>
      <w:r>
        <w:rPr>
          <w:b/>
        </w:rPr>
        <w:t>Статья 28</w:t>
      </w:r>
    </w:p>
    <w:p>
      <w:r>
        <w:t>(Статья утратила силу - Федеральный закон от 11.06.2021 № 170-ФЗ)</w:t>
      </w:r>
    </w:p>
    <w:p>
      <w:pPr>
        <w:pStyle w:val="Heading3"/>
      </w:pPr>
      <w:r>
        <w:t>Особенности передачи прав владения и (или) пользования объектами теплоснабжения, находящимися в государственной или муниципальной собственности, расторжения договоров аренды объектов теплоснабжения, находящихся в государственной или муниципальной собственности, и ответственность сторон</w:t>
      </w:r>
    </w:p>
    <w:p>
      <w:r>
        <w:rPr>
          <w:b/>
        </w:rPr>
        <w:t>Статья 281. Особенности передачи прав владения и (или) пользования объектами теплоснабжения, находящимися в государственной или муниципальной собственности</w:t>
      </w:r>
    </w:p>
    <w:p>
      <w:r>
        <w:rPr>
          <w:b/>
        </w:rPr>
        <w:t xml:space="preserve">1. </w:t>
      </w:r>
      <w:r>
        <w:t>Передача прав владения и (или)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гражданского законодательства, антимонопольного законодательства Российской Федерации и принятых в соответствии с ними иных нормативных правовых актов Российской Федерации с учетом предусмотренных настоящим Федеральным законом особенностей, или по концессионным соглашениям, заключенным в соответствии с требованиями законодательства Российской Федерации о концессионных соглашениях,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r>
        <w:rPr>
          <w:b/>
        </w:rPr>
        <w:t xml:space="preserve">2. </w:t>
      </w:r>
      <w:r>
        <w:t>Осуществление полномочий по организации в границах поселения, муниципального округа,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реализуется по договорам их аренды или по концессионным соглашениям, за исключением предусмотренных законодательством Российской Федерации о несостоятельности (банкротстве) и законодательством Российской Федерации о приватизации случаев передачи прав на такие объекты. (В редакции Федерального закона от 26.02.2024 № 34-ФЗ)</w:t>
      </w:r>
    </w:p>
    <w:p>
      <w:r>
        <w:rPr>
          <w:b/>
        </w:rPr>
        <w:t xml:space="preserve">3. </w:t>
      </w:r>
      <w:r>
        <w:t>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соглашению (за исключением предоставления в соответствии с антимонопольным законодательством Российской Федерации указанных прав на такое имущество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w:t>
      </w:r>
    </w:p>
    <w:p>
      <w:r>
        <w:rPr>
          <w:b/>
        </w:rPr>
        <w:t xml:space="preserve">4. </w:t>
      </w:r>
      <w:r>
        <w:t>Объекты теплоснабжения, которые находятся в государственной или муниципальной собственности и права владения и (или) пользования которыми передаются по договору аренды или концессионному соглашению, подлежат техническому обследованию в соответствии с требованиями, установленными настоящим Федеральным законом. Результаты технического обследования объектов теплоснабжения указываются в составе конкурсной документации</w:t>
      </w:r>
    </w:p>
    <w:p>
      <w:r>
        <w:rPr>
          <w:b/>
        </w:rPr>
        <w:t xml:space="preserve">5. </w:t>
      </w:r>
      <w:r>
        <w:t>Договоры аренды объектов теплоснабжения, находящихся в государственной или муниципальной собственности, заключаются по результатам проведения конкурсов на право заключения этих договоров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предусмотренных настоящим Федеральным законом особенностей и на условиях, указанных в конкурсной документации и в заявках на участие в таких конкурсах, поданных участниками торгов, с которыми заключаются эти договоры, за исключением случая, предусмотренного статьей 285 настоящего Федерального закона. (В редакции Федерального закона от 29.07.2017 № 279-ФЗ)</w:t>
      </w:r>
    </w:p>
    <w:p>
      <w:r>
        <w:rPr>
          <w:b/>
        </w:rPr>
        <w:t xml:space="preserve">6. </w:t>
      </w:r>
      <w:r>
        <w:t>Договоры аренды объектов теплоснабжения, находящихся в государственной или муниципальной собственности, наряду с общими требованиями, установленными гражданским законодательством, должны предусматривать обязанности арендатора по поставкам потребителям товаров, оказанию услуг в сфере теплоснабжения с использованием передаваемого в аренду имущества в соответствии с условиями, установленными настоящим Федеральным законом, конкурсной документацией, заявкой арендатора на участие в конкурсе, условиями, указанными в извещении, направленном единой теплоснабжающей организации в ценовых зонах теплоснабжения в соответствии с частью 2 статьи 285 настоящего Федерального закона. (В редакции Федерального закона от 29.07.2017 № 279-ФЗ)</w:t>
      </w:r>
    </w:p>
    <w:p>
      <w:r>
        <w:rPr>
          <w:b/>
        </w:rPr>
        <w:t xml:space="preserve">7. </w:t>
      </w:r>
      <w:r>
        <w:t>Конкурсная документация формируется в соответствии с антимонопольным законодательством Российской Федерации и принятыми в соответствии с ним иными нормативными правовыми актами Российской Федерации и включает в себя, в частности</w:t>
      </w:r>
    </w:p>
    <w:p>
      <w:r>
        <w:rPr>
          <w:b/>
        </w:rPr>
        <w:t xml:space="preserve">8. </w:t>
      </w:r>
      <w:r>
        <w:t>При размещении информации о проведении торгов наряду с конкурсной документацией на официальном сайте Российской Федерации в информационно-телекоммуникационной сети "Интернет" для размещения информации о проведении торгов подлежат размещению копии предложений об установлении цен (тарифов), поданных в органы регулирования в соответствии с нормативными правовыми актами Российской Федерации в сфере теплоснабжения за три последних отчетных периода регулирования деятельности организации, осуществлявшей эксплуатацию передаваемого арендатору по договору аренды имущества, в случае наличия данных предложений</w:t>
      </w:r>
    </w:p>
    <w:p>
      <w:r>
        <w:rPr>
          <w:b/>
        </w:rPr>
        <w:t xml:space="preserve">9. </w:t>
      </w:r>
      <w:r>
        <w:t>Указанные в пунктах 1 - 5, 6 (в части предельных (минимальных и (или) максимальных) значений предусмотренных пунктом 2 части 11 настоящей статьи критериев конкурса), 7 и 11 части 7 настоящей статьи цены, величины, значения, параметры определяются в соответствии с основами ценообразования в сфере теплоснабжения, утвержденными Правительством Российской Федерации, и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Уполномоченный исполнительный орган субъекта Российской Федерации представляет по запросу организатора конкурса в порядке, установленном правилами регулирования цен (тарифов) в сфере теплоснабжения, утвержденными Правительством Российской Федерации, цены, величины, значения, параметры, указанные в пунктах 1 - 5, 6 (в части предельных (минимальных и (или) максимальных) значений предусмотренных пунктом 2 части 11 настоящей статьи критериев конкурса), 7 и 11 части 7 настоящей статьи. (В редакции федеральных законов от 19.12.2016 № 458-ФЗ, от 08.08.2024 № 232-ФЗ)</w:t>
      </w:r>
    </w:p>
    <w:p>
      <w:r>
        <w:rPr>
          <w:b/>
        </w:rPr>
        <w:t xml:space="preserve">10. </w:t>
      </w:r>
      <w:r>
        <w:t>Банковская гарантия, обеспечивающая исполнение обязательств арендатора перед арендодателем по договору аренды, предусмотренная пунктом 10 части 7 настоящей статьи,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 (В редакции Федерального закона от 03.11.2015 № 307-ФЗ) 1) банковская гарантия должна быть безотзывной и непередаваемой;</w:t>
      </w:r>
    </w:p>
    <w:p>
      <w:r>
        <w:rPr>
          <w:b/>
        </w:rPr>
        <w:t xml:space="preserve">11. </w:t>
      </w:r>
      <w:r>
        <w:t>В качестве критериев конкурса устанавливаются</w:t>
      </w:r>
    </w:p>
    <w:p>
      <w:r>
        <w:rPr>
          <w:b/>
        </w:rPr>
        <w:t xml:space="preserve">12. </w:t>
      </w:r>
      <w:r>
        <w:t>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индексации установленных тарифов</w:t>
      </w:r>
    </w:p>
    <w:p>
      <w:r>
        <w:rPr>
          <w:b/>
        </w:rPr>
        <w:t xml:space="preserve">13. </w:t>
      </w:r>
      <w:r>
        <w:t>В конкурсной документации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 согласованию с органом регулирования также устанавливаются следующие долгосрочные параметры государственного регулирования цен (тарифов) в сфере теплоснабжения</w:t>
      </w:r>
    </w:p>
    <w:p>
      <w:r>
        <w:rPr>
          <w:b/>
        </w:rPr>
        <w:t xml:space="preserve">14. </w:t>
      </w:r>
      <w:r>
        <w:t>К долгосрочным параметрам государственного регулирования цен (тарифов) в сфере теплоснабжения, являющимся критериями конкурса, относятся</w:t>
      </w:r>
    </w:p>
    <w:p>
      <w:r>
        <w:rPr>
          <w:b/>
        </w:rPr>
        <w:t xml:space="preserve">15. </w:t>
      </w:r>
      <w:r>
        <w:t>Конкурсная комиссия рассматривает заявки на участие в конкурсе на соответствие требованиям,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частью 16 настоящей статьи, и принимает решение о допуске или об отказе в допуске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частью 16 настоящей статьи</w:t>
      </w:r>
    </w:p>
    <w:p>
      <w:r>
        <w:rPr>
          <w:b/>
        </w:rPr>
        <w:t xml:space="preserve">16. </w:t>
      </w:r>
      <w:r>
        <w:t>К участию в конкурсе заявитель не допускается в случае, если указанные в заявке на участие в конкурсе условия критериев конкурса не соответствуют установленным конкурсной документацией предельным значениям критериев конкурса</w:t>
      </w:r>
    </w:p>
    <w:p>
      <w:r>
        <w:rPr>
          <w:b/>
        </w:rPr>
        <w:t xml:space="preserve">17. </w:t>
      </w:r>
      <w:r>
        <w:t>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участника конкурса, для которого определено ее минимальное значение</w:t>
      </w:r>
    </w:p>
    <w:p>
      <w:r>
        <w:rPr>
          <w:b/>
        </w:rPr>
        <w:t xml:space="preserve">18. </w:t>
      </w:r>
      <w:r>
        <w:t>Дисконтированная выручка участника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
        <w:rPr>
          <w:b/>
        </w:rPr>
        <w:t xml:space="preserve">19. </w:t>
      </w:r>
      <w:r>
        <w:t>Дисконтированная выручка участника конкурса определяется с применением вычислительной программы, размещенной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Требования к форме и содержанию этой вычислительной программы устанавливаются указанным федеральным органом исполнительной власти</w:t>
      </w:r>
    </w:p>
    <w:p>
      <w:r>
        <w:rPr>
          <w:b/>
        </w:rPr>
        <w:t xml:space="preserve">20. </w:t>
      </w:r>
      <w:r>
        <w:t>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государственного регулирования тарифов в сфере теплоснабжения в утвержденном Правительством Российской Федерации 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статье 8 настоящего Федерального закона. Порядок дисконтирования величин устанавливается Правительством Российской Федерации</w:t>
      </w:r>
    </w:p>
    <w:p>
      <w:r>
        <w:rPr>
          <w:b/>
        </w:rPr>
        <w:t xml:space="preserve">21. </w:t>
      </w:r>
      <w:r>
        <w:t>В случае, если при оценке заявок на участие в конкурсе предполагаемое изменение необходимой валовой выручки заявителя, определяемой в соответствии с частью 22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p>
      <w:r>
        <w:rPr>
          <w:b/>
        </w:rPr>
        <w:t xml:space="preserve">22. </w:t>
      </w:r>
      <w:r>
        <w:t>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установленные в конкурсной документации и заявке на участие в конкурсе</w:t>
      </w:r>
    </w:p>
    <w:p>
      <w:r>
        <w:rPr>
          <w:b/>
        </w:rPr>
        <w:t xml:space="preserve">23. </w:t>
      </w:r>
      <w:r>
        <w:t>Заключение договора аренды объекта теплоснабжения, находящегося в 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
        <w:rPr>
          <w:b/>
        </w:rPr>
        <w:t xml:space="preserve">24. </w:t>
      </w:r>
      <w:r>
        <w:t>В качестве документов, подтверждающих выполнение установленных частью 23 настоящей статьи требований, победитель конкурса предоставляет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гарантий и документов, подтверждающих передачу указанных гарантий гарантирующему поставщику электрической энергии, поставщику газа. В случае непредоставления победителем конкурса организатору конкурса указанных документов, подтверждающих выполнение установленных частью 23 настоящей статьи требований, такой победитель признается уклонившимся от заключения договора аренды по результатам конкурса. (Дополнение частью - Федеральный закон от 03.11.2015 № 307-ФЗ)</w:t>
      </w:r>
    </w:p>
    <w:p>
      <w:r>
        <w:rPr>
          <w:b/>
        </w:rPr>
        <w:t xml:space="preserve">25. </w:t>
      </w:r>
      <w:r>
        <w:t>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законодательством об электроэнергетике и в сфере газоснабжения победителю конкурса для заключения договоров поставки электрической энергии, договоров поставки газа. (Дополнение частью - Федеральный закон от 03.11.2015 № 307-ФЗ)</w:t>
      </w:r>
    </w:p>
    <w:p>
      <w:r>
        <w:rPr>
          <w:b/>
        </w:rPr>
        <w:t xml:space="preserve">26. </w:t>
      </w:r>
      <w:r>
        <w:t>Договоры поставки электрической энергии, договоры поставки газа должны обеспечивать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аренды. (Дополнение частью - Федеральный закон от 03.11.2015 № 307-ФЗ)</w:t>
      </w:r>
    </w:p>
    <w:p>
      <w:r>
        <w:rPr>
          <w:b/>
        </w:rPr>
        <w:t xml:space="preserve">27. </w:t>
      </w:r>
      <w:r>
        <w:t>Банковские гарантии, обеспечивающие исполнение обязательств по оплате электрической 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бенефициара. (Дополнение частью - Федеральный закон от 03.11.2015 № 307-ФЗ)</w:t>
      </w:r>
    </w:p>
    <w:p>
      <w:r>
        <w:rPr>
          <w:b/>
        </w:rPr>
        <w:t xml:space="preserve">28. </w:t>
      </w:r>
      <w:r>
        <w:t>Срок, на который должна быть выдана банковская гарантия, обеспечивающая исполнение обязательств победителя конкурса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 со дня выдачи банковской гарантии. В случае,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действия указанного договора не менее чем на один месяц. (Дополнение частью - Федеральный закон от 03.11.2015 № 307-ФЗ)</w:t>
      </w:r>
    </w:p>
    <w:p>
      <w:r>
        <w:rPr>
          <w:b/>
        </w:rPr>
        <w:t xml:space="preserve">29. </w:t>
      </w:r>
      <w:r>
        <w:t>Сумма, на которую должна быть выдана банковская гарантия в отношении каждого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газа, фактически потребленных передаваемым в аренду объектом теплоснабжения за календарный год, предшествующий году, в котором проводится конкурс. (Дополнение частью - Федеральный закон от 03.11.2015 № 307-ФЗ)</w:t>
      </w:r>
    </w:p>
    <w:p>
      <w:r>
        <w:rPr>
          <w:b/>
        </w:rPr>
        <w:t xml:space="preserve">30. </w:t>
      </w:r>
      <w:r>
        <w:t>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 входящих в передаваемый в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году действия договора аренды. (Дополнение частью - Федеральный закон от 03.11.2015 № 307-ФЗ)</w:t>
      </w:r>
    </w:p>
    <w:p>
      <w:r>
        <w:rPr>
          <w:b/>
        </w:rPr>
        <w:t xml:space="preserve">31. </w:t>
      </w:r>
      <w:r>
        <w:t>Указанные в части 23 настоящей статьи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(Дополнение частью - Федеральный закон от 03.11.2015 № 307-ФЗ)</w:t>
      </w:r>
    </w:p>
    <w:p>
      <w:r>
        <w:rPr>
          <w:b/>
        </w:rPr>
        <w:t xml:space="preserve">32. </w:t>
      </w:r>
      <w:r>
        <w:t>Указанные банковские гарантии не должны содержать требования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исполнение победителем конкурса обеспечиваемых гарантиями обязательств. (Дополнение частью - Федеральный закон от 03.11.2015 № 307-ФЗ)</w:t>
      </w:r>
    </w:p>
    <w:p>
      <w:r>
        <w:rPr>
          <w:b/>
        </w:rPr>
        <w:t xml:space="preserve">33. </w:t>
      </w:r>
      <w:r>
        <w:t>Договор аренды объекта теплоснабжения, находящегося в государственной или муниципальной собственности, заключенный с нарушением требований, установленных частью 3 или 23 настоящей статьи, является ничтожным. (Дополнение частью - Федеральный закон от 03.11.2015 № 307-ФЗ)</w:t>
      </w:r>
    </w:p>
    <w:p>
      <w:r>
        <w:rPr>
          <w:b/>
        </w:rPr>
        <w:t xml:space="preserve">34. </w:t>
      </w:r>
      <w:r>
        <w:t>Положения частей 23 - 33 настоящей статьи распространяются на отношения, возникшие при заключении договора аренды объектов теплоснабжения, находящихся в государственной или муниципальной собственности, с единой теплоснабжающей организацией в ценовых зонах теплоснабжения с учетом положений статьи 285 настоящего Федерального закона. (Дополнение частью - Федеральный закон от 29.07.2017 № 279-ФЗ)</w:t>
      </w:r>
    </w:p>
    <w:p>
      <w:r>
        <w:rPr>
          <w:b/>
        </w:rPr>
        <w:t xml:space="preserve">7. </w:t>
      </w:r>
      <w:r>
        <w:t>долгосрочные параметры государственного регулирования цен (тарифов) в сфере теплоснабжения в соответствии с частью 13 настоящей статьи</w:t>
      </w:r>
    </w:p>
    <w:p>
      <w:r>
        <w:rPr>
          <w:b/>
        </w:rPr>
        <w:t xml:space="preserve">7. </w:t>
      </w:r>
      <w:r>
        <w:t>объем полезного отпуска тепловой энергии (мощности) и (или) теплоносителя в году, предшествующем первому году срока действия договора аренды, а также прогноз объема полезного отпуска тепловой энергии (мощности) и (или) теплоносителя на срок действия такого договора аренды</w:t>
      </w:r>
    </w:p>
    <w:p>
      <w:r>
        <w:rPr>
          <w:b/>
        </w:rPr>
        <w:t xml:space="preserve">7. </w:t>
      </w:r>
      <w:r>
        <w:t>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p>
      <w:r>
        <w:rPr>
          <w:b/>
        </w:rPr>
        <w:t xml:space="preserve">7. </w:t>
      </w:r>
      <w:r>
        <w:t>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p>
      <w:r>
        <w:rPr>
          <w:b/>
        </w:rPr>
        <w:t xml:space="preserve">7. </w:t>
      </w:r>
      <w:r>
        <w:t>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налога на прибыль организаций</w:t>
      </w:r>
    </w:p>
    <w:p>
      <w:r>
        <w:rPr>
          <w:b/>
        </w:rPr>
        <w:t xml:space="preserve">7. </w:t>
      </w:r>
      <w:r>
        <w:t>предельные (минимальные и (или) максимальные) значения критериев конкурса, предусмотренных частью 11 настоящей статьи</w:t>
      </w:r>
    </w:p>
    <w:p>
      <w:r>
        <w:rPr>
          <w:b/>
        </w:rPr>
        <w:t xml:space="preserve">7. </w:t>
      </w:r>
      <w:r>
        <w:t>предельный (максимальный) рост необходимой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p>
      <w:r>
        <w:rPr>
          <w:b/>
        </w:rPr>
        <w:t xml:space="preserve">7. </w:t>
      </w:r>
      <w:r>
        <w:t>один из методов регулирования тарифов, предусмотренных частью 12 настоящей статьи</w:t>
      </w:r>
    </w:p>
    <w:p>
      <w:r>
        <w:rPr>
          <w:b/>
        </w:rPr>
        <w:t xml:space="preserve">7. </w:t>
      </w:r>
      <w:r>
        <w:t>величину арендной платы</w:t>
      </w:r>
    </w:p>
    <w:p>
      <w:r>
        <w:rPr>
          <w:b/>
        </w:rPr>
        <w:t xml:space="preserve">7. </w:t>
      </w:r>
      <w:r>
        <w:t>размер задатка, сумму, на которую победителем конкурса должна быть предоставлена банковская гарантия, обеспечивающая исполнение обязательств арендатора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пунктами 5 - 7 части 1 статьи 283 настоящего Федерального закона); (В редакции Федерального закона от 03.11.2015 № 307-ФЗ) 11) иные цены, величины, значения, параметры, использование которых для расчета тарифов предусмотрено основами ценообразования в сфере теплоснабжения, утвержденными Правительством Российской Федерации</w:t>
      </w:r>
    </w:p>
    <w:p>
      <w:r>
        <w:rPr>
          <w:b/>
        </w:rPr>
        <w:t xml:space="preserve">7. </w:t>
      </w:r>
      <w:r>
        <w:t>копию отчета о результатах технического обследования передаваемого арендатору по договору аренды имущества</w:t>
      </w:r>
    </w:p>
    <w:p>
      <w:r>
        <w:rPr>
          <w:b/>
        </w:rPr>
        <w:t xml:space="preserve">7. </w:t>
      </w:r>
      <w:r>
        <w:t>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если эта организация осуществляла эксплуатацию такого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конкурсную документацию включаются копии такой отчетности, полученной из этого ресурса; (В редакции Федерального закона от 02.07.2021 № 352-ФЗ) 14) требования к указанным в части 23 настоящей статьи договорам поставки электрической энергии, договорам поставки газа, а также к банковским гарантиям, предоставляемым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 (Дополнение пунктом - Федеральный закон от 03.11.2015 № 307-ФЗ)</w:t>
      </w:r>
    </w:p>
    <w:p>
      <w:r>
        <w:rPr>
          <w:b/>
        </w:rPr>
        <w:t xml:space="preserve">10. </w:t>
      </w:r>
      <w:r>
        <w:t>срок действия банковской гарантии должен составлять не менее чем один год с даты окончания срока подачи заявок на участие в конкурсе</w:t>
      </w:r>
    </w:p>
    <w:p>
      <w:r>
        <w:rPr>
          <w:b/>
        </w:rPr>
        <w:t xml:space="preserve">10. </w:t>
      </w:r>
      <w:r>
        <w:t>сумма, на которую выдана банковская гарантия, должна быть не менее чем сумма, установленная конкурсной документацией</w:t>
      </w:r>
    </w:p>
    <w:p>
      <w:r>
        <w:rPr>
          <w:b/>
        </w:rPr>
        <w:t xml:space="preserve">10. </w:t>
      </w:r>
      <w:r>
        <w:t>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и надлежащее исполнение которых обеспечивается банковской гарантией</w:t>
      </w:r>
    </w:p>
    <w:p>
      <w:r>
        <w:rPr>
          <w:b/>
        </w:rPr>
        <w:t xml:space="preserve">11.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w:t>
      </w:r>
    </w:p>
    <w:p>
      <w:r>
        <w:rPr>
          <w:b/>
        </w:rPr>
        <w:t xml:space="preserve">11. </w:t>
      </w:r>
      <w:r>
        <w:t>долгосрочные параметры государственного регулирования цен (тарифов) в сфере теплоснабжения в соответствии с частью 14 настоящей статьи</w:t>
      </w:r>
    </w:p>
    <w:p>
      <w:r>
        <w:rPr>
          <w:b/>
        </w:rPr>
        <w:t xml:space="preserve">13. </w:t>
      </w:r>
      <w:r>
        <w:t>размер инвестированного капитала и срок возврата инвестированного капитала в случае, если конкурсной документацией предусмотрен метод обеспечения доходности инвестированного капитала</w:t>
      </w:r>
    </w:p>
    <w:p>
      <w:r>
        <w:rPr>
          <w:b/>
        </w:rPr>
        <w:t xml:space="preserve">13. </w:t>
      </w:r>
      <w:r>
        <w:t>иные долгосрочные параметры государственного регулирования цен (тарифов) в сфере теплоснабжения для предусмотренного конкурсной документацией метода регулирования тарифов, не являющиеся критериями конкурса в соответствии с частью 14 настоящей статьи и установленные основами ценообразования в сфере теплоснабжения, утвержденными Правительством Российской Федерации</w:t>
      </w:r>
    </w:p>
    <w:p>
      <w:r>
        <w:rPr>
          <w:b/>
        </w:rPr>
        <w:t xml:space="preserve">14. </w:t>
      </w:r>
      <w:r>
        <w:t>базовый уровень операционных расходов</w:t>
      </w:r>
    </w:p>
    <w:p>
      <w:r>
        <w:rPr>
          <w:b/>
        </w:rPr>
        <w:t xml:space="preserve">14. </w:t>
      </w:r>
      <w:r>
        <w:t>показатели энергосбережения и энергетической эффективности</w:t>
      </w:r>
    </w:p>
    <w:p>
      <w:r>
        <w:rPr>
          <w:b/>
        </w:rPr>
        <w:t xml:space="preserve">14. </w:t>
      </w:r>
      <w:r>
        <w:t>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w:t>
      </w:r>
    </w:p>
    <w:p>
      <w:r>
        <w:rPr>
          <w:b/>
        </w:rPr>
        <w:t xml:space="preserve">14. </w:t>
      </w:r>
      <w:r>
        <w:t>нормативный уровень прибыли в случае, если конкурсной документацией предусмотрен метод индексации установленных тарифов</w:t>
      </w:r>
    </w:p>
    <w:p>
      <w:r>
        <w:rPr>
          <w:b/>
        </w:rPr>
        <w:t xml:space="preserve">18. </w:t>
      </w:r>
      <w:r>
        <w:t>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r>
        <w:rPr>
          <w:b/>
        </w:rPr>
        <w:t xml:space="preserve">18. </w:t>
      </w:r>
      <w:r>
        <w:t>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r>
        <w:rPr>
          <w:b/>
        </w:rPr>
        <w:t xml:space="preserve">18. </w:t>
      </w:r>
      <w:r>
        <w:t>расходы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при условии согласования таких расходов с исполнительным органом субъекта Российской Федерации в области государственного регулирования цен (тарифов) в порядке, установленном Правительством Российской Федерации. Состав указанных расходов определяется Правительством Российской Федерации. (Дополнение пунктом - Федеральный закон от 19.12.2016 № 458-ФЗ) (В редакции Федерального закона от 08.08.2024 № 232-ФЗ)</w:t>
      </w:r>
    </w:p>
    <w:p>
      <w:r>
        <w:rPr>
          <w:b/>
        </w:rPr>
        <w:t xml:space="preserve">23. </w:t>
      </w:r>
      <w:r>
        <w:t>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
    <w:p>
      <w:r>
        <w:rPr>
          <w:b/>
        </w:rPr>
        <w:t xml:space="preserve">23. </w:t>
      </w:r>
      <w:r>
        <w:t>предоставление победителем конкурса по каждому из указанных в пункте 1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 (Дополнение частью - Федеральный закон от 03.11.2015 № 307-ФЗ)</w:t>
      </w:r>
    </w:p>
    <w:p>
      <w:r>
        <w:rPr>
          <w:b/>
        </w:rPr>
        <w:t>Статья 282. Договор аренды объектов теплоснабжения, находящихся в государственной или муниципальной собственности</w:t>
      </w:r>
    </w:p>
    <w:p>
      <w:r>
        <w:rPr>
          <w:b/>
        </w:rPr>
        <w:t xml:space="preserve">1. </w:t>
      </w:r>
      <w:r>
        <w:t>По договору аренды объектов теплоснабжения, находящихся в государственной или муниципальной собственности, арендодатель обязуется предоставить арендатору данные объекты теплоснабжения за плату во временное владение и в пользование или во временное пользование</w:t>
      </w:r>
    </w:p>
    <w:p>
      <w:r>
        <w:rPr>
          <w:b/>
        </w:rPr>
        <w:t xml:space="preserve">2. </w:t>
      </w:r>
      <w:r>
        <w:t>Договор аренды объектов теплоснабжения, находящихся в государственной или муниципальной собственности, должен включать в себя следующие существенные условия</w:t>
      </w:r>
    </w:p>
    <w:p>
      <w:r>
        <w:rPr>
          <w:b/>
        </w:rPr>
        <w:t xml:space="preserve">3. </w:t>
      </w:r>
      <w:r>
        <w:t>Изменение целевого назначения объектов теплоснабжения, находящихся в государственной или муниципальной собственности, не допускается</w:t>
      </w:r>
    </w:p>
    <w:p>
      <w:r>
        <w:rPr>
          <w:b/>
        </w:rPr>
        <w:t xml:space="preserve">4. </w:t>
      </w:r>
      <w:r>
        <w:t>Срок договора аренды объектов теплоснабжения, находящихся в государственной или муниципальной собственности, не может быть более чем десять лет</w:t>
      </w:r>
    </w:p>
    <w:p>
      <w:r>
        <w:rPr>
          <w:b/>
        </w:rPr>
        <w:t xml:space="preserve">5. </w:t>
      </w:r>
      <w:r>
        <w:t>Срок возмещения расходов арендатора, указанных в пункте 6 части 2 настоящей статьи, не может превышать два года со дня окончания действия договора аренды. (Дополнение частью - Федеральный закон от 19.12.2016 № 458-ФЗ)</w:t>
      </w:r>
    </w:p>
    <w:p>
      <w:r>
        <w:rPr>
          <w:b/>
        </w:rPr>
        <w:t xml:space="preserve">2. </w:t>
      </w:r>
      <w:r>
        <w:t>описание данных объектов теплоснабжения, в том числе их технико-экономические показатели и целевое назначение</w:t>
      </w:r>
    </w:p>
    <w:p>
      <w:r>
        <w:rPr>
          <w:b/>
        </w:rPr>
        <w:t xml:space="preserve">2. </w:t>
      </w:r>
      <w:r>
        <w:t>размер арендной платы</w:t>
      </w:r>
    </w:p>
    <w:p>
      <w:r>
        <w:rPr>
          <w:b/>
        </w:rPr>
        <w:t xml:space="preserve">2. </w:t>
      </w:r>
      <w:r>
        <w:t>срок договора аренды</w:t>
      </w:r>
    </w:p>
    <w:p>
      <w:r>
        <w:rPr>
          <w:b/>
        </w:rPr>
        <w:t xml:space="preserve">2. </w:t>
      </w:r>
      <w:r>
        <w:t>значения долгосрочных параметров государственного регулирования цен (тарифов) в сфере теплоснабжения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 (В редакции Федерального закона от 29.07.2017 № 279-ФЗ) 5) предельные сроки прекращения поставок потребителям соответствующих товаров, оказания соответствующих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
        <w:rPr>
          <w:b/>
        </w:rPr>
        <w:t xml:space="preserve">2. </w:t>
      </w:r>
      <w:r>
        <w:t>порядок возмещения расходов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 (Дополнение пунктом - Федеральный закон от 19.12.2016 № 458-ФЗ) (В редакции Федерального закона от 29.07.2017 № 279-ФЗ)</w:t>
      </w:r>
    </w:p>
    <w:p>
      <w:r>
        <w:rPr>
          <w:b/>
        </w:rPr>
        <w:t>Статья 283. Права и обязанности сторон по договору аренды объектов теплоснабжения, находящихся в государственной или муниципальной собственности</w:t>
      </w:r>
    </w:p>
    <w:p>
      <w:r>
        <w:rPr>
          <w:b/>
        </w:rPr>
        <w:t xml:space="preserve">1. </w:t>
      </w:r>
      <w:r>
        <w:t>Арендатор по договору аренды объектов теплоснабжения, находящихся в государственной или муниципальной собственности, обязан</w:t>
      </w:r>
    </w:p>
    <w:p>
      <w:r>
        <w:rPr>
          <w:b/>
        </w:rPr>
        <w:t xml:space="preserve">2. </w:t>
      </w:r>
      <w:r>
        <w:t>Арендатор не вправе передавать свои права и обязанности по договору аренды объектов теплоснабжения, находящихся в государственной или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товариществ и обществ или паевого взноса в производственный кооператив</w:t>
      </w:r>
    </w:p>
    <w:p>
      <w:r>
        <w:rPr>
          <w:b/>
        </w:rPr>
        <w:t xml:space="preserve">3. </w:t>
      </w:r>
      <w:r>
        <w:t>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 (Дополнение частью - Федеральный закон от 03.11.2015 № 307-ФЗ)</w:t>
      </w:r>
    </w:p>
    <w:p>
      <w:r>
        <w:rPr>
          <w:b/>
        </w:rPr>
        <w:t xml:space="preserve">4. </w:t>
      </w:r>
      <w:r>
        <w:t>В случае, если вследствие неисполнения либо ненадлежащего исполнения арендатором обязательств по оплате электрической энергии (мощности) и газа по заключенным им договору поставки электрической энергии, договору поставки газа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 (Дополнение частью - Федеральный закон от 03.11.2015 № 307-ФЗ)</w:t>
      </w:r>
    </w:p>
    <w:p>
      <w:r>
        <w:rPr>
          <w:b/>
        </w:rPr>
        <w:t xml:space="preserve">5. </w:t>
      </w:r>
      <w:r>
        <w:t>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 (Дополнение частью - Федеральный закон от 03.11.2015 № 307-ФЗ)</w:t>
      </w:r>
    </w:p>
    <w:p>
      <w:r>
        <w:rPr>
          <w:b/>
        </w:rPr>
        <w:t xml:space="preserve">6. </w:t>
      </w:r>
      <w:r>
        <w:t>Предоставляемые арендатором в соответствии с частями 3 - 5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 извещения, направленного единой теплоснабжающей организации в ценовых зонах теплоснабжения в соответствии с частью 2 статьи 285 настоящего Федерального закона. (Дополнение частью - Федеральный закон от 03.11.2015 № 307-ФЗ) (В редакции Федерального закона от 29.07.2017 № 279-ФЗ)</w:t>
      </w:r>
    </w:p>
    <w:p>
      <w:r>
        <w:rPr>
          <w:b/>
        </w:rPr>
        <w:t xml:space="preserve">7. </w:t>
      </w:r>
      <w:r>
        <w:t>Срок действия новых банковских гарантий, которые должны быть предоставлены арендатором, определяется в соответствии с частью 28 статьи 281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случае заключения нового договора поставки электрической энергии с гарантирующим поставщиком электрической энергии, договора поставки газа. (Дополнение частью - Федеральный закон от 03.11.2015 № 307-ФЗ)</w:t>
      </w:r>
    </w:p>
    <w:p>
      <w:r>
        <w:rPr>
          <w:b/>
        </w:rPr>
        <w:t xml:space="preserve">8. </w:t>
      </w:r>
      <w:r>
        <w:t>Сумма, на которую должна быть выдана каждая новая банковская гарантия, предоставляемая арендатором в соответствии с частями 3 - 5 настоящей статьи, должна быть равна сумме банковской гарантии, предоставляемой гарантирующему поставщику электрической энергии, поставщику газа, установленной конкурсной документацией в соответствии с требованиями статьи 281 настоящего Федерального закона. (Дополнение частью - Федеральный закон от 03.11.2015 № 307-ФЗ)</w:t>
      </w:r>
    </w:p>
    <w:p>
      <w:r>
        <w:rPr>
          <w:b/>
        </w:rPr>
        <w:t xml:space="preserve">1. </w:t>
      </w:r>
      <w:r>
        <w:t>эксплуатировать данные объекты теплоснабжения в целях и в порядке, которые установлены договором аренды, предоставлять потребителям товары, оказывать услуги в сфере теплоснабжения, обеспечивать при осуществлении деятельности с использованием данных объектов возможность получения потребителями соответствующих товаров, услуг, а также подключать потребителей к данным объектам и (или) новым объектам теплоснабжения</w:t>
      </w:r>
    </w:p>
    <w:p>
      <w:r>
        <w:rPr>
          <w:b/>
        </w:rPr>
        <w:t xml:space="preserve">1. </w:t>
      </w:r>
      <w:r>
        <w:t>поддерживать данные объекты в исправном состоянии, проводить их текущий ремонт и капитальный ремонт, нести расходы на их содержание</w:t>
      </w:r>
    </w:p>
    <w:p>
      <w:r>
        <w:rPr>
          <w:b/>
        </w:rPr>
        <w:t xml:space="preserve">1. </w:t>
      </w:r>
      <w:r>
        <w:t>вносить арендодателю арендную плату в объеме и в сроки, которые предусмотрены договором аренды</w:t>
      </w:r>
    </w:p>
    <w:p>
      <w:r>
        <w:rPr>
          <w:b/>
        </w:rPr>
        <w:t xml:space="preserve">1. </w:t>
      </w:r>
      <w:r>
        <w:t>разрешать осуществлять осмотр имущества представителям арендодателя в соответствии с условиями, установленными договором аренды</w:t>
      </w:r>
    </w:p>
    <w:p>
      <w:r>
        <w:rPr>
          <w:b/>
        </w:rPr>
        <w:t xml:space="preserve">1. </w:t>
      </w:r>
      <w:r>
        <w:t>заключать новые договоры, обеспечивающие поставку арендатору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(прекращения действия) ранее заключенных договоров поставки электрической энергии, договоров поставки газа, а также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электрической энергии и (или) газа осуществлять их дальнейшую поставку арендатору; (Дополнение пунктом - Федеральный закон от 03.11.2015 № 307-ФЗ) 6) 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частями 3 - 8 настоящей статьи; (Дополнение пунктом - Федеральный закон от 03.11.2015 № 307-ФЗ) 7) предоставлять арендодателю надлежащим образом заверенные копии заключенных арендатором новых договоров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в срок не позднее трех рабочих дней со дня заключения указанных договоров или выдачи указанных гарантий. (Дополнение пунктом - Федеральный закон от 03.11.2015 № 307-ФЗ)</w:t>
      </w:r>
    </w:p>
    <w:p>
      <w:r>
        <w:rPr>
          <w:b/>
        </w:rPr>
        <w:t>Статья 284. Расторжение договора аренды объектов теплоснабжения, находящихся в государственной или муниципальной собственности</w:t>
      </w:r>
    </w:p>
    <w:p>
      <w:r>
        <w:rPr>
          <w:b/>
        </w:rPr>
        <w:t xml:space="preserve">1. </w:t>
      </w:r>
      <w:r>
        <w:t>Договор аренды объектов теплоснабжения, находящихся в государственной или муниципальной собственности,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
        <w:rPr>
          <w:b/>
        </w:rPr>
        <w:t xml:space="preserve">2. </w:t>
      </w:r>
      <w:r>
        <w:t>Существенными нарушениями арендатором условий договора аренды объектов теплоснабжения, находящихся в государственной или муниципальной собственности, являются</w:t>
      </w:r>
    </w:p>
    <w:p>
      <w:r>
        <w:rPr>
          <w:b/>
        </w:rPr>
        <w:t xml:space="preserve">3. </w:t>
      </w:r>
      <w:r>
        <w:t>Договор аренды объектов теплоснабжения, находящихся в государственной или муниципальной собственности,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
        <w:rPr>
          <w:b/>
        </w:rPr>
        <w:t xml:space="preserve">4. </w:t>
      </w:r>
      <w:r>
        <w:t>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предусмотренных частью 3 настоящей статьи оснований, либо при неполучении арендодателем в срок, установленный частью 3 статьи 283 настоящего Федерального закона, надлежащим образом заверенных копий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 (Дополнение частью - Федеральный закон от 03.11.2015 № 307-ФЗ)</w:t>
      </w:r>
    </w:p>
    <w:p>
      <w:r>
        <w:rPr>
          <w:b/>
        </w:rPr>
        <w:t xml:space="preserve">5. </w:t>
      </w:r>
      <w:r>
        <w:t>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 отказе от исполнения заключенного с арендатором договора аренды объектов теплоснабжения, находящихся в государственной или муниципальной собственности. (Дополнение частью - Федеральный закон от 03.11.2015 № 307-ФЗ)</w:t>
      </w:r>
    </w:p>
    <w:p>
      <w:r>
        <w:rPr>
          <w:b/>
        </w:rPr>
        <w:t xml:space="preserve">6. </w:t>
      </w:r>
      <w:r>
        <w:t>Договор аренды считается расторгнутым по истечении тридцати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исполнения обязательств перед арендодателем, возникших до расторжения указанного договора. (Дополнение частью - Федеральный закон от 03.11.2015 № 307-ФЗ)</w:t>
      </w:r>
    </w:p>
    <w:p>
      <w:r>
        <w:rPr>
          <w:b/>
        </w:rPr>
        <w:t xml:space="preserve">2. </w:t>
      </w:r>
      <w:r>
        <w:t>прекращение теплоснабжения на сроки, превышающие установленные договором аренды сроки, в объеме, превышающем установленный договором аренды объем, по причинам, зависящим от арендатора</w:t>
      </w:r>
    </w:p>
    <w:p>
      <w:r>
        <w:rPr>
          <w:b/>
        </w:rPr>
        <w:t xml:space="preserve">2. </w:t>
      </w:r>
      <w:r>
        <w:t>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одного финансового года</w:t>
      </w:r>
    </w:p>
    <w:p>
      <w:r>
        <w:rPr>
          <w:b/>
        </w:rPr>
        <w:t xml:space="preserve">3. </w:t>
      </w:r>
      <w:r>
        <w:t>непредоставление арендатором в сроки и порядке, которые установлены настоящим Федеральным законом, новых банковских гарантий гарантирующему поставщику электрической энергии и (или) поставщику газа</w:t>
      </w:r>
    </w:p>
    <w:p>
      <w:r>
        <w:rPr>
          <w:b/>
        </w:rPr>
        <w:t xml:space="preserve">3. </w:t>
      </w:r>
      <w:r>
        <w:t>расторжение (прекращение действия) договоров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производства товаров, оказания услуг в сфере 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
    <w:p>
      <w:r>
        <w:rPr>
          <w:b/>
        </w:rPr>
        <w:t xml:space="preserve">3. </w:t>
      </w:r>
      <w:r>
        <w:t>незаключение арендатором в установленный законодательством об электроэнергетике и в сфере газоснабжения срок договоров поставки электрической энергии и (или)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 электрической энергии и (или) договор поставки газа, осуществлять дальнейшую поставку данных ресурсов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
    <w:p>
      <w:r>
        <w:rPr>
          <w:b/>
        </w:rPr>
        <w:t xml:space="preserve">3. </w:t>
      </w:r>
      <w:r>
        <w:t>утрата арендатором в ценовых зонах теплоснабжения статуса единой теплоснабжающей организации в случаях, установленных законодательством Российской Федерации в сфере теплоснабжения. (Дополнение пунктом - Федеральный закон от 29.07.2017 № 279-ФЗ) (Дополнение частью - Федеральный закон от 03.11.2015 № 307-ФЗ)</w:t>
      </w:r>
    </w:p>
    <w:p>
      <w:r>
        <w:rPr>
          <w:b/>
        </w:rPr>
        <w:t>Статья 285. Особенности заключения договора аренды объектов теплоснабжения, находящихся в государственной или муниципальной собственности, в ценовых зонах теплоснабжения</w:t>
      </w:r>
    </w:p>
    <w:p>
      <w:r>
        <w:rPr>
          <w:b/>
        </w:rPr>
        <w:t xml:space="preserve">1. </w:t>
      </w:r>
      <w:r>
        <w:t>В ценовых зонах теплоснабжения единая теплоснабжающая организация имеет преимущественное право на заключение договора аренды объектов теплоснабжения, находящихся в государственной или муниципальной собственности, без проведения конкурса</w:t>
      </w:r>
    </w:p>
    <w:p>
      <w:r>
        <w:rPr>
          <w:b/>
        </w:rPr>
        <w:t xml:space="preserve">2. </w:t>
      </w:r>
      <w:r>
        <w:t>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 соответствии со статьей 281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данные объекты теплоснабжения, о намерении сдать в аренду данные объекты. К указанному извещению прикладывается конкурсная документация</w:t>
      </w:r>
    </w:p>
    <w:p>
      <w:r>
        <w:rPr>
          <w:b/>
        </w:rPr>
        <w:t xml:space="preserve">3. </w:t>
      </w:r>
      <w:r>
        <w:t>Если единая теплоснабжающая организация откажется от заключения договора аренды объектов теплоснабжения, находящихся в государственной или муниципальной собственности, либо не сообщит о готовности заключить договор аренды указанных объектов теплоснабжения в течение тридцати календарных дней с даты поступления в ее адрес указанного в части 2 настоящей статьи извещения,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по истечении этого срока проводит конкурс на право заключения договора аренды объектов теплоснабжения, находящихся в государственной или муниципальной собственности, на условиях, определенных конкурсной документацией, направленной единой теплоснабжающей организации, в порядке, установленном настоящим Федеральным законом</w:t>
      </w:r>
    </w:p>
    <w:p>
      <w:r>
        <w:rPr>
          <w:b/>
        </w:rPr>
        <w:t xml:space="preserve">4. </w:t>
      </w:r>
      <w:r>
        <w:t>Банковская гарантия, обеспечивающая исполнение обязательств арендатора перед арендодателем по договору аренды объектов теплоснабжения, находящихся в государственной или муниципальной собственности, предусмотренная конкурсной документацией и обязательная для представления единой теплоснабжающей организацией, должна быть предоставлена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
        <w:rPr>
          <w:b/>
        </w:rPr>
        <w:t xml:space="preserve">5. </w:t>
      </w:r>
      <w:r>
        <w:t>Требования, предусмотренные частями 23 - 33 статьи 281 настоящего Федерального закона, для организатора и победителя конкурса в случае заключения договора аренды объектов теплоснабжения, находящихся в государственной или муниципальной собственности, с единой теплоснабжающей организацией без проведения конкурса являются обязательными для исполнения единой теплоснабжающей организацией и органом, уполномоченным на передачу прав владения и (или) пользования указанными объектами теплоснабжения. (Дополнение статьей - Федеральный закон от 29.07.2017 № 279-ФЗ)</w:t>
      </w:r>
    </w:p>
    <w:p>
      <w:r>
        <w:rPr>
          <w:b/>
        </w:rPr>
        <w:t xml:space="preserve">4. </w:t>
      </w:r>
      <w:r>
        <w:t>банковская гарантия должна быть безотзывной и непередаваемой</w:t>
      </w:r>
    </w:p>
    <w:p>
      <w:r>
        <w:rPr>
          <w:b/>
        </w:rPr>
        <w:t xml:space="preserve">4. </w:t>
      </w:r>
      <w:r>
        <w:t>срок действия банковской гарантии должен составлять не менее чем один год с даты окончания определенного в извещении, указанном в части 2 настоящей статьи, срока дачи ответа единой теплоснабжающей организации на заключение договора аренды объектов теплоснабжения, находящихся в государственной или муниципальной собственности</w:t>
      </w:r>
    </w:p>
    <w:p>
      <w:r>
        <w:rPr>
          <w:b/>
        </w:rPr>
        <w:t xml:space="preserve">4. </w:t>
      </w:r>
      <w:r>
        <w:t>сумма, на которую выдана банковская гарантия, должна быть не менее чем сумма, установленная конкурсной документацией, направленной в соответствии с частью 2 настоящей статьи единой теплоснабжающей организации</w:t>
      </w:r>
    </w:p>
    <w:p>
      <w:r>
        <w:rPr>
          <w:b/>
        </w:rPr>
        <w:t xml:space="preserve">4. </w:t>
      </w:r>
      <w:r>
        <w:t>обязательства принципала, надлежащее исполнение которых обеспечивается банковской гарантией, должны соответствовать обязательствам арендатора, которые установлены конкурсной документацией, направленной в соответствии с частью 2 настоящей статьи единой теплоснабжающей организации</w:t>
      </w:r>
    </w:p>
    <w:p>
      <w:pPr>
        <w:pStyle w:val="Heading3"/>
      </w:pPr>
      <w:r>
        <w:t>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 а также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Статья 286.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закрепленных на праве хозяйственного ведения за государственными или муниципальными унитарными предприятиями либо на праве оперативного управления за казенными предприятиями</w:t>
      </w:r>
    </w:p>
    <w:p>
      <w:r>
        <w:rPr>
          <w:b/>
        </w:rPr>
        <w:t xml:space="preserve">1. </w:t>
      </w:r>
      <w:r>
        <w:t>Государственная регистрация ограничений (обременений) права собственности на отчуждаемые в соответствии со статьей 191 Федерального закона от 14 ноября 2002 года № 161-ФЗ "О государственных и муниципальных унитарных предприятиях" государственными или муниципальными унитарными предприятиями, казенными предприятиями закрепленные за ними соответственно на праве хозяйственного ведения, на праве оперативного управления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Контроль за исполнением условий инвестиционных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в соответствии с настоящим Федеральным законом и установленным нормативными правовыми актами Российской Федерации в сфере теплоснабжения порядком осуществления контроля за выполнением инвестиционных программ организаций, осуществляющих регулируемые виды деятельности в сфере теплоснабжения (за исключением таких инвестиционных программ, утвержденных в соответствии с законодательством Российской Федерации об электроэнергетике), а также в соответствии с порядком утверждения инвестиционных программ субъектов электроэнергетики и порядком осуществления контроля за выполнением этих инвестиционных программ, которые установлены нормативными правовыми актами Российской Федерации в сфере электроэнергетики, органами исполнительной власти субъектов Российской Федерации, уполномоченными на осуществление контроля за выполнением инвестиционных программ субъектов электроэнергетики</w:t>
      </w:r>
    </w:p>
    <w:p>
      <w:r>
        <w:rPr>
          <w:b/>
        </w:rPr>
        <w:t xml:space="preserve">3. </w:t>
      </w:r>
      <w:r>
        <w:t>Контроль за исполнением условий эксплуатационных обязательств, предусмотренных Федеральным законом от 14 ноября 2002 года № 161-ФЗ "О государственных и муниципальных унитарных предприятиях", в отношении отчуждаемых государственными или муниципальными унитарными предприятиями, казенными предприятиями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осуществляется органами государственной власти, органами местного самоуправления, осуществляющими полномочия собственника отчуждаемого государственного или муниципального имущества, либо иными органами государственной власти, органами местного самоуправления, уполномоченными в установленном порядке. Порядок осуществления контроля за исполнением условий эксплуатационных обязательств устанавливается органами государственной власти, органами местного самоуправления самостоятельно</w:t>
      </w:r>
    </w:p>
    <w:p>
      <w:r>
        <w:rPr>
          <w:b/>
        </w:rPr>
        <w:t xml:space="preserve">4. </w:t>
      </w:r>
      <w:r>
        <w:t>В случае существенного нарушения инвестиционного обязательства и (или) эксплуатационного обязательства, предусмотренных Федеральным законом от 14 ноября 2002 года № 161-ФЗ "О государственных и муниципальных унитарных предприятиях",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r>
        <w:rPr>
          <w:b/>
        </w:rPr>
        <w:t>Статья 287. Особенности исполнения договоров, предусматривающих отчуждение источников тепловой энергии, тепловых сетей, открытых централизованных систем горячего водоснабжения и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
        <w:rPr>
          <w:b/>
        </w:rPr>
        <w:t xml:space="preserve">1. </w:t>
      </w:r>
      <w:r>
        <w:t>Государственная регистрация ограничений (обременений) права собственности на отчуждаемые в соответствии с частью 2 статьи 172 Федерального закона от 26 июля 2006 года № 135-ФЗ "О защите конкуренции"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дочерними хозяйственными обществами, в уставном капитале которых им принадлежит более пятидесяти процентов,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являющиеся недвижимым имуществом, в виде инвестиционных обязательств и эксплуатационных обязательств, предусмотренных указанным Федеральным законом, осуществляется одновременно с государственной регистрацией права собственности на данное имущество</w:t>
      </w:r>
    </w:p>
    <w:p>
      <w:r>
        <w:rPr>
          <w:b/>
        </w:rPr>
        <w:t xml:space="preserve">2. </w:t>
      </w:r>
      <w:r>
        <w:t>В случае существенного нарушения инвестиционного обязательства и (или) эксплуатационного обязательства, предусмотренных Федеральным законом от 26 июля 2006 года № 135-ФЗ "О защите конкуренции", собственником и (или) законным владельцем указанного в части 1 настоящей статьи имущества орган государственной власти Российской Федерации, орган государственной власти субъекта Российской Федерации или орган местного самоуправления, осуществляющие полномочия по организации теплоснабжения на территориях, на которых расположены соответствующие источники тепловой энергии, в том числе функционирующие в режиме комбинированной выработки электрической и тепловой энергии, тепловые сети, открытые централизованные системы горячего водоснабжения и отдельные объекты таких систем, вправе обратиться в суд с иском об изъятии посредством выкупа имущества, которое указано в части 1 настоящей статьи и стоимость которого определяется по результатам проведения оценки такого имущества в соответствии с Федеральным законом от 29 июля 1998 года № 135-ФЗ "Об оценочной деятельности в Российской Федерации", за вычетом убытков, причиненных потребителям вследствие существенного нарушения инвестиционного обязательства и (или) эксплуатационного обязательства</w:t>
      </w:r>
    </w:p>
    <w:p>
      <w:pPr>
        <w:pStyle w:val="Heading3"/>
      </w:pPr>
      <w:r>
        <w:t>Заключительные положения</w:t>
      </w:r>
    </w:p>
    <w:p>
      <w:r>
        <w:rPr>
          <w:b/>
        </w:rPr>
        <w:t>Статья 29. Заключительные положения</w:t>
      </w:r>
    </w:p>
    <w:p>
      <w:r>
        <w:rPr>
          <w:b/>
        </w:rPr>
        <w:t xml:space="preserve">1. </w:t>
      </w:r>
      <w:r>
        <w:t>Нормативные правовые акты, указанные в части 1 статьи 4 настоящего Федерального закона, утверждаются в течение четырех месяцев после дня официального опубликования настоящего Федерального закона</w:t>
      </w:r>
    </w:p>
    <w:p>
      <w:r>
        <w:rPr>
          <w:b/>
        </w:rPr>
        <w:t xml:space="preserve">2. </w:t>
      </w:r>
      <w:r>
        <w:t>Нормативные правовые акты, указанные в части 2 статьи 4 настоящего Федерального закона, утверждаются в течение пяти месяцев после дня официального опубликования настоящего Федерального закона</w:t>
      </w:r>
    </w:p>
    <w:p>
      <w:r>
        <w:rPr>
          <w:b/>
        </w:rPr>
        <w:t xml:space="preserve">3. </w:t>
      </w:r>
      <w:r>
        <w:t>Утверждение схем теплоснабжения поселений, городских округов уполномоченными в соответствии с настоящим Федеральным законом органами должно быть осуществлено до 31 декабря 2011 года. Утверждение схем теплоснабжения муниципальных округов уполномоченными в соответствии с настоящим Федеральным законом органами должно быть осуществлено до 1 января 2026 года, за исключением схем теплоснабжения муниципальных округов, отнесенных к ценовой зоне теплоснабжения полностью или в части отдельных территорий муниципального округа. (В редакции Федерального закона от 26.02.2024 № 34-ФЗ)</w:t>
      </w:r>
    </w:p>
    <w:p>
      <w:r>
        <w:rPr>
          <w:b/>
        </w:rPr>
        <w:t xml:space="preserve">4. </w:t>
      </w:r>
      <w:r>
        <w:t>Определение в соответствии с настоящим Федеральным законом единой теплоснабжающей организации и зоны ее деятельности должно быть осуществлено уполномоченными в соответствии с настоящим Федеральным законом органами в схеме теплоснабжения не ранее даты установления тарифов в соответствии с частью 4 статьи 11 настоящего Федерального закона, но не позднее 31 декабря 2011 года</w:t>
      </w:r>
    </w:p>
    <w:p>
      <w:r>
        <w:rPr>
          <w:b/>
        </w:rPr>
        <w:t xml:space="preserve">5. </w:t>
      </w:r>
      <w:r>
        <w:t>Регулируемые надбавки к тарифам на тепловую энергию (мощность), надбавки к тарифам на товары, услуги организаций коммунального комплекса в сфере теплоснабжения, установленные в соответствии с Федеральным законом от 30 декабря 2004 года №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окончания периода, на который они установлены</w:t>
      </w:r>
    </w:p>
    <w:p>
      <w:r>
        <w:rPr>
          <w:b/>
        </w:rPr>
        <w:t xml:space="preserve">6. </w:t>
      </w:r>
      <w:r>
        <w:t>Регулируемые тарифы на подключение (технологическое присоединение) к системам коммунальной инфраструктуры в сфере теплоснабжения, тарифы организаций коммунального комплекса на подключение (технологическое присоединение) к сетям инженерно-технического обеспечения в сфере теплоснабжения, установленные в соответствии с Федеральным законом от 30 декабря 2004 года № 210-ФЗ "Об основах регулирования тарифов организаций коммунального комплекса" до дня вступления в силу настоящего Федерального закона, сохраняют свое действие до 31 декабря 2010 года. (В редакции Федерального закона от 30.12.2012 № 318-ФЗ)</w:t>
      </w:r>
    </w:p>
    <w:p>
      <w:r>
        <w:rPr>
          <w:b/>
        </w:rPr>
        <w:t xml:space="preserve">61. </w:t>
      </w:r>
      <w:r>
        <w:t>Положения об условиях заключения долгосрочных договоров теплоснабжения, предусмотренные частями 9 и 10 статьи 10 настоящего Федерального закона, и предусмотренное частью 9 статьи 23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теплоносителя, определением и применением по соглашению сторон этих договоров цен на товары в сфере теплоснабжения, указанных в частях 21 - 23 статьи 8 настоящего Федерального закона. (Дополнение частью - Федеральный закон от 01.12.2014 № 404-ФЗ)</w:t>
      </w:r>
    </w:p>
    <w:p>
      <w:r>
        <w:rPr>
          <w:b/>
        </w:rPr>
        <w:t xml:space="preserve">7. </w:t>
      </w:r>
      <w:r>
        <w:t>Решения органов исполнительной власти субъектов Российской Федерации в области государственного регулирования цен (тарифов) об установлении тарифов на тепловую энергию на 2011 год должны соответствовать утвержденным федеральным органом исполнительной власти в области государственного регулирования тарифов в сфере теплоснабжения в соответствии с Федеральным законом от 14 апреля 1995 года № 41-ФЗ "О государственном регулировании тарифов на электрическую и тепловую энергию в Российской Федерации" предельным (минимальным и (или) максимальным) уровням тарифов на тепловую энергию на 2011 год</w:t>
      </w:r>
    </w:p>
    <w:p>
      <w:r>
        <w:rPr>
          <w:b/>
        </w:rPr>
        <w:t xml:space="preserve">71. </w:t>
      </w:r>
      <w:r>
        <w:t>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муниципальных округах, городских округах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за исключением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договор аренды объектов теплоснабжения, находящихся в государственной или муниципальной собственности (концессионное соглашение), заключенный с теплоснабжающими организациями, которым не присвоен статус единой теплоснабжающей организации, и теплосетевыми организациями, действуют до окончания переходного периода. (Дополнение частью - Федеральный закон от 29.07.2017 № 279-ФЗ) (В редакции Федерального закона от 26.02.2024 № 34-ФЗ)</w:t>
      </w:r>
    </w:p>
    <w:p>
      <w:r>
        <w:rPr>
          <w:b/>
        </w:rPr>
        <w:t xml:space="preserve">72. </w:t>
      </w:r>
      <w:r>
        <w:t>Предельный уровень цены на тепловую энергию (мощность), определяемый впервые после отнесения поселения, муниципального округа, городского округа к ценовой зоне теплоснабжения, утверждается исполнительным органом субъекта Российской Федерации в области государственного регулирования цен (тарифов) после принятия органом, уполномоченным в соответствии с настоящим Федеральным законом на утверждение схемы теплоснабжения, решения о ее актуализации в соответствии с частью 5 статьи 2313 настоящего Федерального закона и заключения исполнительно-распорядительным органом муниципального образования и единой теплоснабжающей организацией соглашения об исполнении схемы теплоснабжения в соответствии с частью 15 статьи 2313 настоящего Федерального закона. Указанный предельный уровень цены на тепловую энергию (мощность) утверждается в течение двух месяцев со дня заключения такого соглашения об исполнении схемы теплоснабжения. (Дополнение частью - Федеральный закон от 29.07.2017 № 279-ФЗ) (В редакции федеральных законов от 26.02.2024 № 34-ФЗ, от 08.08.2024 № 232-ФЗ)</w:t>
      </w:r>
    </w:p>
    <w:p>
      <w:r>
        <w:rPr>
          <w:b/>
        </w:rPr>
        <w:t xml:space="preserve">73. </w:t>
      </w:r>
      <w:r>
        <w:t>В случае преобразования и (или) изменения границ поселения, муниципального округа, городского округа, отнесенных к ценовым зонам теплоснабжения, на территории, соответствующей ценовой зоне теплоснабжения, сохраняются особенности правового регулирования ценовой зоны теплоснабжения, установленные главой 51 настоящего Федерального закона. (Дополнение частью - Федеральный закон от 26.02.2024 № 34-ФЗ)</w:t>
      </w:r>
    </w:p>
    <w:p>
      <w:r>
        <w:rPr>
          <w:b/>
        </w:rPr>
        <w:t xml:space="preserve">74. </w:t>
      </w:r>
      <w:r>
        <w:t>В случае, если в результате объединения (присоединения) муниципального образования (отдельной территории, входящей в состав муниципального образования), не отнесенного к ценовой зоне теплоснабжения, с поселением, муниципальным округом, городским округом, отнесенными к ценовой зоне теплоснабжения, изменения границ поселения, муниципального округа, городского округа, отнесенных к ценовой зоне теплоснабжения, за счет территорий отдельных населенных пунктов, входящих в состав поселения, муниципального округа, городского округа, не отнесенных к ценовой зоне теплоснабжения, суммарная установленная мощность источников тепловой энергии на территории, соответствующей ценовой зоне теплоснабжения, составляет пятьдесят и более процентов общей суммарной установленной мощности источников тепловой энергии на всей территории преобразованного муниципального образования (муниципального образования в измененных границах), то территория, ранее не относившаяся к ценовой зоне теплоснабжения, также относится к ценовой зоне теплоснабжения со дня образования новых поселения, муниципального округа, городского округа или изменения границ поселения, муниципального округа, городского округа, установленных законом субъекта Российской Федерации, предусматривающим соответствующее решение об объединении (о присоединении) муниципального образования (муниципальных образований), изменении границ поселения, муниципального округа, городского округа. В иных случаях территория, ранее не относившаяся к ценовой зоне теплоснабжения, относится к ценовой зоне теплоснабжения в порядке, установленном статьей 233 настоящего Федерального закона. (Дополнение частью - Федеральный закон от 26.02.2024 № 34-ФЗ)</w:t>
      </w:r>
    </w:p>
    <w:p>
      <w:r>
        <w:rPr>
          <w:b/>
        </w:rPr>
        <w:t xml:space="preserve">75. </w:t>
      </w:r>
      <w:r>
        <w:t>Со дня отнесения территории, ранее не относившейся к ценовой зоне теплоснабжения, к ценовой зоне теплоснабжения в соответствии с порядком, предусмотренным частью 74 настоящей статьи, на указанной территории начинается переходный период, продолжительность которого определяется в соответствии с пунктом 34 статьи 2 настоящего Федерального закона и в течение которого должны быть выполнены все мероприятия, установленные настоящим Федеральным законом для переходного периода. (Дополнение частью - Федеральный закон от 26.02.2024 № 34-ФЗ)</w:t>
      </w:r>
    </w:p>
    <w:p>
      <w:r>
        <w:rPr>
          <w:b/>
        </w:rPr>
        <w:t xml:space="preserve">8. </w:t>
      </w:r>
      <w:r>
        <w:t>С 1 января 2013 года подключение (технологическое присоединение)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 (Дополнение частью - Федеральный закон от 07.12.2011 № 417-ФЗ)</w:t>
      </w:r>
    </w:p>
    <w:p>
      <w:r>
        <w:rPr>
          <w:b/>
        </w:rPr>
        <w:t xml:space="preserve">9. </w:t>
      </w:r>
      <w:r>
        <w:t>(Дополнение частью - Федеральный закон от 07.12.2011 № 417-ФЗ) (Утратила силу - Федеральный закон от 30.12.2021 № 438-ФЗ)</w:t>
      </w:r>
    </w:p>
    <w:p>
      <w:r>
        <w:rPr>
          <w:b/>
        </w:rPr>
        <w:t xml:space="preserve">10. </w:t>
      </w:r>
      <w:r>
        <w:t>В случае необеспечения критериев надежности теплоснабжения потребителей, установленных Правительством Российской Федерации, теплоснабжающие организации, теплосетевые организации обеспечивают достижение выполнения таких критериев в сроки, соответствующие срокам выполнения мероприятий, обеспечивающих повышение надежности теплоснабжения, в том числе мероприятий по резервированию систем теплоснабжения, предусмотренных схемами теплоснабжения или инвестиционными программами теплоснабжающей организации или теплосетевой организации, финансирование реализации которых предусмотрено за счет учтенных при установлении цен (тарифов) в сфере теплоснабжения собственных средств регулируемой организации, бюджетных кредитов, а также средств бюджетов субъектов Российской Федерации в случае, если по итогам анализа и оценки систем теплоснабжения поселений, муниципальных округов, городских округов, осуществляемых субъектами Российской Федерации в рамках определения системы мер по обеспечению надежности систем теплоснабжения поселений, муниципальных округов, городских округов, в порядке, установленном правилами организации теплоснабжения, резервируемые системы теплоснабжения соответствующего муниципального образования признаны малонадежными и (или) ненадежными. (Дополнение частью - Федеральный закон от 08.08.2024 № 311-ФЗ)</w:t>
      </w:r>
    </w:p>
    <w:p>
      <w:r>
        <w:rPr>
          <w:b/>
        </w:rPr>
        <w:t>Статья 291. Особенности правового регулирования отношений в сфере теплоснабжения в 2022 и 2023 годах</w:t>
      </w:r>
    </w:p>
    <w:p>
      <w:r>
        <w:rPr>
          <w:b/>
        </w:rPr>
        <w:t xml:space="preserve">1. </w:t>
      </w:r>
      <w:r>
        <w:t>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тепловой энергии (мощности) и (или) теплоносителя, поставляемых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w:t>
      </w:r>
    </w:p>
    <w:p>
      <w:r>
        <w:rPr>
          <w:b/>
        </w:rPr>
        <w:t xml:space="preserve">2. </w:t>
      </w:r>
      <w:r>
        <w:t>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тепловой энергии (мощности) и (или) теплоносителя вместо ставки рефинансирования Центрального банка Российской Федерации, применяемой в соответствии с частями 91 - 93 статьи 15 настоящего Федерального закона, начиная с 28 февраля 2022 года применяется величина, определенная в порядке, установленном Правительством Российской Федерации</w:t>
      </w:r>
    </w:p>
    <w:p>
      <w:r>
        <w:rPr>
          <w:b/>
        </w:rPr>
        <w:t xml:space="preserve">3. </w:t>
      </w:r>
      <w:r>
        <w:t>Правительство Российской Федерации в 2022 и 2023 годах вправе принимать решения, предусматривающие</w:t>
      </w:r>
    </w:p>
    <w:p>
      <w:r>
        <w:rPr>
          <w:b/>
        </w:rPr>
        <w:t xml:space="preserve">3. </w:t>
      </w:r>
      <w:r>
        <w:t>неприменение в 2022 и 2023 годах положений части 41 статьи 23 настоящего Федерального закона (в том числе для целей, указанных в части 42 статьи 23 настоящего Федерального закона) о непревышении объема финансовых потребностей, необходимых для реализации инвестиционных программ,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укрупненными нормативами цены строительства различных видов объектов капитального строительства непроизводственного назначения и объектов инженерной инфраструктуры</w:t>
      </w:r>
    </w:p>
    <w:p>
      <w:r>
        <w:rPr>
          <w:b/>
        </w:rPr>
        <w:t xml:space="preserve">3. </w:t>
      </w:r>
      <w:r>
        <w:t>установление особенностей определения объема финансовых потребностей, необходимых для реализации инвестиционных программ. (Дополнение статьей - Федеральный закон от 01.05.2022 № 127-ФЗ)</w:t>
      </w:r>
    </w:p>
    <w:p>
      <w:r>
        <w:rPr>
          <w:b/>
        </w:rPr>
        <w:t>Статья 30.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части 1, пунктов 1 - 6, 8 и 9 части 2, частей 3, 5 - 8 статьи 7, статей 8, 10 - 12 и 14 настоящего Федерального закона</w:t>
      </w:r>
    </w:p>
    <w:p>
      <w:r>
        <w:rPr>
          <w:b/>
        </w:rPr>
        <w:t xml:space="preserve">2. </w:t>
      </w:r>
      <w:r>
        <w:t>Часть 1, пункты 1 - 6, 8 и 9 части 2, части 3, 5 - 8 статьи 7, статьи 8, 10 - 12 и 14 настоящего Федерального закона вступают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