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22 Закона Российской Федерации от 2 июля 1992 года №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№ 33, ст. 1913; Собрание законодательства Российской Федерации, 2004, № 35, ст. 3607) следующие изменения</w:t>
      </w:r>
    </w:p>
    <w:p>
      <w:r>
        <w:t>наименование изложить в следующей редакции: "Статья 22. Гарантии медицинским и иным работникам, участвующим в оказании психиатрической помощи"</w:t>
      </w:r>
    </w:p>
    <w:p>
      <w:r>
        <w:t>часть первую изложить в следующей редакции: "(1) Медицинские и иные работники, участвующие в оказании психиатрической помощи, имеют право на сокращенную продолжительность рабочего времени, ежегодный дополнительный оплачиваемый отпуск за работу с вредными и (или) опасными условиями труда в соответствии с законодательством Российской Федерации. Продолжительность рабочего времени и ежегодного дополнительного оплачиваемого отпуска медицинских работников, участвующих в оказании психиатрической помощи, определяется Правительством Российской Федерации. Размеры повышения оплаты труда за работу с вредными и (или) опасными условиями труда участвующим в оказании психиатрической помощи медицинским работникам федеральных бюджетных учреждений, медицинским работникам из числа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устанавливаются в порядке, определяемом Правительством Российской Федерации, а медицинским работникам бюджетных учреждений субъектов Российской Федерации - в порядке, определяемом органами исполнительной власти субъектов Российской Федерации. Установление сокращенной продолжительности рабочего времени, повышенного размера оплаты труда и предоставление ежегодного дополнительного оплачиваемого отпуска за работу с вредными и (или) опасными условиями труда участвующим в оказании психиатрической помощи иным работникам федеральных бюджетных учреждений, бюджетных учреждений субъектов Российской Федерации, а также иным работникам из числа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осуществляются по результатам аттестации рабочих мест по условиям труда."</w:t>
      </w:r>
    </w:p>
    <w:p>
      <w:r>
        <w:t>в абзаце первом части второй слова "Врачи-психиатры, иные специалисты, медицинский и другой персонал учреждений здравоохранения" заменить словами "Медицинские и иные работники"</w:t>
      </w:r>
    </w:p>
    <w:p>
      <w:r>
        <w:rPr>
          <w:b/>
        </w:rPr>
        <w:t>Статья 2</w:t>
      </w:r>
    </w:p>
    <w:p>
      <w:r>
        <w:t>Внести в статью 22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 (Собрание законодательства Российской Федерации, 1995, № 14, ст. 1212; 2004, № 35, ст. 3607) следующие изменения</w:t>
      </w:r>
    </w:p>
    <w:p>
      <w:r>
        <w:t>наименование изложить в следующей редакции: "Статья 22. Гарантии медицинским и иным работникам, осуществляющим диагностику и лечение ВИЧ-инфицированных, а также лицам, работа которых связана с материалами, содержащими вирус иммунодефицита человека"</w:t>
      </w:r>
    </w:p>
    <w:p>
      <w:r>
        <w:t>пункт 1 изложить в следующей редакции: "1. Медицинские и иные работники, осуществляющие диагностику и лечение ВИЧ-инфицированных, а также лица, работа которых связана с материалами, содержащими вирус иммунодефицита человека, имеют право на сокращенную продолжительность рабочего времени, ежегодный дополнительный оплачиваемый отпуск за работу с вредными и (или) опасными условиями труда в соответствии с законодательством Российской Федерации. Продолжительность рабочего времени и ежегодного дополнительного оплачиваемого отпуска медицинских работников, осуществляющих диагностику и лечение ВИЧ-инфицированных, а также лиц, работа которых связана с материалами, содержащими вирус иммунодефицита человека, определяется Правительством Российской Федерации. Размеры повышения оплаты труда за работу с вредными и (или) опасными условиями труда 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человека, работающим в федеральных бюджетных учреждениях, медицинским работникам и указанным лицам, выполняющим аналогичные функции, из числа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устанавливаются в порядке, определяемом Правительством Российской Федерации, а медицинским работникам и указанным лицам, работающим в бюджетных учреждениях субъектов Российской Федерации, - в порядке, определяемом органами исполнительной власти субъектов Российской Федерации. Установление сокращенной продолжительности рабочего времени, повышенного размера оплаты труда и предоставление ежегодного дополнительного оплачиваемого отпуска за работу с вредными и (или) опасными условиями труда осуществляющим диагностику и лечение ВИЧ-инфицированных иным работникам федеральных бюджетных учреждений, бюджетных учреждений субъектов Российской Федерации, а также иным работникам из числа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осуществляются по результатам аттестации рабочих мест по условиям труда."</w:t>
      </w:r>
    </w:p>
    <w:p>
      <w:r>
        <w:t>в абзаце первом пункта 2 слова "Работники предприятий, учреждений и организаций государственной системы здравоохранения" заменить словами "Медицинские и иные работники"</w:t>
      </w:r>
    </w:p>
    <w:p>
      <w:r>
        <w:rPr>
          <w:b/>
        </w:rPr>
        <w:t>Статья 3</w:t>
      </w:r>
    </w:p>
    <w:p>
      <w:r>
        <w:t>Внести в статью 15 Федерального закона от 18 июня 2001 года № 77-ФЗ "О предупреждении распространения туберкулеза в Российской Федерации" (Собрание законодательства Российской Федерации, 2001, № 26, ст. 2581; 2004, № 35, ст. 3607) следующие изменения</w:t>
      </w:r>
    </w:p>
    <w:p>
      <w:r>
        <w:t>наименование изложить в следующей редакции: "Статья 15. Гарантии медицинским, ветеринарным и иным работникам, непосредственно участвующим в оказании противотуберкулезной помощи"</w:t>
      </w:r>
    </w:p>
    <w:p>
      <w:r>
        <w:t>пункт 1 изложить в следующей редакции: "1. Медицинские, ветеринарные и иные работники, непосредственно участвующие в оказании противотуберкулезной помощи, а также работники организаций по производству и хранению продуктов животноводства, обслуживающие больных туберкулезом сельскохозяйственных животных, имеют право на сокращенную продолжительность рабочего времени, ежегодный дополнительный оплачиваемый отпуск за работу с вредными и (или) опасными условиями труда в соответствии с законодательством Российской Федерации. Продолжительность рабочего времени и ежегодного дополнительного оплачиваемого отпуска медицинских работников, непосредственно участвующих в оказании противотуберкулезной помощи, определяется Правительством Российской Федерации. Размеры повышения оплаты труда за работу с вредными и (или) опасными условиями труда непосредственно участвующим в оказании противотуберкулезной помощи медицинским работникам федеральных бюджетных учреждений, медицинским работникам из числа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устанавливаются в порядке, определяемом Правительством Российской Федерации, а медицинским работникам бюджетных учреждений субъектов Российской Федерации - в порядке, определяемом органами исполнительной власти субъектов Российской Федерации. Установление сокращенной продолжительности рабочего времени, повышенного размера оплаты труда и предоставление ежегодного дополнительного оплачиваемого отпуска за работу с вредными и (или) опасными условиями труда непосредственно участвующим в оказании больным туберкулезом противотуберкулезной помощи иным работникам федеральных бюджетных учреждений, бюджетных учреждений субъектов Российской Федерации, а также иным работникам из числа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осуществляются по результатам аттестации рабочих мест по условиям труда. Продолжительность рабочего времени, ежегодного дополнительного оплачиваемого отпуска и повышенный размер оплаты труда за работу с вредными и (или) опасными условиями труда ветеринарным и иным работникам, непосредственно участвующим в оказании противотуберкулезной помощи, а также работникам организаций по производству и хранению продуктов животноводства, обслуживающим больных туберкулезом сельскохозяйственных животных, устанавливаются в порядке, определяемом Правительством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