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судебных приставах" и статью 64 Федерального закона "Об исполнительном производстве" по вопросам предоставления судебным приставам персональных данных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118-ФЗ "О судебных приставах" (Собрание законодательства Российской Федерации, 1997, № 30, ст. 3590; 2000, № 46, ст. 4537; 2004, № 27, ст. 2711; № 35, ст. 3607; 2009, № 29, ст. 3631) следующие изменения</w:t>
      </w:r>
    </w:p>
    <w:p>
      <w:r>
        <w:t>пункт 2 статьи 4 дополнить словами ", другую конфиденциальную информацию"</w:t>
      </w:r>
    </w:p>
    <w:p>
      <w:r>
        <w:t>в статье 12: а) пункт 1 дополнить абзацем следующего содержания: "получает и обрабатывает персональные данные при условии, что они необходимы для своевременного, полного и правильного исполнения исполнительных документов, в объеме, необходимом для этого."; б) абзац второй пункта 2 после слова "информацию," дополнить словами "в том числе персональные данные,"</w:t>
      </w:r>
    </w:p>
    <w:p>
      <w:r>
        <w:t>пункт 2 статьи 14 после слова "Информация" дополнить словами ", в том числе персональные данные,"</w:t>
      </w:r>
    </w:p>
    <w:p>
      <w:r>
        <w:rPr>
          <w:b/>
        </w:rPr>
        <w:t>Статья 2</w:t>
      </w:r>
    </w:p>
    <w:p>
      <w:r>
        <w:t>Внести в статью 64 Федерального закона от 2 октября 2007 года № 229-ФЗ "Об исполнительном производстве" (Собрание законодательства Российской Федерации, 2007, № 41, ст. 4849) следующие изменения</w:t>
      </w:r>
    </w:p>
    <w:p>
      <w:r>
        <w:t>пункт 2 части 1 после слова "сведения" дополнить словами ", в том числе персональные данные,"</w:t>
      </w:r>
    </w:p>
    <w:p>
      <w:r>
        <w:t>дополнить частью 3 следующего содержания: "3. Полученные судебным приставом-исполнителем в ходе принудительного исполнения судебных актов,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требований, установленных Федеральным законом от 27 июля 2006 года № 152-ФЗ "О персональных данных"."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