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2007, № 7, ст. 835; 2009, № 29, ст. 3625; 2010, № 7, ст. 705; № 15, ст. 1737; Российская газета, 2010, 2 июля) следующие изменения: 1) статью 2: а) дополнить подпунктом 131 следующего содержания: "131) оператор обязательных общедоступных телеканалов и (или) радиоканалов - оператор связи, который на основании договора с абонентом оказывает услуги связи для целей телевизионного вещания и (или) радиовещания (за исключением услуг связи для целей проводного радиовещания) и в соответствии с настоящим Федеральным законом обязан осуществлять трансляцию обязательных общедоступных телеканалов и (или) радиоканалов, перечень которых определяется законодательством Российской Федерации о средствах массовой информации;"; б) дополнить подпунктом 281 следующего содержания: "281) телеканал, радиоканал - сформированная в соответствии с сеткой вещания и выходящая в свет (эфир) под постоянным наименованием и с установленной периодичностью совокупность теле-, радиопрограмм и (или) соответственно иных аудиовизуальных, звуковых сообщений и материалов;"; в) дополнить подпунктом 282 следующего содержания: "282) трансляция телеканалов и (или) радиоканалов - прием и доставка до пользовательского оборудования (оконечного оборудования) сигнала, посредством которого осуществляется распространение телеканалов и (или) радиоканалов, или прием и передача в эфир данного сигнала;"; 2) в пункте 2 статьи 13 слова "для распространения программ телевизионного вещания и радиовещания" заменить словами "для трансляции телеканалов и (или) радиоканалов"; 3) дополнить статьей 191 следующего содержания: "Статья 191. Особенности присоединения сетей связи операторов обязательных общедоступных телеканалов и (или) радиоканалов и их взаимодействия с сетями связи для трансляции телеканалов и (или) радиоканалов 1. Оператор обязательных общедоступных телеканалов и (или) радиоканалов вправе выбрать по своему усмотрению один из следующих способов приема сигнала, посредством которого осуществляется трансляция обязательных общедоступных телеканалов и (или) радиоканалов: прием сигнала, передаваемого радиоэлектронным средством оператора связи, осуществляющего эфирную трансляцию обязательных общедоступных телеканалов и (или) радиоканалов (далее - источник сигнала), без заключения договора о присоединении сетей связи для трансляции телеканалов и (или) радиоканалов; присоединение своей сети связи к сети связи для трансляции телеканалов и (или) радиоканалов другого оператора связи. Такое присоединение осуществляется в порядке, установленном настоящим Федеральным законом и принимаемыми в соответствии с ним иными нормативными правовыми актами Российской Федерации.</w:t>
      </w:r>
    </w:p>
    <w:p>
      <w:r>
        <w:rPr>
          <w:b/>
        </w:rPr>
        <w:t xml:space="preserve">2. </w:t>
      </w:r>
      <w:r>
        <w:t>Оператор обязательных общедоступных телеканалов и (или) радиоканалов до начала трансляции таких каналов обязан согласовать с лицом, осуществляющим в установленном порядке деятельность по телевизионному вещанию и (или) радиовещанию обязательного общедоступного телеканала и (или) радиоканала (далее - вещатель обязательного общедоступного телеканала и (или) радиоканала), в зависимости от выбранного способа приема сигнала: местонахождение источника сигнала в случае, указанном в абзаце втором пункта 1 настоящей статьи; местонахождение точки присоединения сетей связи для трансляции телеканалов и (или) радиоканалов в случае, указанном в абзаце третьем пункта 1 настоящей статьи. Для проведения такого согласования оператор обязательных общедоступных телеканалов и (или) радиоканалов (далее - оператор-заявитель) направляет каждому вещателю обязательного общедоступного телеканала и (или) радиоканала заявление в произвольной форме, в котором должны быть указаны: территория, на которой оператор-заявитель намерен осуществлять трансляцию обязательных общедоступных телеканалов и (или) радиоканалов; сведения об операторе связи и местонахождение его источника сигнала или сведения об операторе связи, к сети которого может быть осуществлено присоединение, и местонахождение точки присоединения сетей связи для трансляции телеканалов и (или) радиоканалов. Заявление может быть направлено любым способом, который позволяет подтвердить факт направления заявления</w:t>
      </w:r>
    </w:p>
    <w:p>
      <w:r>
        <w:rPr>
          <w:b/>
        </w:rPr>
        <w:t xml:space="preserve">3. </w:t>
      </w:r>
      <w:r>
        <w:t>В течение тридцати календарных дней со дня получения заявления оператора-заявителя вещатель обязательного общедоступного телеканала и (или) радиоканала обязан рассмотреть заявление оператора-заявителя о согласовании выбранного им местонахождения источника сигнала или точки присоединения сетей связи для трансляции телеканалов и (или) радиоканалов и направить оператору-заявителю извещение о таком согласовании либо об отказе в таком согласовании с указанием причины отказа. В извещении об отказе в таком согласовании вещатель обязательного общедоступного телеканала и (или) радиоканала обязан предложить оператору-заявителю иное доступное для оператора-заявителя местонахождение источника сигнала или точки присоединения сетей связи для трансляции телеканалов и (или) радиоканалов</w:t>
      </w:r>
    </w:p>
    <w:p>
      <w:r>
        <w:rPr>
          <w:b/>
        </w:rPr>
        <w:t xml:space="preserve">4. </w:t>
      </w:r>
      <w:r>
        <w:t>Вещатель обязательного общедоступного телеканала и (или) радиоканала вправе отказать в согласовании выбранного оператором-заявителем местонахождения источника сигнала или точки присоединения сетей связи для трансляции телеканалов и (или) радиоканалов только в случае, если посредством сигнала, принимаемого в указанной в заявлении точке присоединения или от указанного в заявлении источника сигнала, не обеспечивается трансляция обязательного общедоступного телеканала и (или) радиоканала, содержание которого предназначено для территории, на которой оператор-заявитель намерен осуществлять трансляцию такого телеканала и (или) радиоканала.";</w:t>
      </w:r>
    </w:p>
    <w:p>
      <w:r>
        <w:rPr>
          <w:b/>
        </w:rPr>
        <w:t xml:space="preserve">2. </w:t>
      </w:r>
      <w:r>
        <w:t>Операторов связи, осуществляющих эфирную наземную трансляцию общероссийских обязательных общедоступных телеканалов и (или) радиоканалов, определяет Президент Российской Федерации.";</w:t>
      </w:r>
    </w:p>
    <w:p>
      <w:r>
        <w:rPr>
          <w:b/>
        </w:rPr>
        <w:t xml:space="preserve">4. </w:t>
      </w:r>
      <w:r>
        <w:t>дополнить статьей 192 следующего содержания: "Статья 192. Эфирная наземная трансляция обязательных общедоступных телеканалов и (или) радиоканалов 1. Эфирную наземную трансляцию обязательных общедоступных телеканалов и (или) радиоканалов осуществляют операторы связи на основании договоров об оказании услуг связи для целей телевизионного вещания и (или) радиовещания, заключенных с вещателями обязательных общедоступных телеканалов и (или) радиоканалов с соблюдением положений статьи 28 настоящего Федерального закона</w:t>
      </w:r>
    </w:p>
    <w:p>
      <w:r>
        <w:rPr>
          <w:b/>
        </w:rPr>
        <w:t xml:space="preserve">2. </w:t>
      </w:r>
      <w:r>
        <w:t>в абзаце третьем пункта 5 статьи 22 слова "программ телевизионного вещания и радиовещания" заменить словами "сигналов телеканалов и (или) радиоканалов"</w:t>
      </w:r>
    </w:p>
    <w:p>
      <w:r>
        <w:rPr>
          <w:b/>
        </w:rPr>
        <w:t xml:space="preserve">2. </w:t>
      </w:r>
      <w:r>
        <w:t>пункт 1 статьи 29 дополнить абзацем следующего содержания: "В перечень лицензионных условий, вносимых в лицензии на осуществление деятельности в области оказания услуг связи для целей телевизионного вещания и (или) радиовещания (за исключением услуг связи для целей проводного радиовещания), если указанная деятельность осуществляется на основании договоров с абонентами, вне зависимости от используемых сетей связи включается условие о бесплатном осуществлении трансляции обязательных общедоступных телеканалов и (или) радиоканалов."</w:t>
      </w:r>
    </w:p>
    <w:p>
      <w:r>
        <w:rPr>
          <w:b/>
        </w:rPr>
        <w:t xml:space="preserve">2. </w:t>
      </w:r>
      <w:r>
        <w:t>абзац второй пункта 4 статьи 30 изложить в следующей редакции: "Для получения лицензии на оказание услуг связи для целей эфирного наземного телевизионного вещания и (или) радиовещания соискателем лицензии также предоставляется копия выданной в установленном порядке лицензии на телевизионное вещание и (или) радиовещание."</w:t>
      </w:r>
    </w:p>
    <w:p>
      <w:r>
        <w:rPr>
          <w:b/>
        </w:rPr>
        <w:t xml:space="preserve">2. </w:t>
      </w:r>
      <w:r>
        <w:t>пункт 4 статьи 31 после слов "с использованием радиочастот" дополнить словами "при оказании услуг связи"</w:t>
      </w:r>
    </w:p>
    <w:p>
      <w:r>
        <w:rPr>
          <w:b/>
        </w:rPr>
        <w:t xml:space="preserve">2. </w:t>
      </w:r>
      <w:r>
        <w:t>статью 46 дополнить пунктом 4 следующего содержания: "4. Оператор связи, который оказывает услуги связи для целей телевизионного вещания и (или) радиовещания (за исключением услуг связи для целей проводного радиовещания) на основании договора с абонентом, в соответствии с условиями полученной лицензии обязан осуществлять в эксплуатируемых им сетях связи трансляцию обязательных общедоступных телеканалов и (или) радиоканалов в неизменном виде за свой счет (без заключения договоров с вещателями обязательных общедоступных телеканалов и (или) радиоканалов и без взимания платы за прием и трансляцию таких каналов с абонентов и вещателей обязательных общедоступных телеканалов и (или) радиоканалов)."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Вплоть до прекращения аналогового вещания обязательных общедоступных телеканалов и (или) радиоканалов эфирная наземная аналоговая трансляция общероссийских обязательных общедоступных телеканалов и (или) радиоканалов обеспечивается оператором связи, определенным в соответствии с пунктом 2 статьи 192 Федерального закона от 7 июля 2003 года № 126-ФЗ "О связи" (в редакции настоящего Федерального закона), в том числе посредством привлечения им иных операторов связи, осуществляющих деятельность в области оказания услуг связи для целей эфирного телевизионного вещания и (или) радиовещания на основании соответствующих лицензий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