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"Технический регламент на молоко и молочную продукцию"</w:t>
      </w:r>
    </w:p>
    <w:p>
      <w:r>
        <w:rPr>
          <w:b/>
        </w:rPr>
        <w:t>Статья 1</w:t>
      </w:r>
    </w:p>
    <w:p>
      <w:r>
        <w:t>Внести в Федеральный закон от 12 июня 2008 года N 88-ФЗ "Технический регламент на молоко и молочную продукцию" (Собрание законодательства Российской Федерации, 2008, N 24, ст. 2801) следующие изменения: 1) часть 2 статьи 2 изложить в следующей редакции: "2. Перечень молока и молочной продукции, являющихся объектами технического регулирования настоящего Федерального закона, включает в себя: 1) сырое молоко, сырое обезжиренное молоко и сырые сливки; 2) молочную продукцию, в том числе: а) молочные продукты; б) молочные составные продукты; в) молокосодержащие продукты; г) продукты детского питания на молочной основе, молочные смеси (в том числе сухие молочные смеси), молочные напитки (в том числе сухие молочные напитки) для детей раннего возраста, молочные каши; д) побочные продукты переработки молока; 3) функционально необходимые компоненты."; 2) в статье 4: а) пункт 5 изложить в следующей редакции: "5) молокосодержащий продукт - пищевой продукт, произведенный из молока, и (или) молочных продуктов, и (или) побочных продуктов переработки молока и немолочных компонентов в соответствии с технологией, которой предусматривается замена молочного жира в количестве его массовой доли не более чем 50 процентов от жировой фазы исключительно заменителем молочного жира и допускается использование белка немолочного происхождения не в целях замены молочного белка, с массовой долей сухих веществ молока в сухих веществах готового продукта не менее чем 20 процентов;"; б) пункт 25 изложить в следующей редакции: "25) кисломолочный продукт - молочный продукт или молочный составной продукт, произведенные путем применения приводящего к снижению показателя активной кислотности (рН) и коагуляции белка сквашивания молока, и (или) молочных продуктов, и (или) их смесей с использованием заквасочных микроорганизмов, с добавлением не в целях замены составных частей молока немолочных компонентов (до или после сквашивания) или без добавления таких компонентов и содержащие живые заквасочные микроорганизмы в количестве, установленном в приложениях 4, 6, 8 и 12 к настоящему Федеральному закону;"; в) в пункте 26 слова "воды или без ее добавления" заменить словами "воды, соли или без их добавления"; г) в пункте 38 слово "рассыпчатый" исключить; д) пункт 70 изложить в следующей редакции: "70) пломбир - мороженое (молочный продукт или молочный составной продукт), массовая доля молочного жира в котором составляет от 12 до 24 процентов;"; е) пункт 72 изложить в следующей редакции: "72) мороженое с растительным жиром - мороженое (молокосодержащий продукт), массовая доля жира в котором составляет не более чем 12 процентов;"; ж) пункт 78 изложить в следующей редакции: "78) продукт переработки молока термизированный, пастеризованный, стерилизованный или ультрапастеризованный - продукт переработки молока, подвергнутый термической обработке и соответствующий требованиям настоящего Федерального закона к допустимому уровню содержания микроорганизмов в таком продукте;"; з) пункт 102 изложить в следующей редакции: "102) обезжиренный продукт переработки молока - продукт переработки молока, произведенный из обезжиренного молока, и (или) пахты, и (или) сыворотки, и (или) произведенных на их основе продуктов;"; и) дополнить пунктом 103 следующего содержания: "103) сырое обезжиренное молоко - обезжиренное молоко, не подвергавшееся термической обработке при температуре более чем 45 градусов Цельсия;"; к) дополнить пунктом 104 следующего содержания: "104) обогащенное молоко - питьевое молоко, в которое для повышения его пищевой ценности введены дополнительно, отдельно или в комплексе, такие вещества, как молочный белок, витамины, микро- и макроэлементы, пищевые волокна, полиненасыщенные жирные кислоты, фосфолипиды, пребиотики;"; л) дополнить пунктом 105 следующего содержания: "105) сгущенное с сахаром цельное молоко - концентрированный или сгущенный молочный продукт с сахаром, массовая доля сухих веществ молока в котором составляет не менее чем 28,5 процента, массовая доля белка в сухих обезжиренных веществах молока - не менее чем 34 процента и массовая доля жира - не менее чем 8,5 процента;"; м) дополнить пунктом 106 следующего содержания: "106) сгущенное с сахаром обезжиренное молоко - концентрированный или сгущенный молочный продукт с сахаром, массовая доля сухих веществ молока в котором составляет не менее чем 26 процентов, массовая доля белка в сухих обезжиренных веществах молока - не менее чем 34 процента и массовая доля жира - не более чем 1 процент;"; н) дополнить пунктом 107 следующего содержания: "107) сгущенные с сахаром сливки - концентрированный или сгущенный молочный продукт с сахаром, массовая доля сухих веществ молока в котором составляет не менее чем 37 процентов, массовая доля белка в сухих обезжиренных веществах молока - не менее чем 34 процента и массовая доля жира - не менее чем 19 процентов;"; о) дополнить пунктом 108 следующего содержания: "108) сухие сливки - сухой молочный продукт, массовая доля сухих веществ молока в котором составляет не менее чем 95 процентов, массовая доля белка в сухих обезжиренных веществах молока - не менее чем 34 процента и массовая доля жира - не менее чем 42 процента;"; п) дополнить пунктом 109 следующего содержания: "109) партия молочной продукции - совокупность единиц продукции, однородной по составу и качеству, имеющей одно и то же наименование, находящейся в однородной таре, произведенной одним и тем же изготовителем в соответствии с одним и тем же техническим документом на однотипном технологическом оборудовании и имеющей одну и ту же дату производства (за исключением партии молочной продукции, одновременно представленной для оценки при подтверждении ее соответствия требованиям настоящего Федерального закона). Под партией молочной продукции для целей подтверждения ее соответствия требованиям настоящего Федерального закона понимается совокупность единиц продукции, имеющей одно и то же наименование, произведенной одним и тем же изготовителем в одних и тех же условиях в соответствии с одним и тем же техническим документом и одновременно представленной для оценки при подтверждении ее соответствия."; 3) в статье 5: а) наименование изложить в следующей редакции: "Статья 5. Требования к безопасности сырого молока, сырого обезжиренного молока, сырых сливок"; б) часть 1 после слов "сырого молока" дополнить словами ", сырого обезжиренного молока"; в) часть 8 после слова "молока" дополнить словами ", сырого обезжиренного молока"; г) часть 9 после слова "молока" дополнить словами ", сырого обезжиренного молока"; д) часть 10 после слова "молока" дополнить словами ", сырого обезжиренного молока"; 4) в статье 6: а) наименование изложить в следующей редакции: "Статья 6. Требования к специальным технологическим процессам при производстве, хранении, перевозке, утилизации сырого молока, сырого обезжиренного молока и сырых сливок"; б) часть 1 изложить в следующей редакции: "1. Специальные технологические процессы, применяемые при производстве сырого молока, условия содержания, кормления, доения сельскохозяйственных животных, условия сбора, охлаждения, хранения сырого молока, сырого обезжиренного молока, сырых сливок должны соответствовать требованиям законодательства Российской Федерации о ветеринарии."; в) часть 3 изложить в следующей редакции: "3. Допускается хранение сырого молока, сырого обезжиренного молока (включая период хранения сырого молока, используемого для сепарирования) при температуре 4 градуса Цельсия плюс-минус 2 градуса Цельсия не более чем 36 часов с учетом времени перевозки, хранение сырых сливок при температуре не выше 8 градусов Цельсия не более чем 36 часов с учетом времени перевозки, за исключением хранения сырого молока, сырого обезжиренного молока (включая период хранения сырого молока, используемого для сепарирования), сырых сливок, предназначенных для производства продуктов детского питания на молочной основе (для детей раннего возраста), молочных смесей (в том числе сухих молочных смесей), молочных напитков (в том числе сухих молочных напитков), молочных каш, которые должны храниться при температуре 4 градуса Цельсия плюс-минус 2 градуса Цельсия не более чем 24 часа с учетом времени перевозки."; г) часть 4 изложить в следующей редакции: "4. Допускается предварительная термическая обработка, включая пастеризацию, сырого молока, сырого обезжиренного молока, сырых сливок изготовителем в случаях: 1) кислотности сырого молока, сырого обезжиренного молока от 19 градусов до 21 градуса Тернера, кислотности сырых сливок от 17 до 19 градусов Тернера; 2) хранения сырого молока, сырого обезжиренного молока, сырых сливок более чем 6 часов; 3) перевозки сырого молока, сырого обезжиренного молока, сырых сливок, продолжительность которой превышает допустимый период их хранения, но не более чем на 25 процентов."; д) часть 5 после слова "молока," дополнить словами "сырого обезжиренного молока, сырых сливок,"; е) часть 6 после слова "молока" дополнить словами ", сырого обезжиренного молока"; ж) часть 7 изложить в следующей редакции: "7. Во время перевозки охлажденных сырого молока, сырого обезжиренного молока, сырых сливок к месту переработки вплоть до начала их переработки температура таких продуктов не должна превышать 10 градусов Цельсия. Сырое молоко, сырое обезжиренное молоко и сырые сливки, не соответствующие установленным требованиям к их температуре, подлежат немедленной переработке."; з) часть 8 изложить в следующей редакции: "8. Перевозка сырого молока, сырого обезжиренного молока, сырых сливок осуществляется в емкостях с плотно закрывающимися крышками, изготовленных из материалов, разрешенных для контакта с молоком федеральным органом исполнительной власти, осуществляющим функции по контролю (надзору) в сфере обеспечения санитарно-эпидемиологического благополучия населения, защиты прав потребителей, и опломбированных. В транспортных средствах должно быть обеспечено поддержание температуры в соответствии с требованиями, предусмотренными настоящим Федеральным законом."; и) часть 9 изложить в следующей редакции: "9. Хранение и перевозка сырого молока, сырого обезжиренного молока и сырых сливок сопровождаются декларацией о соответствии и информацией, предусмотренной частями 23 и 24 статьи 36 настоящего Федерального закона."; к) часть 10 изложить в следующей редакции: "10. Хранение сырого молока, сырого обезжиренного молока, сырых сливок, а также молока, обезжиренного молока, сливок, подвергшихся предварительной термической обработке (включая пастеризацию) до начала их переработки, осуществляется изготовителем продуктов переработки молока в отдельных маркированных емкостях при температуре 4 градуса Цельсия плюс-минус 2 градуса Цельсия."; л) часть 11 после слова "молока" дополнить словами ", сырого обезжиренного молока"; 5) часть 7 статьи 7 изложить в следующей редакции: "7. Не допускается применение пищевых добавок и ароматизаторов, за исключением функционально необходимых компонентов, при производстве продуктов диетического питания и национальных молочных продуктов, являющихся кисломолочными продуктами (кроме производства молочных составных продуктов)."; 6) в статье 9: а) в абзаце первом пункта 6 слова "от 77 до 100" заменить словами "от 77 до 120"; б) пункт 20 изложить в следующей редакции: "20) охлаждение - процесс снижения температуры молока и продуктов его переработки до уровня, при котором приостанавливается развитие в них микроорганизмов и окислительных процессов. Охлаждение подвергшихся предварительной термической обработке молока и продуктов его переработки (за исключением мороженого, сыров, сырных продуктов, плавленых сыров, плавленых сырных продуктов, сухих, концентрированных, сгущенных, стерилизованных продуктов переработки молока) осуществляется до температуры не выше 6 градусов Цельсия в течение не более чем два часа;"; в) пункт 25 изложить в следующей редакции: "25) восстановление - процесс, применяемый при производстве восстановленных продуктов переработки молока. Восстановление осуществляется путем смешивания питьевой воды с сухим, концентрированным или со сгущенным продуктом переработки молока до достижения соответствующих органолептических и физико-химических свойств продукта;"; г) пункт 27 изложить в следующей редакции: "27) взбивание - процесс, применяемый при производстве взбитых продуктов переработки молока и сопровождающийся увеличением их объема;"; 7) в статье 14: а) часть 3 изложить в следующей редакции: "3. Под продуктами детского питания на молочной основе понимаются продукты детского питания (за исключением молочных смесей (в том числе сухих молочных смесей), молочных напитков (в том числе сухих молочных напитков), молочных каш), произведенные из коровьего молока или молока других сельскохозяйственных животных с добавлением продуктов переработки молока и (или) составных частей молока или без их добавления, а также с добавлением немолочных компонентов в количестве не более 50 процентов от общей массы такого готового продукта или без их добавления."; б) часть 5 изложить в следующей редакции: "5. Под адаптированной молочной смесью (заменителем женского молока) понимаются продукты детского питания для детей раннего возраста, произведенные в жидкой или порошкообразной форме на основе коровьего молока или молока других сельскохозяйственных животных и максимально приближенные по химическому составу к женскому молоку в целях удовлетворения физиологических потребностей детей первого года жизни в необходимых веществах и энергии."; в) часть 6 изложить в следующей редакции: "6. Под продуктами прикорма понимаются продукты детского питания, вводимые в рацион детей первого года жизни в качестве дополнения к женскому молоку, его заменителям или последующим молочным смесям и произведенные на основе продуктов животного и (или) растительного происхождения с учетом возрастных физиологических особенностей детского организма."; г) часть 7 изложить в следующей редакции: "7. Под последующей молочной смесью понимаются адаптированные (максимально приближенные по химическому составу к женскому молоку) или частично адаптированные (частично приближенные по химическому составу к женскому молоку) смеси, произведенные на основе коровьего молока или молока других сельскохозяйственных животных и предназначенные для питания детей в возрасте старше шести месяцев в сочетании с продуктами прикорма."; д) часть 11 изложить в следующей редакции: "11. Под молочными кашами, готовыми к употреблению, и сухими молочными кашами (восстанавливаемыми до готовности в домашних условиях путем разведения питьевой водой) понимаются продукты детского питания для детей раннего возраста, произведенные из различных видов круп и (или) муки, из молока, и (или) молочных продуктов, и (или) молокосодержащих продуктов с добавлением немолочных компонентов или без их добавления, с массовой долей сухих веществ молока в сухих веществах готового к употреблению продукта не менее чем 15 процентов."; е) дополнить частью 14 следующего содержания: "14. Под продуктами детского питания на основе полных или частичных гидролизатов белка понимаются продукты детского питания, произведенные из подвергшихся соответственно полному и частичному гидролизу белков коровьего молока и (или) белков молока других сельскохозяйственных животных."; ж) дополнить частью 15 следующего содержания: "15. Под безглютеновыми продуктами детского питания понимаются специализированные продукты детского питания, содержание глютена в которых составляет не более 20 миллиграммов на один килограмм такого готового к употреблению продукта."; з) дополнить частью 16 следующего содержания: "16. Под молочными напитками для детей раннего возраста понимаются продукты детского питания, готовые к употреблению, произведенные из сырого молока и (или) молочных продуктов с добавлением немолочных компонентов или без их добавления, с последующей термической обработкой (как минимум пастеризацией) и отвечающие физиологическим потребностям детей раннего возраста."; и) дополнить частью 17 следующего содержания: "17. Под сухими молочными напитками для детей раннего возраста понимаются сухие продукты детского питания для детей раннего возраста, произведенные из коровьего молока и (или) молочных продуктов с добавлением немолочных компонентов или без их добавления, с массовой долей сухих веществ молока в сухих веществах готового продукта не менее чем 15 процентов и отвечающие физиологическим потребностям детей раннего возраста."; к) дополнить частью 18 следующего содержания: "18. Под сухими кисломолочными смесями для детей раннего возраста понимаются сухие молочные смеси для детей раннего возраста, произведенные путем применения приводящего к снижению показателя активной кислотности (рН) и коагуляции белков молока с использованием заквасочных микроорганизмов (без использования органических кислот), с последующим добавлением в сухую молочную смесь живых заквасочных микроорганизмов в количестве, установленном в приложении 6 к настоящему Федеральному закону, или без их добавления и соответствующие требованиям, установленным приложением 6 к настоящему Федеральному закону."; 8) статью 15 дополнить частью 13 следующего содержания: "13. Действия настоящей статьи распространяются также на молочные смеси (в том числе сухие молочные смеси), молочные напитки (в том числе сухие молочные напитки), молочные каши."; 9) статью 16 дополнить частью 7 следующего содержания: "7. Действия настоящей статьи распространяются также на молочные смеси (в том числе сухие молочные смеси), молочные напитки (в том числе сухие молочные напитки), молочные каши."; 10) в статье 17: а) часть 10 изложить в следующей редакции: "10. При реализации сырого молока на розничных рынках (включая сельскохозяйственные рынки) путем розлива из транспортной или другой тары продавцы (юридические лица и физические лица, в том числе индивидуальные предприниматели) обязаны предъявлять потребителям документы, выданные органом исполнительной власти субъекта Российской Федерации, уполномоченным на проведение государственного контроля (надзора) в сфере ветеринарии, и подтверждающие безопасность сырого молока, а также довести до потребителей информацию о необходимости обязательного кипячения сырого молока. При реализации пастеризованного молока на розничных рынках (включая сельскохозяйственные рынки) путем розлива из транспортной или другой тары продавцы (юридические лица и индивидуальные предприниматели) обязаны предъявлять декларацию о соответствии и довести до потребителей информацию о необходимости обязательного кипячения пастеризованного молока."; б) дополнить частью 12 следующего содержания: "12. При поставках сырого молока, сырого обезжиренного молока, сырых сливок на молокоприемные пункты или в организации, осуществляющие промышленную переработку молока, юридические лица и физические лица, в том числе индивидуальные предприниматели, предъявляют документы, выданные органом исполнительной власти субъекта Российской Федерации, уполномоченным на проведение государственного контроля (надзора) в сфере ветеринарии, и подтверждающие безопасность сырого молока на основании результатов проведения ветеринарно-профилактических мероприятий в соответствии с законодательством Российской Федерации о ветеринарии. Срок действия таких документов устанавливается в зависимости от результатов проведения этих мероприятий и их периодичности."; в) дополнить частью 13 следующего содержания: "13. Реализация сырого молока, сырого обезжиренного молока, сырых сливок, направляемых на промышленную переработку, должна сопровождаться декларацией о соответствии."; 11) в статье 25: а) пункт 2 части 2 изложить в следующей редакции: "2) федеральный орган исполнительной власти, осуществляющий функции по контролю (надзору) в сфере обеспечения санитарно-эпидемиологического благополучия населения, защиты прав потребителей, органы исполнительной власти субъектов Российской Федерации, уполномоченные на проведение государственного контроля (надзора) в сфере ветеринарии;"; б) в пункте 10 части 10 слова "гигиенический сертификат," исключить; 12) в части 2 статьи 26: а) абзац первый после слова "молока" дополнить словами ", сырого обезжиренного молока"; б) пункт 2 после слова "молока," дополнить словами "сырого обезжиренного молока и"; 13) в статье 28: а) пункт 1 изложить в следующей редакции: "1) процессов производства, хранения, перевозки, реализации, утилизации сырого молока и продуктов переработки молока непромышленного производства (продуктов переработки молока, произведенных физическими лицами в домашних условиях и (или) в личных подсобных хозяйствах и предназначенных для реализации на рынках (включая сельскохозяйственные рынки), процессов перевозки, реализации, утилизации сырого обезжиренного молока, сырых сливок - органами исполнительной власти субъектов Российской Федерации, уполномоченными на проведение государственного контроля (надзора) в сфере ветеринарии;"; б) пункт 3 изложить в следующей редакции: "3) молока и продуктов его переработки на стадии их обращения и в случае признания достоверности информации о несоответствии этих продуктов требованиям настоящего Федерального закона на стадии их производства, в том числе: а) сырого молока и продуктов переработки молока непромышленного производства - органами исполнительной власти субъектов Российской Федерации, уполномоченными на проведение государственного контроля (надзора) в сфере ветеринарии; б) продуктов промышленной переработки молока, произведенных юридическими лицами, индивидуальными предпринимателями, - федеральным органом исполнительной власти, осуществляющим функции по контролю (надзору) в сфере обеспечения санитарно-эпидемиологического благополучия населения, защиты прав потребителей."; 14) в части 2 статьи 30 слова "а также иностранные юридические лица и физические лица" заменить словами "а также иностранные юридические лица и иностранные физические лица"; 15) в статье 31: а) часть 2 после слова "молока" дополнить словами ", сырого обезжиренного молока"; б) часть 3 изложить в следующей редакции: "3. При декларировании соответствия партии питьевого молока или продуктов переработки молока срок действия декларации о соответствии должен соответствовать сроку годности этих продуктов."; в) в части 7: пункт 8 изложить в следующей редакции: "8) документы, подтверждающие организацию и осуществление производственного контроля изготовителем, осуществление государственного контроля в отношении изготовителя и представленные: а) органами исполнительной власти субъектов Российской Федерации, уполномоченными на проведение государственного контроля (надзора) в сфере ветеринарии, в отношении сырого молока; б) федеральным органом исполнительной власти, осуществляющим функции по контролю (надзору) в сфере обеспечения санитарно-эпидемиологического благополучия населения, защиты прав потребителей, в отношении продуктов переработки молока при использовании любой схемы декларирования соответствия этих продуктов, за исключением схемы 5д;"; в пункте 9 слова "гигиенический сертификат," исключить; 16) в пункте 7 части 6 статьи 32 слова "гигиенический сертификат," исключить; 17) в статье 33: а) часть 1 изложить в следующей редакции: "1. Подтверждение соответствия сырого молока, сырого обезжиренного молока, сырых сливок требованиям настоящего Федерального закона осуществляется юридическими лицами и индивидуальными предпринимателями в форме декларирования соответствия с использованием любой из схем, предусмотренных настоящим Федеральным законом."; б) часть 2 изложить в следующей редакции: "2. Декларация о соответствии сырого молока, сырого обезжиренного молока, сырых сливок требованиям настоящего Федерального закона принимается юридическим лицом или индивидуальным предпринимателем, осуществляющими сбор молока на молокоприемных пунктах, в том числе у физических лиц, при условии соблюдения ими требований законодательства Российской Федерации о ветеринарии, требований статьи 5 настоящего Федерального закона и с учетом результатов исследований (испытаний) состояния здоровья животных, проводимых органами исполнительной власти субъектов Российской Федерации, уполномоченными на проведение государственного контроля (надзора) в сфере ветеринарии. Устанавливаемый срок действия указанной декларации составляет не более чем один год."; в) дополнить частью 2-1 следующего содержания: "2-1. В случаях выявления несоответствия сырого молока на стадиях его производства, или хранения, или перевозки, или реализации, сырого обезжиренного молока, сырых сливок на стадиях их перевозки или реализации требованиям настоящего Федерального закона к показателям безопасности этих продуктов, а также возникновения на территории, на которой осуществляется сбор молока, заболеваний сельскохозяйственных животных, при которых использование сырого молока, сырого обезжиренного молока, сырых сливок ограничено или запрещено, орган исполнительной власти субъекта Российской Федерации, уполномоченный на проведение государственного контроля (надзора) в сфере ветеринарии, выдает предписание о приостановлении реализации или поставок таких продуктов в порядке, установленном законодательством Российской Федерации. При этом действие указанной декларации прекращается."; г) дополнить частью 7 следующего содержания: "7. Сырое молоко и продукты переработки молока непромышленного производства, реализуемые физическими лицами на рынках (включая сельскохозяйственные рынки), не подлежат обязательному подтверждению соответствия требованиям настоящего Федерального закона."; 18) в статье 35: а) пункт 4 части 2 дополнить словами ", в том числе творог и продукты на его основе"; б) часть 3 изложить в следующей редакции: "3. Продукты детского питания на молочной основе для детей дошкольного возраста и детей школьного возраста должны выпускаться только расфасованными в герметичную упаковку. Жидкие продукты детского питания на молочной основе для детей дошкольного возраста и детей школьного возраста должны выпускаться в упаковке объемом не более чем 2 литра, пастообразные продукты детского питания - не более чем 200 граммов (для непосредственного употребления в пищу порциями)."; 19) в статье 36: а) в части 3: в пункте 2 слово "продукции;" заменить словами "продукции. Допускается указывать юридический адрес изготовителя молока или молочной продукции, ввезенных на территорию Российской Федерации, на государственном языке страны по месту нахождения данного изготовителя, а наименование этой страны - на русском языке;"; пункт 3 дополнить словами "(при его наличии)"; пункт 4 дополнить словами "(при необходимости)"; пункт 13 изложить в следующей редакции: "13) предупредительные надписи или манипуляторные знаки - "Беречь от солнечных лучей", "Ограничение температуры", "Беречь от влаги" (наносятся избирательно при необходимости)."; б) часть 4 изложить в следующей редакции: "4. При обертывании групповой упаковки или транспортной тары молочной продукции прозрачными защитными полимерными материалами допускается не наносить на них маркировку. В данном случае информацией для потребителей является расположенная на этикетках потребительской тары информация."; в) часть 6 дополнить предложениями следующего содержания: "Порядок слов при указании соответствующих понятиям, установленным статьей 4 настоящего Федерального закона, наименований молока и продуктов его переработки в их маркировке не регламентируется (например, "цельное молоко", "молоко цельное", "масло сливочное", "сливочное масло" и подобные понятия). Допускается не применять в наименовании сливочного масла понятия "сладко-сливочное", "несоленое", характеризующие особенности технологии его производства, если при производстве сливочного масла не используются закваски и поваренная соль."; г) часть 14 дополнить предложением следующего содержания: "При указании наименования кисломолочного продукта, произведенного в соответствии с технологией производства кефира с использованием закваски, приготовленной на чистых культурах молочнокислых микроорганизмов и дрожжей, в маркировке этого продукта должны использоваться слова "кефирный продукт" в виде словосочетания, нанесенного одинаковым шрифтом."; д) часть 20 изложить в следующей редакции: "20. Маркировка молокосодержащих продуктов не должна содержать наименования, в состав которых входят понятия, установленные настоящим Федеральным законом для молока и молочных продуктов (в том числе слова или их части, входящие в состав этих понятий, их различные сочетания в ассортиментных знаках и фирменных наименованиях изготовителей, на этикетках, в рекламных или иных целях, которые могут ввести в заблуждение потребителей)."; е) дополнить частью 20-1 следующего содержания: "20-1. В наименованиях пищевых продуктов, не относящихся к молокосодержащим продуктам, не допускается использовать понятия, установленные настоящим Федеральным законом для молокосодержащих продуктов. В наименованиях пищевых продуктов, не являющихся молочными, или молочными составными, или молокосодержащими продуктами и произведенных с добавлением молока и (или) продуктов переработки молока, указываются понятия, применяемые в пищевой промышленности (например, "желе", "крем", "паста", "пудинг"), начиная с указания основного компонента рецептуры, после которого размещаются понятия (по усмотрению изготовителя), характеризующие молочный продукт, который был добавлен (например, "вареники с творогом", "крем ореховый со сметаной", "пудинг фруктовый со сливками", "шоколад молочный")."; ж) дополнить частью 22-1 следующего содержания: "22-1. Маркировка молочного мороженого, сливочного мороженого, пломбира, кисломолочного мороженого, мороженого с растительным жиром должна содержать наименования этой продукции, соответствующие понятиям, установленным пунктами 68-72 статьи 4 настоящего Федерального закона. При нанесении маркировки этой продукции на передней стороне потребительской упаковки указывается полное наименование этой продукции одинаковым шрифтом."; з) в части 23: абзац первый изложить в следующей редакции: "23. Сырое молоко, сырое обезжиренное молоко, сырые сливки, реализуемые юридическими лицами, физическими лицами, в том числе индивидуальными предпринимателями, для переработки (за исключением поставок на молокоприемные пункты), должны сопровождаться товарно-транспортными документами, содержащими следующую информацию:"; пункт 2 изложить в следующей редакции: "2) показатели идентификации (за исключением массовой доли сухих веществ молока) таких продуктов (для юридических лиц и индивидуальных предпринимателей);"; и) часть 24 после слова "молоко," дополнить словами "сырое обезжиренное молоко,"; к) в части 25: пункт 1 изложить в следующей редакции: "1) наименования таких продуктов с использованием понятий, предусмотренных статьями 4 и 14 настоящего Федерального закона, и соблюдением требований к их применению, установленных настоящей статьей;"; пункт 2 изложить в следующей редакции: "2) массовая доля жира в процентах (кроме обезжиренных продуктов переработки молока, сыра, сырных продуктов, плавленых сыров, плавленых сырных продуктов), массовая доля жира в пересчете на сухое вещество в процентах для сыра, сырных продуктов, плавленых сыров, плавленых сырных продуктов. При нанесении на потребительскую тару маркировки продуктов, произведенных из цельного молока, допускается указывать массовую долю жира с использованием слов "от", "до" в процентах с дополнительной информацией о массовой доле жира в процентах для каждой партии таких продуктов любым доступным способом с использованием одного из размеров шрифтов, предусмотренных частью 2 статьи 37 настоящего Федерального закона, маркировки сухих продуктов детского питания на молочной основе, сухих молочных смесей, сухих молочных напитков, сухих молочных каш допускается указывать массовую долю жира в граммах после слов "пищевая ценность";"; пункт 13 после слов "дата производства" дополнить словом "(изготовления)"; пункт 18 изложить в следующей редакции: "18) не допускается использовать понятие "молоко" на потребительской таре в наименованиях молока и продуктов его переработки в случае использования при их производстве сухого цельного молока, сухого обезжиренного молока;"; дополнить пунктом 19 следующего содержания: "19) информация об использовании немолочных жиров при производстве молокосодержащих продуктов в соответствии с технологией, которой предусматривается замена молочного жира жирами немолочного происхождения (за исключением сливочно-растительных спредов), размещается вместе с полным наименованием соответствующего вида молокосодержащих продуктов (например, "сметанный продукт с растительным жиром", "сырок с растительным жиром") на передней стороне потребительской тары."; л) часть 27 изложить в следующей редакции: "27. Информацию на оболочку для сыра или покрытие для сыра допускается наносить с использованием несмываемой безвредной краски или самоклеящихся и в установленном порядке разрешенных для контакта с молочными продуктами этикеток либо проставлять другим доступным способом. Сыр, плавленый сыр, сырные продукты, плавленые сырные продукты должны иметь маркировку, содержащую следующие дополнительные сведения: 1) ассортиментные знаки или ассортиментные наименования сыра ("Российский", "Угличский", "Сулугуни" и подобные наименования); 2) вид основной заквасочной микрофлоры (по усмотрению производителя) и природа происхождения молокосвертывающих ферментных препаратов (для сыров и сырных продуктов)."; м) часть 28 изложить в следующей редакции: "28. Продукты детского питания на молочной основе, молочные смеси (в том числе сухие молочные смеси), молочные напитки (в том числе сухие молочные напитки), молочные каши, предназначенные для питания детей раннего возраста, в соответствии с понятиями, установленными статьей 14 настоящего Федерального закона, должны иметь маркировку, содержащую следующие дополнительные сведения: 1) рекомендации по использованию этих продуктов; 2) условия приготовления этих продуктов (при необходимости), условия хранения и использования этих продуктов после вскрытия их упаковки; 3) указание на возраст детей, для которых предназначены эти продукты (допускается указывать возраст детей с использованием цифр, без сокращения слов): а) с рождения - адаптированные молочные смеси, адаптированные кисломолочные смеси, смеси на основе частичных гидролизатов белка; б) старше шести месяцев (от шести месяцев, с шести месяцев) - последующие адаптированные молочные смеси, последующие адаптированные кисломолочные смеси, частично адаптированные молочные смеси, частично адаптированные кисломолочные смеси; в) старше шести месяцев (от шести месяцев, с шести месяцев) - молочные напитки, творог и продукты на его основе; г) старше восьми месяцев (от восьми месяцев, с восьми месяцев) - питьевое молоко (допускается использовать для приготовления продуктов прикорма для детей раннего возраста старше четырех месяцев (от четырех месяцев, с четырех месяцев) с указанием в маркировке этих продуктов сведений об ограничениях, касающихся возраста детей, при целевом назначении этих продуктов); д) старше восьми месяцев (от восьми месяцев, с восьми месяцев) - питьевые сливки (допускается использовать для приготовления продуктов прикорма для детей раннего возраста старше шести месяцев (от шести месяцев, с шести месяцев) с указанием в маркировке этих продуктов сведений об ограничениях, касающихся возраста детей, при целевом назначении этих продуктов); е) старше восьми месяцев (от восьми месяцев, с восьми месяцев) - йогурт, кефир и другие кисломолочные продукты; ж) старше девяти месяцев (от девяти месяцев, с девяти месяцев) - мягкий творожный сыр; 4) состав этих продуктов с указанием наименований использованных растительных масел и углеводов; 5) пищевая ценность этих продуктов (в том числе содержание витаминов и минеральных веществ) и их энергетическая ценность (при их обогащении - отношение в процентах к суточной дозе потребления веществ, которыми обогащен продукт). Количественные сведения о содержании витаминов и минеральных веществ приводятся в случае, если их содержание в 100 граммах, или миллилитрах, или кубических сантиметрах пищевого продукта составляет не менее чем 5 процентов от рекомендуемой дозы суточного потребления, для безглютеновых продуктов приводится информация об отсутствии содержания глютена в этих продуктах."; н) часть 29 дополнить предложением следующего содержания: "Изображения детей не должны наноситься на этикетки потребительских упаковок заменителей женского молока."; о) часть 30 изложить в следующей редакции: "30. Информация о других молочных продуктах, молочных составных продуктах, молокосодержащих продуктах детского питания, предназначенных для питания детей дошкольного возраста или детей школьного возраста, должна соответствовать требованиям, установленным частью 25 настоящей статьи, и требованиям нормативных и (или) технических документов, в соответствии с которыми производится такая молочная продукция и может быть проведена ее идентификация."; 20) в статье 43: а) дополнить частью 3-1 следующего содержания: "3-1. Декларации о соответствии, принятые до дня вступления в силу настоящего Федерального закона, сертификаты соответствия, свидетельства о государственной регистрации продуктов переработки молока, другие документы, подтверждающие безопасность продуктов переработки молока и выданные до дня вступления в силу настоящего Федерального закона, действительны для реализации молока и молочной продукции до истечения срока их действия."; б) дополнить частью 3-2 следующего содержания: "3-2. Продукты переработки молока, которые были произведены в Российской Федерации или ввезены на территорию Российской Федерации до дня вступления в силу настоящего Федерального закона и маркировка на которые была нанесена в соответствии с требованиями, действовавшими до дня вступления в силу настоящего Федерального закона, допускаются к обращению на территории Российской Федерации в течение установленного срока годности."; в) часть 4 изложить в следующей редакции: "4. Со дня вступления в силу настоящего Федерального закона в отношении молока и молочной продукции не применяются положения абзаца второго пункта 1, пунктов 2 и 3 статьи 13, пунктов 4-6 статьи 15, первого предложения пункта 2 и пункта 3 статьи 16, пункта 2 статьи 32, статьи 41 Федерального закона от 30 марта 1999 года N 52-ФЗ "О санитарно-эпидемиологическом благополучии населения", абзаца четвертого пункта 2 статьи 3, статей 9 и 12, пункта 2 статьи 16, пунктов 1, 2, 5-7 статьи 17, пунктов 1 и 2, абзаца шестого пункта 3 статьи 18, пунктов 2-4 статьи 19, пункта 3 статьи 21 в части предоставления документов, удостоверяющих соответствие качества и безопасности молока и молочной продукции требованиям нормативных документов, Федерального закона от 2 января 2000 года N 29-ФЗ "О качестве и безопасности пищевых продуктов", статьи 21 Закона Российской Федерации от 14 мая 1993 года N 4979-I "О ветеринарии" в части молочных продуктов промышленного изготовления."; 21) приложение 1 изложить в следующей редакции: "Приложение 1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 Допустимые уровни содержания потенциально опасных веществ в сыром молоке, сыром обезжиренном молоке и сырых сливках ---------------+-----------------------------+--------------------- | Продукт | Потенциально | Допустимый уровень,| | | опасные вещества | мг/кг (л), не более| |--------------+-----------------------------+--------------------| |Сырое молоко, |Токсичные элементы: | | |сырое |Свинец |0,1 | |обезжиренное |Мышьяк |0,05 | |молоко, |Кадмий |0,03 | |сырые сливки |Ртуть |0,005 | | | | | | |Микотоксины: | | | |Афлатоксин M |0,0005 | | | 1 | | | | | | | |Антибиотики: | | | |Левомицетин |Менее 0,01 | | |Тетрациклиновая группа |Менее 0,01 ед/г | | |Стрептомицин |Менее 0,5 ед/г | | |Пенициллин |Менее 0,01 ед/г | | | | | | |Ингибирующие вещества |Не допускаются | | | | | | |Пестициды: | | | |Гексахлорциклогексан (альфа-,|0,05 (1,25 для | | |бета-, гамма-изомеры) |сливок в пересчете | | |ДДТ и его метаболиты |на жир) 0,05 | | | |(1,0 для сливок в | | | |пересчете на жир | | | | | | |Радионуклиды: | | | |Цезий-137 |100 Бк/л (кг) | | |Стронций-90 |25 Бк/л (кг) | ---------------+-----------------------------+--------------------- ___________ ДДТ - дихлордифенил-трихлорэтан, инсектицид."; 22) приложение 2 изложить в следующей редакции: "Приложение 2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 Допустимые уровни содержания микроорганизмов и соматических клеток в сыром молоке, сыром обезжиренном молоке и сырых сливках -----------------+--------------+-----------------------+---------- | Продукт | КМАФАнМ, | Масса продукта |Содержа- | | | 3 | 3 | ние | | |КОЕ/см (г),| (г, см ), в которой |сомати- | | | не более | не допускаются | ческих | | | |-------+---------------|клеток в | | | |БГКП| патогенные | 3 | | | |(коли- |микроорганизмы,|1 см (г),| | | |формы) | в том числе |не более | | | | | сальмонеллы | | |----------------+--------------+-------+---------------+---------| |Молоко сырое, | | | | | |сорт: | | | | | |----------------+--------------+-------+---------------+---------| | | 5 | | | 5 | |высший |1 х 10 |- |25 |4 х 10 | |----------------+--------------+-------+---------------+---------| | | 5 | | | 6 | |первый |5 х 10 |- |25 |1 х 10 | |----------------+--------------+-------+---------------+---------| | | 6 | | | 6 | |второй |4 х 10 |- |25 |1 х 10 | |----------------+--------------+-------+---------------+---------| |Молоко сырое | | | | | |обезжиренное, | | | | | |сорт: | | | | | |----------------+--------------+-------+---------------+---------| | | 5 | | | | |высший |1 х 10 |- |- |- | |----------------+--------------+-------+---------------+---------| | | 5 | | | | |первый |5 х 10 |- |- |- | |----------------+--------------+-------+---------------+---------| | | 6 | | | | |второй |4 х 10 |- |- |- | |----------------+--------------+-------+---------------+---------| |Сливки сырые, | | | | | |сорт: | | | | | |----------------+--------------+-------+---------------+---------| | | 5 | | | | |высший |5 х 10 |- |- |- | |----------------+--------------+-------+---------------+---------| | | 6 | | | | |первый |4 х 10 |- |- |- | -----------------+--------------+-------+---------------+---------- _____________ КМАФАнМ - количество мезофильных аэробных микроорганизмов и факультативно-анаэробных микроорганизмов. КОЕ - колониеобразующие единицы. БГКП - бактерии группы кишечных палочек."; 23) приложение 3 изложить в следующей редакции: "Приложение 3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 Допустимые уровни содержания потенциально опасных веществ в продуктах переработки молока ------------------------+---------------------+-------------------- | Группа продуктов | Потенциально |Допустимый уровень,| | | опасные вещества | 3 | | | |мг/кг (л, дм ), не | | | | более | |-----------------------+---------------------+-------------------| |Все продукты |Микотоксины: | | |переработки молока (для|Афлатоксин М |0,0005 | |группы продуктов | 1 | | |концентраты молочных | | | |белков, лактулоза, |Антибиотики: | | |сахар молочный, казеин,|Левомицетин |Менее 0,01 | |казеинаты альбумин |(хлорамфеникол) | | |молочный и продукты на |Тетрациклиновая |Менее 0,01 ед/г | |его основе гидролизаты |группа | | |молочных белков, за |Стрептомицин |Менее 0,5 ед/г | |исключением показателя |Пенициллин |Менее 0,01 ед/г | |"антибиотики"; для | | | |группы продуктов | | | |молочных, молочных | | | |составных сухих и | | | |сублимированных в | | | |пересчете на | | | |восстановленные | | | |продукты) | | | |-----------------------+---------------------+-------------------| |Питьевое молоко и |Токсичные элементы: | | |питьевые сливки, пахта,|Свинец |0,1 | |сыворотка молочная, |Мышьяк |0,05 | |молочный напиток, |Кадмий |0,03 | |жидкие кисломолочные |Ртуть |0,005 | |продукты (айран, | | | |ацидофилин, варенец, |Пестициды: | | |кефир, кумыс и кумысный|Гексахлорциклогексан |0,05 (1,25 для | |продукт, йогурт, |(альфа-, бета-, |сливок, сметаны в | |простокваша, ряженка), |гамма-изомеры) |пересчете на жир) | |сметана, молочные |ДДТ и его |0,05 (1,0 для | |составные продукты |метаболиты |сливок, сметаны в | |на их основе, продукты,| |пересчете на жир) | |термически обработанные|Радионуклиды: | | |после сквашивания |Цезий-137 |100 Бк/л(кг) | | |Стронций-90 |25 Бк/л (кг) | |-----------------------+---------------------+-------------------| |Творог, творожная |Токсичные элементы: | | |масса, зерненый творог,|Свинец |0,3 | |сырок, творожные |Мышьяк |0,2 | |продукты, творожный |Кадмий |0,1 | |сыр, молочные составные|Ртуть |0,02 | |продукты на их основе, | | | |альбумин молочный и |Пестициды | | |продукты на его основе,|(в пересчете на жир):| | |продукты пастообразные |Гексахлорциклогексан |1,25 | |молочные белковые, в |(альфа-, бета-, | | |том числе термически |гамма-изомеры) | | |обработанные после |ДДТ и его |1,0 | |сквашивания |метаболиты | | | | | | | |Радионуклиды: | | | |Цезий-137 |100 Бк/кг | | |Стронций-90 |25 Бк/кг | |-----------------------+---------------------+-------------------| |Молоко, сливки, пахта, |Токсичные элементы: |0,3 | |сыворотка, молочные |Свинец |0,15 | |составные продукты на |Мышьяк |0,1 | |их основе концентри- |Кадмий |0,015 | |рованные и сгущенные |Ртуть |200 для консервов в| |с сахаром, молоко |Олово |сборной жестяной | |сгущенное | |таре | |стерилизованное, |Хром |0,5 для консервов в| |молочные консервы и | |хромированной таре | |молочные составные |Пестициды | | |консервы |(в пересчете на жир):| | | |Гексахлорциклогексан |1,25 | | |(альфа-, бета-, | | | |гамма-изомеры) | | | |ДДТ и его |1,0 | | |метаболиты | | | | | | | |Радионуклиды: | | | |Цезий-137 |300 Бк/кг | | |Стронций-90 |100 Бк/кг | |-----------------------+---------------------+-------------------| |Продукты молочные, |Токсичные элементы | | |молочные составные |(в пересчете на | | |сухие, сублимированные |восстановленные | | |(молоко, сливки, |продукты): | | |кисломолочные |Свинец |0,1 | |продукты, напитки, |Мышьяк |0,05 | |смеси для мороженого, |Кадмий |0,03 | |сыворотка, пахта, |Ртуть |0,005 | |обезжиренное молоко) | | | | |Пестициды | | | |(в пересчете на жир):| | | |Гексахлорциклогексан |1,25 | | |(альфа-, бета-, | | | |гамма-изомеры) | | | |ДДТ и его |1,0 | | |метаболиты | | | | | | | |Радионуклиды: | | | |Цезий-137 |500 Бк/кг | | |Стронций-90 |200 Бк/кг | |-----------------------+---------------------+-------------------| |Концентраты молочных |Токсичные элементы: | | |белков, лактулоза, |Свинец |0,3 | |сахар молочный, |Мышьяк |1,0 | |казеин, казеинаты, |Кадмий |0,2 | |гидролизаты молочных |Ртуть |0,03 | |белков | | | | |Пестициды | | | |(в пересчете на жир):| | | |Гексахлорциклогексан |1,25 | | |(альфа-, бета-, | | | |гамма-изомеры) | | | |ДДТ и его |1,0 | | |метаболиты | | | | | | | |Радионуклиды: | | | |Цезий-137 |300 Бк/кг | | |Стронций-90 |80 Бк/кг | |-----------------------+---------------------+-------------------| |Сыры, |Токсичные элементы: | | |сырные продукты: |Свинец |0,5 | |сверхтвердые, |Мышьяк |0,3 | |твердые, полутвердые, |Кадмий |0,2 | |мягкие, сывороточно- |Ртуть |0,03 | |альбуминные, плавленые,|Бенз(а)пирен |0,001 для копченых | |сухие; сырные пасты, | |продуктов и | |соусы | |продуктов с | | | |копчеными | | | |компонентами | | | | | | |Пестициды | | | |(в пересчете на жир):| | | |Гексахлорциклогексан |1,25 | | |(альфа-, бета-, | | | |гамма-изомеры) | | | |ДДТ и его |1,0 | | |метаболиты | | | | | | | |Радионуклиды: | | | |Цезий-137 |50 Бк/кг | | |Стронций-90 |100 Бк/кг | |-----------------------+---------------------+-------------------| |Масло, паста масляная |Показатели | | |из коровьего молока, |окислительной порчи: | | |молочный жир |Кислотность жировой |4,0 градуса | | |фазы |Кеттстофера | | | |(4,5 градуса | | | |Кеттстофера для | | | |масла и пасты с | | | |компонентами) | | | | | | |Токсичные элементы: | | | |Свинец |0,1 (0,3 для | | | |продуктов с какао) | | |Мышьяк |0,1 | | |Кадмий |0,03 (0,2 для | | | |продуктов с какао) | | |Ртуть |0,03 | | |Медь |0,4 для | | | |резервируемых | | | |продуктов | | |Железо |1,5 для | | | |резервируемых | | | |продуктов | | |Олово |200 для | | | |стерилизованного | | | |масла в сборной | | | |жестяной таре | | | | | | |Пестициды | | | |(в пересчете на жир):| | | |Гексахлорциклогексан |1,25 | | |(альфа-, бета-, | | | |гамма-изомеры) | | | |ДДТ и его |1,0 | | |метаболиты | | | | | | | |Радионуклиды: | | | |Цезий-137 |200 Бк/кг (100 для | | | |молочного жира) | | |Стронций-90 |60 Бк/кг (80 для | | | |молочного жира) | |-----------------------+---------------------+-------------------| |Сливочно-растительный |Показатели | | |спред, |окислительной порчи: | | |сливочно-растительная |Перекисное число в |10 ммоль активного | |топленая смесь |жире, выделенном из |кислорода/кг жира | | |продукта | | | |Кислотность жировой |2,5 градуса | | |фазы |Кеттстофера | | | |(3,5 градуса | | | |Кеттстофера для | | | |спреда с | | | |компонентами) | | | | | | |Токсичные элементы: | | | |Свинец |0,1 (0,3 для | | | |продуктов с какао) | | |Мышьяк |0,1 | | |Кадмий |0,03 (0,2 для | | | |продуктов с какао) | | |Ртуть |0,03 | | |Медь |0,4 для | | | |резервируемых | | | |продуктов | | |Железо |1,5 для | | | |резервируемых | | | |продуктов | | |Никель |0,7 для продуктов с| | | |гидрогенизированным| | | |жиром | | |Пестициды | | | |(в пересчете на жир):| | | |Гексахлорциклогексан |1,25 | | |(альфа-, бета-, | | | |гамма-изомеры) | | | |ДДТ и его |1,0 | | |метаболиты | | | | | | | |Радионуклиды: | | | |Цезий-137 |100 Бк/кг | | |Стронций-90 |80 Бк/кг | |-----------------------+---------------------+-------------------| |Мороженое всех видов |Токсичные элементы: | | |из молока и на |Свинец |0,1 | |молочной основе |Мышьяк |0,05 | | |Кадмий |0,03 | | |Ртуть |0,005 | | | | | | |Пестициды | | | |(в пересчете на жир):| | | |Гексахлорциклогексан |1,25 | | |(альфа-, бета-, | | | |гамма-изомеры) | | | |ДДТ и его |1,0 | | |метаболиты | | | | | | | |Радионуклиды: | | | |Цезий-137 |100 Бк/кг | | |Стронций-90 |25 Бк/кг | |-----------------------+---------------------+-------------------| |Закваски: |Токсичные элементы: |Для жидких (в том | |заквасочные и | |числе | |пробиотические | |замороженных)/ для | |микроорганизмы | |сухих заквасок | |для изготовления |Свинец |0,1/1,0 | |кисломолочных |Мышьяк |0,05/0,2 | |продуктов, масла |Кадмий |0,03/0,2 | |кисло-сливочного, |Ртуть |0,005/0,03 | |сыров | | | |-----------------------+---------------------+-------------------| |Питательные среды |Токсичные элементы: | | |сухие на молочной |Свинец |0,3 | |основе для культиви- |Мышьяк |1,0 | |рования заквасочной, |Кадмий |0,2 | |пробиотической |Ртуть |0,03 | |микрофлоры | | | | |Пестициды | | | |(в пересчете на жир):| | | |Гексахлорциклогексан |1,25 | | |(альфа-, бета-, | | | |гамма-изомеры) | | | |ДДТ и его |1,0 | | |метаболиты | | | | | | | |Радионуклиды: | | | |Цезий-137 |160 Бк/кг | | |Стронций-90 |80 Бк/кг | |-----------------------+---------------------+-------------------| |Молокосвертывающие |Токсичные элементы: | | |ферментные |Свинец |10,0 | |препараты |Мышьяк |3,0 | |-----------------------+---------------------+-------------------| |Молочные составные и |Требования к допустимым уровням| |молокосодержащие |содержания токсичных элементов,| |продукты с содержанием |микотоксинов, антибиотиков, пестицидов,| |немолочных компонентов |радионуклидов, показателям| |более 35 процентов |микробиологической безопасности,| | |окислительной порчи устанавливаются с| | |учетом содержания и соотношения молочных| | |и немолочных компонентов, видов и уровней| | |содержания в них потенциально опасных| | |веществ | ------------------------+------------------------------------------ ______________ ДДТ - дихлордифенил-трихлорэтан, инсектицид. Примечания.</w:t>
      </w:r>
    </w:p>
    <w:p>
      <w:r>
        <w:rPr>
          <w:b/>
        </w:rPr>
        <w:t xml:space="preserve">1. </w:t>
      </w:r>
      <w:r>
        <w:t>Допустимые уровни содержания не предусмотренных настоящим Федеральным законом пестицидов, антибиотиков, сульфаниламидов и пищевых добавок с антибиотическими свойствами контролируются в порядке, установленном законодательством Российской Федерации в области обеспечения качества и безопасности пищевых продуктов</w:t>
      </w:r>
    </w:p>
    <w:p>
      <w:r>
        <w:rPr>
          <w:b/>
        </w:rPr>
        <w:t xml:space="preserve">2. </w:t>
      </w:r>
      <w:r>
        <w:t>При использовании химических методов определения пенициллина, стрептомицина и антибиотиков этой группы, антибиотиков тетрациклиновой группы пересчет их фактического содержания в единицах в грамме производится исходя из активности стандарта.";</w:t>
      </w:r>
    </w:p>
    <w:p>
      <w:r>
        <w:rPr>
          <w:b/>
        </w:rPr>
        <w:t xml:space="preserve">1. </w:t>
      </w:r>
      <w:r>
        <w:t>Гигиенические нормативы по микробиологическим показателям безопасности и пищевой ценности пищевых продуктов включают в себя следующие группы микроорганизмов</w:t>
      </w:r>
    </w:p>
    <w:p>
      <w:r>
        <w:rPr>
          <w:b/>
        </w:rPr>
        <w:t xml:space="preserve">2. </w:t>
      </w:r>
      <w:r>
        <w:t>Нормирование микробиологических показателей безопасности пищевых продуктов осуществляется для большинства групп микроорганизмов по альтернативному принципу: нормируется масса продукта, в котором не допускается наличие бактерий группы кишечных палочек, большинства условно-патогенных микроорганизмов, а также патогенных микроорганизмов, в том числе сальмонелл и Listeria monocytogenes. В других случаях норматив отражает количество 3 3 колониеобразующих единиц в 1 г (см ) продукта (КОЕ/г, см ).";</w:t>
      </w:r>
    </w:p>
    <w:p>
      <w:r>
        <w:rPr>
          <w:b/>
        </w:rPr>
        <w:t xml:space="preserve">1. </w:t>
      </w:r>
      <w:r>
        <w:t>Показатели идентификации сырого молока коровьего и сырого обезжиренного молока коровьего |-----------------|-----------------------------------------------| | Показатели | Параметры | |-----------------|---------------------|-------------------------| | |Сырое молоко коровье |Сырое обезжиренное молоко| | | |коровье | |-----------------|---------------------|-------------------------| |Массовая доля |2,8 - 6,0 процента |Не более 0,5 процента | |жира | | | |-----------------|---------------------|-------------------------| |Массовая доля | Не менее 2,8 процента | |белка | | |-----------------|-----------------------------------------------| |Массовая доля | Не менее 8,2 процента | |сухих | | |обезжиренных | | |веществ молока | | |-----------------|-----------------------------------------------| |Консистенция |Однородная жидкость без осадка и хлопьев. | | |Замораживание не допускается | |-----------------|-----------------------------------------------| |Вкус и запах |Вкус и запах чистые, без посторонних привкусов | | |и запахов, не свойственных свежему молоку. | | |Допускаются слабовыраженные кормовые | | |привкус и запах | |-----------------|---------------------|-------------------------| |Цвет |От белого до |Белый со слегка синеватым| | |светло-кремового |оттенком | |-----------------|---------------------|-------------------------| |Кислотность | 16,0 - 21,0 градуса Тернера | |-----------------|---------------------|-------------------------| | | 3| 3 | |Плотность |Не менее 1027,0 кг/м |Не менее 1030,0 кг/м для| | |при температуре 20 |высшего сорта, не менее | | |градусов Цельсия и | 3 | | |массовой доле жира |1029,0 кг/м для первого | | |3,5 процента |и второго сортов при | | | |температуре 20 градусов | | | |Цельсия | |-----------------|---------------------|-------------------------| |Температура |Не выше минус 0,520 |- | |замерзания |градуса Цельсия | | |(используется | | | |при подозрении | | | |на фальсификацию)| | | |-----------------|---------------------|-------------------------| 2. Показатели идентификации сырого молока других сельскохозяйственных животных в партии |--------|---------------------------------------------|-------|-------| | Вид | Содержание составных частей молока, | Плот- | | | живот- | процент | ность | | | ного |---------|---------|---------|-------|-------| при |Кислот-| | | Жир | Белок | Лактоза | Сухие | Мине- |темпе- |ность, | | | | | |вещест-|ральные|ратуре |градусы| | | | | | ва в |вещест-|20 гра-|Тернера| | | | | |среднем| ва | дусов | | | | | | | | |Цельсия| | | | | | | | | | | |--------|---------|---------|---------|-------|-------|-------|-------| |Коза |2,8 - 5,5|2,8 - 3,8|4,4 - 4,6|13,4 |0,8 |1027- |14-20 | | | | | | | |1030 | | |--------|---------|---------|---------|-------|-------|-------|-------| |Овца |6,2 - 7,2|5,1 - 5,7|4,2 - 6,6|18,5 |0,9 |1034 |25,0 | |--------|---------|---------|---------|-------|-------|-------|-------| |Кобыла |1,8 - 1,9|2,1 - 2,2|5,8 - 6,4|10,7 |0,3 |1032 |6,5 | |--------|---------|---------|---------|-------|-------|-------|-------| |Верблю- |3,0 - 5,4|3,8 - 4,0|5,0 - 5,7|15,0 |0,7 |1032 |17,5 | |дица | | | | | | | | |--------|---------|---------|---------|-------|-------|-------|-------| |Буйво- |7,5 - 7,7|4,2 - 4,6|4,2 - 4,7|17,5 |0,8 |1029 |17,0 | |лица | | | | | | | | |--------|---------|---------|---------|-------|-------|-------|-------| |Ослица |1,2 - 1,4|1,7 - 1,9|6,0 - 6,2|9,9 |0,5 |1011 |6,0 | |--------|---------|---------|---------|-------|-------|-------|-------| ______________ Значения показателей идентификации молока, полученного от различных сельскохозяйственных животных при индивидуальных доениях, могут варьироваться в более широких пределах.";</w:t>
      </w:r>
    </w:p>
    <w:p>
      <w:r>
        <w:rPr>
          <w:b/>
        </w:rPr>
        <w:t xml:space="preserve">2. </w:t>
      </w:r>
      <w:r>
        <w:t>Масло и масляная паста из коровьего молока |----------------|-----------------------------|--------------------|--------| | Масло | Массовая доля, процент | Титруемая | Кислот-| | | | кислотность | ность | | | | молочной плазмы | жировой| | | | продукта, градусы | фазы, | | | | Тернера |градусы | | | | |Кеттсто-| | |-----------|-----------|-----|--------|-----------| фера, | | | жира | влаги |соли |сладко- | кисло- | не | | | | | |сливоч- | сливоч- | более | | | | | | ного | ного | | |----------------|-----------|-----------|-----|--------|-----------|--------| |Топленое |Не менее |Не более |- | | |4,0 | | |99,0 |1,0 | | | | | |----------------|-----------|-----------|-----|--------|-----------|--------| |Сливочное, в | | | | | | | |том числе: | | | | | | | |----------------|-----------|-----------|-----|--------|-----------|--------| |сладко-сливочное| | | | | | | |кисло-сливочное,| | | | | | | |в том числе: | | | | | | | |----------------|-----------|-----------|-----|--------|-----------|--------| |несоленое |50,0 - |14,0 - 46,0|- |Не более|40,0 - 65,0|4,0 | | |85,0 вкл. | | |30,0 | | | |----------------|-----------|-----------|-----|--------|-----------|--------| |соленое |50,0 - |13,0 - 45,0|1,0 |Не более|40,0 - 65,0|4,0 | | |85,0 вкл. | | |30,0 | | | |----------------|-----------|-----------|-----|--------|-----------|--------| |с компонентами |50,0 - 69,0|16,0 - 45,0|- |- |- |4,5 | |----------------|-----------|-----------|-----|--------|-----------|--------| |Паста масляная | | | | | | | |сладко- | | | | | | | |сливочная, | | | | | | | |кисло- | | | | | | | |сливочная, | | | | | | | |в том числе: | | | | | | | |----------------|-----------|-----------|-----|--------|-----------|--------| |несоленая |39,0 - 49,0|56,0 - 47,0|- |33,0 |40,0 - 65,0|4,0 | |----------------|-----------|-----------|-----|--------|-----------|--------| |соленая |39,0 - 49,0|55,0 - 46,0|1,0 |33,0 |40,0 - 65,0|4,0 | |----------------|-----------|-----------|-----|--------|-----------|--------| |с компонентами |39,0 - 49,0|40,0 - 55,0|- |- |- |4,5 | |----------------|-----------|-----------|-----|--------|-----------|--------| |Жир молочный |Не менее |Не более |- |- |- |4,0 | | |99,8 |0,2 | | | | | |----------------|-----------|-----------|-----|--------|-----------|--------| 3. Спред сливочно-растительный, смесь топленая сливочно-растительная |------------|--------|---------|------------|-----------|--------| | Продукт |Массовая|Массовая | Массовая | Массовая | Темпе- | | | доля | доля | доля | доля | ратура | | | общего |молочного| линолевой | транс- |плавле- | | | жира, | жира в | кислоты в | изомеров | ния | | | процент| жировой | жире, | олеиновой | жира, | | | | фазе, | выделенном | кислоты |градусы | | | | процент |из продукта,| в жире, |Цельсия,| | | | | процент |выделенном |не более| | | | | | из про- | | | | | | | дукта, | | | | | | | в пере- | | | | | | | счете на | | | | | | | метил- | | | | | | | элаидат, | | | | | | | процент | | |------------|--------|---------|------------|-----------|--------| |Спред |39 - 95 |Не |10,0 - 35,0 |8,0 |36 | |сливочно- | |менее 50 | | | | |растительный| | | | | | |------------|--------|---------|------------|-----------|--------| |Смесь |Не |Не |10,0 - 35,0 |8,0 |36 | |топленая |менее 99|менее 50 | | | | |сливочно- | | | | | | |растительная| | | | | | |------------|--------|---------|------------|-----------|--------| 4. Сыр, сырный продукт |------------|----------------------------------------------------| | Продукт | Массовая доля, процент | | |-----------|-------------|----------|---------------| | | влаги | влаги в | жира в | соли | | | | обезжиренном| сухом | | | | | веществе | веществе | | |------------|-----------|-------------|----------|---------------| |Сыр (сырный |2,0 - 10,0 |Менее 15,0 |4,0 - 40,0|2,0 - 6,0 | |продукт) | | |вкл. | | |сухой | | | | | |------------|-----------|-------------|----------|---------------| |Сыр (сырный |30,0 - 35,0|Менее 51,0 |1,0 - 60,0|1,0 - 3,0 | |продукт) | | |и более |вкл. | |сверхтвердый| | | | | |------------|-----------|-------------|----------|---------------| |Сыр (сырный |40,0 - 42,0|49,0 - 56,0 |1,0 - 60,0|0,5 - 2,5 | |продукт) | |вкл. |и более |вкл. | |твердый | | | | | |------------|-----------|-------------|----------|---------------| |Сыр (сырный |36,0 - 55,0|54,0 - 69,0 |1,0 - 60,0|0,5 - 4,0 | |продукт) | |вкл. |и более |вкл. | |полутвердый | | | | | |------------|-----------|-------------|----------|---------------| |Сыр |30,0 - 80,0|Более 67,0 |1,0 - 60,0|0,4 - 5,0 вкл.,| |(сырный | | |и более |2,0 - 7,0 вкл. | |продукт) | | | |для рассольного| |мягкий, | | | |сыра, | |сыр | | | |0,0 - 5,0 для | |творожный | | | |творожного | | | | | |сыра | |------------|-----------|-------------|----------|---------------| 5. Плавленый сыр, плавленый сырный продукт |-------------|---------------------------------------------------| | Продукт | Массовая доля, процент | | |-------------|-----------|-----------|-------------| | |жира в сухом | влаги |поваренной | сахарозы | | | веществе | |соли (кроме| (для | | | | | сладких | сладких | | | | | сыров) | сыров) | |-------------|-------------|-----------|-----------|-------------| |Сыр (сырный |До 65,0 вкл. |35,0 - 70,0|0,2 - 4,0 |До 30,0 вкл. | |продукт) | |вкл. |вкл. | | |плавленый | | | | | |ломтевой | | | | | |-------------|-------------|-----------|-----------|-------------| |Сыр (сырный |20,0 - 70,0 |35,0 - 70,0|0,2 - 4,0 | | |продукт) |вкл. |вкл. |вкл. | | |плавленый | | | | | |пастообразный| | | | | |-------------|-------------|-----------|-----------|-------------| |Сыр (сырный |До 51,0 |3,0 - 7,0 |2,0 - 5,0 | | |продукт) |вкл. |вкл. |вкл. | | |плавленый | | | | | сухой | | | | | |-------------|-------------|-----------|-----------|-------------| 6. Мороженое |---------|---------------------|--------------|---------|--------| | Вид | Массовая доля, |Массовая доля,|Кислот- | Взби- | | | процент | процент, не |ность,| тость, | | | | менее |градусы | процент| | |----------|----------|--------|-----|Тернера, | | | | жира | СОМО |сахарозы|сухих|не более | | | | молочного| | или |ве- | | | | | | | общего |ществ| | | | | | | сахара | | | | | | | | (за | | | | | | | | вычетом| | | | | | | | лактозы| | | | |---------|----------|----------|--------|-----|---------|--------| |Пломбир |12,0 - 4,0|7,0 - 10,0|14,0 |36 |21 |40-130 | |---------|----------|----------|--------|-----|---------|--------| |Сливочное|8,0 - 11,5|7,0 - 11,0|14,0 |32 |22 |40-110 | |---------|----------|----------|--------|-----|---------|--------| |Молочное |Не более |7,0 - 11,5|14,5 |28 |23 |40-90 | | |7,5 | | | | | | |---------|----------|----------|--------|-----|---------|--------| |Кисло- |Не более |7,0 - 11,5|17,0 |28 |90 |40-90 | |молочное |7,5 | | | | | | |---------|----------|----------|--------|-----|---------|--------| |С расти- |Не более |7,0 - 11,0|14,0 |29 |22 |40-110 | |тельным |12,0 | | | | | | |жиром | | | | | | | |---------|----------|----------|--------|-----|---------|--------| ____________ СОМО - сухой обезжиренный молочный остаток. Кислотность мороженого с пищевкусовыми компонентами устанавливается национальными стандартами, техническими документами или стандартами организаций. Смеси молочного и растительного жира. Примечание. Показатели идентификации молочных составных и молокосодержащих продуктов переработки молока устанавливаются национальными стандартами, техническими документами или стандартами организаций.";</w:t>
      </w:r>
    </w:p>
    <w:p>
      <w:r>
        <w:rPr>
          <w:b/>
        </w:rPr>
        <w:t xml:space="preserve">2. </w:t>
      </w:r>
      <w:r>
        <w:t>Последующие адаптированные молочные смеси (сухие, жидкие, пресные и кисломолочные) и продукты на основе частично гидролизованных белков для детей в возрасте старше шести месяцев (на 100 мл готового к употреблению продукта) |--------------|--------------------------------------------------| | Критерий и | Допустимый уровень | | показатель |---------------------------------|----------------| | | Нормируемый | Маркируемый | |--------------|---------------------------------|----------------| |Белок |1,2 - 2,1 г |+ | |--------------|---------------------------------|----------------| |Белки молочной|Не менее 35 процентов от общего |- | |сыворотки |количества белка | | |--------------|---------------------------------|----------------| |Жир |2,5 - 4,0 г |+ | |--------------|---------------------------------|----------------| |Линолевая |14-20 процентов от суммы жирных |+ | |кислота |кислот | | | |---------------------------------| | | |400-800 мг | | |--------------|---------------------------------|----------------| |Углеводы |7,0 - 9,0 г |+ | |--------------|---------------------------------|----------------| |Лактоза |Не менее 50 процентов от общего |+ | | |количества углеводов (не менее | | | |35 процентов от общего | | | |количества углеводов для смесей | | | |на основе частично | | | |гидролизованных белков) | | |--------------|---------------------------------|----------------| _____________ За исключением адаптированных казеиндоминирующих смесей (молочных смесей с содержанием казеина более 65 процентов от общего количества белка)</w:t>
      </w:r>
    </w:p>
    <w:p>
      <w:r>
        <w:rPr>
          <w:b/>
        </w:rPr>
        <w:t xml:space="preserve">3. </w:t>
      </w:r>
      <w:r>
        <w:t>Адаптированные молочные смеси (сухие, жидкие, пресные, кисломолочные) и продукты на основе частично гидролизованных белков для детей от рождения до двенадцати месяцев Показатели пищевой ценности (на 100 мл готового к употреблению продукта) |------------------|----------------------------------------------| | Критерий и | Допустимый уровень | | показатель |--------------------------------|-------------| | | Нормируемый |Маркируемый | |------------------|--------------------------------|-------------| |Белок |1,2 - 2,1 г |+ | |------------------|--------------------------------|-------------| |Белки молочной |Не менее 50 процентов от общего |+ | |сыворотки |количества белка | | |------------------|--------------------------------|-------------| |Таурин |Не более 8,0 мг |+ | |------------------|--------------------------------|-------------| |Жир |3,0 - 4,0 г |+ | |------------------|--------------------------------|-------------| |Линолевая кислота |14-20 процентов от суммы жирных |+ | | |кислот | | | |--------------------------------| | | |400-800 мг | | |------------------|--------------------------------|-------------| |Отношение |1,0 - 2,0 |- | |альфа-токоферол/ | | | |полиненасыщенные | | | |жирные кислоты | | | |------------------|--------------------------------|-------------| |Углеводы |6,5 - 8,0 г |+ | |------------------|--------------------------------|-------------| |Лактоза |Не менее 65 процентов от общего |+ | | |количества углеводов (не менее | | | |40 процентов от общего | | | |количества углеводов для смесей | | | |на основе частично | | | |гидролизованных белков) | | |------------------|--------------------------------|-------------| _____________ За исключением адаптированных казеиндоминирующих смесей (молочных смесей с содержанием казеина более 50 процентов от общего количества белка)</w:t>
      </w:r>
    </w:p>
    <w:p>
      <w:r>
        <w:rPr>
          <w:b/>
        </w:rPr>
        <w:t xml:space="preserve">4. </w:t>
      </w:r>
      <w:r>
        <w:t>Последующие частично адаптированные молочные смеси (сухие, жидкие, пресные, кисломолочные) для детей в возрасте старше шести месяцев Показатели пищевой ценности (на 100 мл готового к употреблению продукта) |------------------|----------------------------------------------| | Критерий и | Допустимый уровень | | показатель |----------------------------------|-----------| | | Нормируемый |Маркируемый| |------------------|----------------------------------|-----------| |Белок |1,5 - 2,4 г |+ | |------------------|----------------------------------|-----------| |Белки молочной |Не менее 20 процентов от общего |- | |сыворотки |количества белка | | |------------------|----------------------------------|-----------| |Жир |2,5 - 4,0 г |+ | |------------------|----------------------------------|-----------| |Линолевая кислота |Не менее 14 процентов от суммы |- | | |жирных кислот | | | |----------------------------------| | | |Не менее 400 мг | | |------------------|----------------------------------|-----------| |Углеводы |6,0 - 9,0 г |+ | |------------------|----------------------------------|-----------| |Лактоза |Не менее 50 процентов от общего |- | | |количества углеводов | | |------------------|----------------------------------|-----------| Примечания</w:t>
      </w:r>
    </w:p>
    <w:p>
      <w:r>
        <w:rPr>
          <w:b/>
        </w:rPr>
        <w:t xml:space="preserve">1. </w:t>
      </w:r>
      <w:r>
        <w:t>Состав белков адаптированной молочной смеси должен быть максимально приближен к составу белков женского молока</w:t>
      </w:r>
    </w:p>
    <w:p>
      <w:r>
        <w:rPr>
          <w:b/>
        </w:rPr>
        <w:t xml:space="preserve">2. </w:t>
      </w:r>
      <w:r>
        <w:t>В составе жиров адаптированной молочной смеси не должны использоваться кунжутное масло и хлопковое масло</w:t>
      </w:r>
    </w:p>
    <w:p>
      <w:r>
        <w:rPr>
          <w:b/>
        </w:rPr>
        <w:t xml:space="preserve">3. </w:t>
      </w:r>
      <w:r>
        <w:t>Содержание трансизомеров не должно превышать 3 процента от содержания общих жиров</w:t>
      </w:r>
    </w:p>
    <w:p>
      <w:r>
        <w:rPr>
          <w:b/>
        </w:rPr>
        <w:t xml:space="preserve">4. </w:t>
      </w:r>
      <w:r>
        <w:t>Содержание миристиновой и лауриновой кислот не должно превышать в сумме 20 процентов от содержания общего жира</w:t>
      </w:r>
    </w:p>
    <w:p>
      <w:r>
        <w:rPr>
          <w:b/>
        </w:rPr>
        <w:t xml:space="preserve">5. </w:t>
      </w:r>
      <w:r>
        <w:t>Отношение линолевой кислоты к альфа-линоленовой кислоте не должно быть менее 5 и более 15</w:t>
      </w:r>
    </w:p>
    <w:p>
      <w:r>
        <w:rPr>
          <w:b/>
        </w:rPr>
        <w:t xml:space="preserve">6. </w:t>
      </w:r>
      <w:r>
        <w:t>При обогащении смесей длинноцепочечными жирными кислотами их содержание не должно превышать 1 процент от общего жира для w-3 длинноцепочечной полиненасыщенной жирной кислоты и 2 процента для w-6 длинноцепочечной полиненасыщенной жирной кислоты</w:t>
      </w:r>
    </w:p>
    <w:p>
      <w:r>
        <w:rPr>
          <w:b/>
        </w:rPr>
        <w:t xml:space="preserve">7. </w:t>
      </w:r>
      <w:r>
        <w:t>Содержание эйкозапентаеновой кислоты не должно быть выше содержания докозагексаеновой кислоты</w:t>
      </w:r>
    </w:p>
    <w:p>
      <w:r>
        <w:rPr>
          <w:b/>
        </w:rPr>
        <w:t xml:space="preserve">8. </w:t>
      </w:r>
      <w:r>
        <w:t>Помимо лактозы могут использоваться мальтодекстрин и частично гидролизованный безглютеновый крахмал; сахароза и фруктоза - только в начальных и последующих смесях на основе частично гидролизованных белков и в последующих частично адаптированных смесях; содержание сахарозы и (или) фруктозы либо их сумма не должны превышать 20 процентов от общего содержания углеводов; глюкоза и глюкозный сироп - только в начальных и последующих смесях на основе частично гидролизованных белков в количестве не более 14 граммов на литр; углеводный компонент может включать в себя пребиотики галактоолигосахариды и фруктоолигосахариды (в сумме не более 0,8 процента от массы продукта) и лактулозу</w:t>
      </w:r>
    </w:p>
    <w:p>
      <w:r>
        <w:rPr>
          <w:b/>
        </w:rPr>
        <w:t xml:space="preserve">5. </w:t>
      </w:r>
      <w:r>
        <w:t>Специализированные продукты для лечебного питания детей раннего возраста (на 100 мл готового к употреблению продукта) |------------|----------------------------------------------------| | Критерий и | Допустимый ypoвень | | показатель |---------------------------------|------------------| | | Нормируемый | Маркируемый | |------------|---------------------------------|------------------| |Низколактозные и безлактозные продукты | |------------|---------------------------------|------------------| |Белок |1,2 - 2,1 г |+ | |------------|---------------------------------|------------------| |Таурин |Не более 8,0 мг |- | |------------|---------------------------------|------------------| |L-карнитин |Не более 2,0 мг (при внесении) |- | |------------|---------------------------------|------------------| |Жир |3,0 - 4,0 г |+ | |------------|---------------------------------|------------------| |Линолевая |14-20 процентов от суммы жирных |- | |кислота |кислот | | | |---------------------------------| | | |400-800 мг | | |------------|---------------------------------|------------------| |Углеводы |6,5 - 8,0 г |+ | |------------|---------------------------------|------------------| |Лактоза |Не более 1,0 г |+ | | | |В низколактозных | | | |продуктах | | |---------------------------------|------------------| | |Не более 0,01 г |+ | | | |В безлактозных | | | |продуктах | |------------|---------------------------------|------------------| 6. Продукты прикорма и продукты для детей раннего возраста (на 100 мл или 100 г готового к употреблению продукта) |-------------------|---------------------------------------------| | Критерий и | Допустимый уровень | | показатель |---------------------------------|-----------| | | Нормируемый |Маркируемый| |-------------------|---------------------------------|-----------| |Молоко пастеризованное, стерилизованное, ультрапастеризованное| |питьевое, в том числе обогащенное, сливки стерилизованные| |питьевые | |-------------------|---------------------------------|-----------| |Белок: | | | |-------------------|---------------------------------|-----------| |молоко |2,8 - 3,2 г |+ | |-------------------|---------------------------------|-----------| |сливки |Не менее 2,6 г |+ | |-------------------|---------------------------------|-----------| |Жир: | | | |-------------------|---------------------------------|-----------| |молоко |2,0 - 4,0 г |+ | |-------------------|---------------------------------|-----------| |сливки |10,0 г |+ | |-------------------|---------------------------------|-----------| |зола |0,6 - 0,8 г |- | |-------------------|---------------------------------|-----------| |Минеральные | | | |вещества: | | | |-------------------|---------------------------------|-----------| |кальций в молоке |Не менее 100 мг |- | |-------------------|---------------------------------|-----------| |Кисломолочные продукты, в том числе с фруктовыми и (или) овощными| |компонентами | |-------------------|---------------------------------|-----------| |Белок |2,0 - 3,2 г, |+ | | |не более 4,0 г для | | | |профилактического питания | | |-------------------|---------------------------------|-----------| |Жир |2,0 - 4,0 г |+ | |-------------------|---------------------------------|-----------| |Углеводы, |Не более 12 г |+ | |в том числе | | | |сахароза |Не более 10 г | | |-------------------|---------------------------------|-----------| |Зола |0,5 - 0,8 г |- | |-------------------|---------------------------------|-----------| |Кальций |Не менее 60 мг |- | |-------------------|---------------------------------|-----------| |Кислотность |Не более 110 градусов Тернера |- | |-------------------|---------------------------------|-----------| |Творог и продукты на его основе, пастообразные молочные продукты,| |в том числе с фруктовыми и (или) овощными компонентами | |-------------------|---------------------------------|-----------| |Белок |7-17 г |+ | |-------------------|---------------------------------|-----------| |Жир |3-10 г |+ | |-------------------|---------------------------------|-----------| |Углеводы, в том |Не более 12 г |- | |числе сахароза |Не более 10 г | | |-------------------|---------------------------------|-----------| |Минеральные | | | |вещества: | | | |-------------------|---------------------------------|-----------| |кальций |Не менее 85 мг |- | |-------------------|---------------------------------|-----------| |Кислотность |Не более 150 градусов Тернера |- | |-------------------|---------------------------------|-----------| |Сыры мягкие творожные | | |-------------------|---------------------------------|-----------| |Белок |7-17 г |+ | |-------------------|---------------------------------|-----------| |Жир |Не более 10 г |+ | |-------------------|---------------------------------|-----------| |Углеводы, в том |Не более 12 г |- | |числе сахароза |Не более 10 г (при внесении) |- | |-------------------|---------------------------------|-----------| |Соль поваренная |Не более 0,2 г (при внесении) |- | |-------------------|---------------------------------|-----------| |Минеральные | | | |вещества: | | | |-------------------|---------------------------------|-----------| |кальций |Не менее 85 мг |+ | |-------------------|---------------------------------|-----------| |Кислотность |Не более 150 градусов Тернера |- | |-------------------|---------------------------------|-----------| |Молоко сухое (на 100 мл восстановленного продукта) | | | |-------------------|---------------------------------|-----------| |Белок молочный |2,8 - 3,2 г |+ | |-------------------|---------------------------------|-----------| |Жир |2,0 - 4,0 г |+ | |-------------------|---------------------------------|-----------| |Минеральные | |вещества: | |-------------------|---------------------------------|-----------| |кальций |Не менее 100 мг |- | |-------------------|---------------------------------|-----------| |Сухие (на 100 мл восстановленного продукта) и жидкие молочные,| |молочные составные и молокосодержащие напитки (для детей старше| |шести месяцев) | |-------------------|---------------------------------|-----------| |Белок |Не менее 1,8 г |+ | |-------------------|---------------------------------|-----------| |Жир |1,0 - 4,0 г |+ | |-------------------|---------------------------------|-----------| |Углеводы, в том |Не более 12,0 г |- | |числе сахароза |Не более 6,0 г | | |-------------------|---------------------------------|-----------| |Минеральные | | |вещества: | | |-------------------|---------------------------------|-----------| | кальций |90-240 мг |- | |-------------------|---------------------------------|-----------| |Каши сухие на молочной основе, требующие варки и| |быстрорастворимые (моментального приготовления) (на 100 г сухого| |продукта) | |-------------------|---------------------------------|-----------| |Влага |Не более 8 г |+ | |-------------------|---------------------------------|-----------| |Белок |12-20 г |+ | |-------------------|---------------------------------|-----------| | |Не менее 7,0 г в кашах, |+ | | |требующих восстановления цельным | | | |или частично разведенным | | | |коровьим молоком | | |-------------------|---------------------------------|-----------| |Жир |10-18 г |+ | | |---------------------------------|-----------| | |Не менее 5,0 г в кашах на |- | | |цельном молоке, массовая доля | | | |которого составляет менее 25 | | | |процентов, при условии | | | |добавления в восстановленную | | | |кашу сливочного или | | | |растительного масла | | | |---------------------------------|-----------| | |Не менее 0,5 г в кашах на |- | | |обезжиренном молоке при условии | | | |их восстановления цельным | | | |молоком либо добавления в | | | |восстановленную кашу сливочного | | | |или растительного масла | | |-------------------|---------------------------------|-----------| |Углеводы, в том |60-70 г |- | |числе сахароза |Не более 20 г | | |-------------------|---------------------------------|-----------| _____________ 1&gt; Допускается замена сахарозы фруктозой в количестве не более чем 5 граммов. Допускается замена сахарозы фруктозой в количестве не более чем 3 грамма. Допускается замена сахарозы фруктозой в количестве не более чем 10 граммов.";</w:t>
      </w:r>
    </w:p>
    <w:p>
      <w:r>
        <w:rPr>
          <w:b/>
        </w:rPr>
        <w:t xml:space="preserve">2. </w:t>
      </w:r>
      <w:r>
        <w:t>Сыры твердые, полутвердые, мягкие, плавленые и творожные для детей дошкольного возраста и детей школьного возраста (на 100 г готового к употреблению продукта) |-----------------------|-----------------------------------------| | Критерий и | Допустимый уровень | | показатель |----------------------|------------------| | | Нормируемый | Маркируемый | |-----------------------|----------------------|------------------| |Массовая доля влаги |Не более 70 процентов |- | |-----------------------|----------------------|------------------| |Массовая доля жира в |Не более 55 процентов |+ | |сухом веществе | | | |-----------------------|----------------------|------------------| |для творожного сыра |Не более 70 процентов |+ | |допускается массовая | | | |доля жира в сухом | | | |веществе | | | |-----------------------|----------------------|------------------| |Поваренная соль |Не более 2 г |- | |-----------------------|----------------------|------------------| 3. Творог и продукты на его основе, в том числе с фруктовыми и (или) овощными компонентами (на 100 г готового к употреблению продукта) |-----------------------|-----------------------------------------| | Критерий и | Допустимый уровень | | показатель |----------------------|------------------| | | Нормируемый | Маркируемый | |-----------------------|----------------------|------------------| |Белок |6,0 - 17,0 г |+ | |-----------------------|----------------------|------------------| |Жир |3,5 - 10,0 г |+ | |-----------------------|----------------------|------------------| |Углеводы, в том |Не более 16,0 г |+ | |числе сахароза |Не более 10,0 г | | |-----------------------|----------------------|------------------| |Кислотность |Не более 150 градусов |- | | |Тернера | | |-----------------------|----------------------|------------------| ____________ Допускается замена сахарозы фруктозой в количестве не более чем 5 граммов.";</w:t>
      </w:r>
    </w:p>
    <w:p>
      <w:r>
        <w:rPr>
          <w:b/>
        </w:rPr>
        <w:t xml:space="preserve">2. </w:t>
      </w:r>
      <w:r>
        <w:t>приложение 4 изложить в следующей редакции: "Приложение 4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 Допустимые уровни содержания микроорганизмов в продуктах переработки молока при выпуске их в обращение ----------------+--------------+---------------------------------+------------ | Продукт, | КМАФАнМ, | 3 |Дрожжи (Д),| | группа | 3 | Масса продукта (г, см ), | плесени | | продуктов |КОЕ/см (г),| в которой не допускаются | (П), | | | не более |-------+--------+------+---------| 3 | | | |БГКП|патоген-|стафи-|листерии |КОЕ/см (г),| | | |(коли- | ные |локок-|L. mono- | не более | | | |формы) |микроор-|ки S. |cytogenes| | | | | |ганизмы,|aureus| | | | | | | в том | | | | | | | | числе | | | | | | | |сальмо- | | | | | | | | неллы | | | | |---------------+--------------+-------+--------+------+---------+-----------| |1. Питьевое | | | | | | | |молоко, | | | | | | | |питьевые | | | | | | | |сливки, | | | | | | | |молочный | | | | | | | |напиток, | | | | | | | |молочная | | | | | | | |сыворотка, | | | | | | | |пахта, продукты| | | | | | | |на их основе, | | | | | | | |термически | | | | | | | |обработанные, | | | | | | | |в том числе: | | | | | | | |питьевое | | | | | | | |молоко, | | | | | | | |молочный | | | | | | | |напиток в | | | | | | | |потребительской| | | | | | | |таре, в том | | | | | | | |числе: | | | | | | | |---------------+--------------+-------+--------+------+---------+-----------| | | 5 | | | | | | |пастеризованные|1 х 10 |0,01 |25 |1 |25 | - | |---------------+--------------+-------+--------+------+---------+-----------| |стерилизован- |Требования промышленной стерильности: | |ные, |1) после термостатной выдержки при температуре 37 градусов| |ультрапастери- |Цельсия в течение 3-5 суток - отсутствие видимых дефектов и| |зованные (УВТ) |признаков порчи (вздутие упаковки, изменение внешнего вида и| |(с асептическим|другие), отсутствие изменений вкуса и консистенции; | |розливом) |2) после термостатной выдержки допускаются изменения: | | |а) титруемой кислотности не более чем на 2 градуса Тернера; | | | 3 | | |б) КМАФАнМ не более 10 КОЕ/см (г) | |---------------+--------------+-------+--------+------+---------+-----------| |ультрапастери- |100 |10,0 |100 |10,0 |25 | - | |зованные (без | | | | | | | |асептического | | | | | | | |розлива) | | | | | | | |---------------+--------------+-------+--------+------+---------+-----------| | | 3 | | | | | | |топленые |2,5 х 10 |0,1 |25 | - |25 | - | |---------------+--------------+-------+--------+------+---------+-----------| |обогащенные |В соответствии с требованиями, установленными для питьевого| |витаминами, |молока при различных процессах термической обработки | |макро-, | | |микроэлемента- | | |ми, лактулозой,| | |пребиотиками | | |---------------+--------------+-------+--------+------+---------+-----------| | | 5 | | | | | | |во флягах, в |2 х 10 |0,01 |25 |0,1 |25 | - | |цистернах | | | | | | | |---------------+--------------+-------+--------+------+---------+-----------| | | 5 | | | | | | |Молочная |1 х 10 |0,01 |25 |1,0 |25 | - | |сыворотка и | | | | | | | |пахта в | | | | | | | |потребительской| | | | | | | |таре пастери- | | | | | | | |зованные | | | | | | | |---------------+--------------+-------+--------+------+---------+-----------| |Сливки и | | | | | | | |продукты на их | | | | | | | |основе, в том | | | | | | | |числе: в | | | | | | | |потребительской| | | | | | | |таре, в том | | | | | | | |числе: | | | | | | | |---------------+--------------+-------+--------+------+---------+-----------| | | 5 | | | | | | |пастеризованные|1 х 10 |0,01 |25 |1,0 |25 | - | |---------------+--------------+-------+--------+------+---------+-----------| |стерилизованные|Требования промышленной стерильности: | | |1) после термостатной выдержки при температуре 37 градусов| | |Цельсия в течение 3-5 суток - отсутствие видимых дефектов и| | |признаков порчи (вздутие упаковки, изменение внешнего вида и| | |другие), отсутствие изменений вкуса и консистенции; | | |2) после термостатной выдержки допускаются изменения: | | |а) титруемой кислотности не более чем на 2 градуса Тернера; | | | 3 | | |б) КМАФАнМ не более 10 КОЕ/см (г) | |---------------+--------------+-------+--------+------+---------+-----------| | | 5 | | | | | | |обогащенные |1 х 10 |0,01 |25 |1,0 |25 | - | |---------------+--------------+-------+--------+------+---------+-----------| | | 5 | | | | | | |взбитые |1 х 10 |0,1 |25 |0,1 |25 | - | |---------------+--------------+-------+--------+------+---------+-----------| | | 5 | | | | | | |во флягах, в |2 х 10 |0,01 |25 |0,1 |25 | - | |цистернах | | | | | | | |---------------+--------------+-------+--------+------+---------+-----------| | | 5 | | | | | | |Напитки, |1 х 10 |0,1 |25 |1,0 |25 | | |коктейли, | | | | | | | |кисели, желе, | | | | | | | |соусы, кремы, | | | | | | | |пудинги, муссы,| | | | | | | |пасты, | | | | | | | |суфле, | | | | | | | |произведенные | | | | | | | |на основе | | | | | | | |молока, сливок,| | | | | | | |пахты, | | | | | | | |сыворотки | | | | | | | |пастеризованные| | | | | | | |---------------+--------------+-------+--------+------+---------+-----------| |2. Продукты | | | | | | | |кисломолочные, | | | | | | | |продукты на их | | | | | | | |основе, в том | | | | | | | |числе: | | | | | | | |---------------+--------------+-------+--------+------+---------+-----------| |со сроком | | | | | | | |годности не | | | | | | | |более 72 часов:| | | | | | | |---------------+--------------+-------+--------+------+---------+-----------| |без компонентов|Не менее |0,01 |25 |1,0 |- |- | | | 7 | | | | | | | |1 х 10 | | | | | | | |молочнокислых | | | | | | | |микро- | | | | | | | |организмов | | | | | | |---------------+--------------+-------+--------+------+---------+-----------| |с компонентами |Не менее |0,01 |25 |1,0 |- |- | | | 7 | | | | | | | |1 х 10 | | | | | | | |молочнокислых | | | | | | | |микро- | | | | | | | |организмов | | | | | | |---------------+--------------+-------+--------+------+---------+-----------| |со сроком | | | | | | | |годности более | | | | | | | |72 часов: | | | | | | | |---------------+--------------+-------+--------+------+---------+-----------| | | | | | | | 4 | |без компонентов|Не менее |0,1 |25 |1,0 | |Д - 50 | | | 7 | | | | |П - 50 | | |1 х 10 | | | | | | | |молочнокислых | | | | | | | |микроорганиз- | | | | | | | |мов | | | | | | |---------------+--------------+-------+--------+------+---------+-----------| | | | | | | | 4 | |с компонентами |Не менее |0,01 |25 |1,0 | |Д - 50 | | | 7 | | | | |П - 50 | | |1 х 10 | | | | | | | |молочнокислых | | | | | | | |микроорганиз- | | | | | | | |мов | | | | | | |---------------+--------------+-------+--------+------+---------+-----------| | | | | | | | 4 | |обогащенные |Не менее |0,1 |25 |1,0 | |Д - 50 | |бифидо- | 6 | | | | |П - 50 | |бактериями и |1 х 10 | | | | | | |другими |бифидобактерий| | | | | | |пробиотическими|и (или) других| | | | | | |микроорганиз- |пробиотических| | | | | | |мами |микроорганиз- | | | | | | | |мов в сумме | | | | | | |---------------+--------------+-------+--------+------+---------+-----------| |Сметана, |Не менее |0,001 |25 |1,0 | |Д - 50 | |продукты на ее | 7 |(0,1 | | | |П - 50 для | |основе, в том |1 х 10 |для | | | |продуктов | |числе с |молочнокислых |терми- | | | |со сроком | |компонентами |микроорганиз- |чески | | | |годности | | |мов |обрабо-| | | |более | | |для сметаны |танных | | | |72 часов | | | |после | | | | | | | |скваши-| | | | | | | |вания | | | | | | | |сметан-| | | | | | | |ных | | | | | | | |продук-| | | | | | | |тов) | | | | | |---------------+--------------+-------+--------+------+---------+-----------| |Термически | | | | | | | |обработанные | | | | | | | |сквашенные | | | | | | | |молочные и | | | | | | | |молочные | | | | | | | |составные | | | | | | | |продукты, | | | | | | | |в том числе: | | | | | | | |---------------+--------------+-------+--------+------+---------+-----------| |без компонентов| - |1,0 |25 |1,0 |25 |Д - 50 | | | | | | | |П - 50 | |---------------+--------------+-------+--------+------+---------+-----------| |с компонентами | - |1,0 |25 |1,0 |25 |Д - 50 | | | | | | | |П - 50 | |---------------+--------------+-------+--------+------+---------+-----------| |3. Творог, | | | | | | | |творожная | | | | | | | |масса, | | | | | | | |творожные | | | | | | | |продукты, | | | | | | | |продукты на их | | | | | | | |основе, в том | | | | | | | |числе: | | | | | | | |---------------+--------------+-------+--------+------+---------+-----------| |творог без | | | | | | | |компонентов (за| | | | | | | |исключением | | | | | | | |творога, | | | | | | | |произведенного | | | | | | | |с | | | | | | | |использованием | | | | | | | |ультрафильтра- | | | | | | | |ции, | | | | | | | |сепарирования, | | | | | | | |творога | | | | | | | |зерненого), в | | | | | | | |том числе: | | | | | | | |---------------+--------------+-------+--------+------+---------+-----------| |со сроком |Не менее |0,001 |25 |0,1 | - | - | |годности не | 6 | | | | | | |более 72 часов |1 х 10 | | | | | | | |молочнокислых | | | | | | | |микроорганиз- | | | | | | | |мов | | | | | | |---------------+--------------+-------+--------+------+---------+-----------| |со сроком | |0,01 |25 |0,1 | - |Д - 100 | |годности более | | | | | |П - 50 | |72 часов | | | | | | | |---------------+--------------+-------+--------+------+---------+-----------| |замороженный |- |0,01 |25 |0,1 | - |Д - 100 | | | | | | | |П - 50 | |---------------+--------------+-------+--------+------+---------+-----------| |Творог, | | | | | | | |произведенный с| | | | | | | |использованием | | | | | | | |ультрафильтра- | | | | | | | |ции, | | | | | | | |сепарирования, | | | | | | | |в том числе: | | | | | | | |---------------+--------------+-------+--------+------+---------+-----------| |со сроком |- |0,01 |25 |0,1 | - | - | |годности не | | | | | | | |более 72 часов | | | | | | | |---------------+--------------+-------+--------+------+---------+-----------| |со сроком |- |0,01 |25 |0,1 | - |Д - 50 | |годности более | | | | | |П - 50 | |72 часов | | | | | | | |---------------+--------------+-------+--------+------+---------+-----------| |Творог зерненый|- |0,01 |25 |0,1 | - |Д - 100 | | | | | | | |П - 50 | |---------------+--------------+-------+--------+------+---------+-----------| |Творог с | | | | | | | |компонентами, | | | | | | | |творожная | | | | | | | |масса, сырки | | | | | | | |творожные, в | | | | | | | |том числе: | | | | | | | |---------------+--------------+-------+--------+------+---------+-----------| |со сроком |- |0,001 |25 |0,1 | - | - | |годности не | | | | | | | |более 72 часов | | | | | | | |---------------+--------------+-------+--------+------+---------+-----------| |со сроком | |0,01 |25 |0,1 | - |Д - 100 | |годности более | | | | | |П - 50 | |72 часов | | | | | | | |---------------+--------------+-------+--------+------+---------+-----------| |замороженные | - |0,01 |25 |0,1 | - |Д - 100 | | | | | | | |П - 50 | |---------------+--------------+-------+--------+------+---------+-----------| |Творожные | | | | | | | |продукты, в том| | | | | | | |числе: | | | | | | | |---------------+--------------+-------+--------+------+---------+-----------| |со сроком | - |0,01 |25 |0,1 | - | - | |годности не | | | | | | | |более 72 часов | | | | | | | |---------------+--------------+-------+--------+------+---------+-----------| |со сроком | - |0,01 |25 |0,1 | - |Д - 100 | |годности более | | | | | |П - 50 | |72 часов | | | | | | | |---------------+--------------+-------+--------+------+---------+-----------| |замороженные | - |0,01 |25 |0,1 | - |Д - 100 | | | | | | | |П - 50 | |---------------+--------------+-------+--------+------+---------+-----------| |Термически | - |0,1 |25 |1,0 | - |50 в | |обработанные | | | | | |сумме | |творожные | | | | | | | |продукты, в том| | | | | | | |числе с | | | | | | | |компонентами | | | | | | | |---------------+--------------+-------+--------+------+---------+-----------| | | 5 | | | | | | |4. Альбумин |2 х 10 |0,1 |25 |0,1 | - |Д - 100 | |молочный, | | | | | |П - 50 | |продукты на его| | | | | | | |основе, кроме | | | | | | | |произведенных | | | | | | | |путем | | | | | | | |сквашивания | | | | | | | |---------------+--------------+-------+--------+------+---------+-----------| |5. Молоко, | | | | | | | |сливки, пахта, | | | | | | | |сыворотка, | | | | | | | |молочные | | | | | | | |продукты, | | | | | | | |молочные | | | | | | | |составные | | | | | | | |продукты на их | | | | | | | |основе | | | | | | | |концентрирован-| | | | | | | |ные и сгущенные| | | | | | | |стерилизован- | | | | | | | |ные, консервы | | | | | | | |молочные, | | | | | | | |молочные | | | | | | | |составные, в | | | | | | | |том числе: | | | | | | | |---------------+--------------+-------+--------+------+---------+-----------| |молоко |Требования промышленной стерильности: | |сгущенное, |1) после термостатной выдержки при температуре 37 градусов| |концентрирован-|Цельсия в течение 6 суток - отсутствие видимых дефектов и| |ное |признаков порчи (вздутие упаковки, изменение внешнего вида и| |стерилизован- |другие), отсутствие изменений вкуса и консистенции; | |ное, сливки |2) после термостатной выдержки: | |сгущенные |а) не допускаются изменения титруемой кислотности; | |стерилизован- |б) в микроскопическом препарате не должны обнаруживаться| |ные, молочные |клетки микроорганизмов; | |продукты и |3) дополнительное требование к продуктам детского питания -| |молочные |отсутствие при посеве пробы грибов, дрожжей, молочнокислых| |составные |микроорганизмов | |продукты | | |сгущенные | | |стерилизованные| | |---------------+--------------+-------+--------+------+---------+-----------| |молоко, сливки | | | | | | | |сгущенные с | | | | | | | |сахаром в | | | | | | | |потребитель- | | | | | | | |ской таре, в | | | | | | | |том числе: | | | | | | | |---------------+--------------+-------+--------+------+---------+-----------| | | 4 | | | | | | |без компонентов|2 х 10 |1,0 |25 | - | - | - | |---------------+--------------+-------+--------+------+---------+-----------| | | 4 | | | | | | |с компонентами |2 х 10 |1,0 |25 | - | - | - | |---------------+--------------+-------+--------+------+---------+-----------| | | 4 | | | | | | |молоко, сливки |4 х 10 |1,0 |25 | - | - | - | |сгущенные с | | | | | | | |сахаром в | | | | | | | |транспортной | | | | | | | |таре | | | | | | | |---------------+--------------+-------+--------+------+---------+-----------| | | 4 | | | | | | |пахта, |5 х 10 |1,0 |25 | - | - | - | |сыворотка | | | | | | | |сгущенные без | | | | | | | |сахара и с | | | | | | | |сахаром | | | | | | | |---------------+--------------+-------+--------+------+---------+-----------| | | 4 | | | | | | |какао, кофе |3,5 х 10 |1,0 |25 | - | - | - | |натуральный со | | | | | | | |сгущенным | | | | | | | |молоком или | | | | | | | |сливками с | | | | | | | |сахаром | | | | | | | |---------------+--------------+-------+--------+------+---------+-----------| |6. Продукты | | | | | | | |молочные, | | | | | | | |молочные | | | | | | | |составные, | | | | | | | |сухие, | | | | | | | |сублимирован- | | | | | | | |ные (молоко, | | | | | | | |сливки, | | | | | | | |кисломолочные | | | | | | | |продукты, | | | | | | | |напитки, смеси | | | | | | | |для мороженого,| | | | | | | |сыворотка, | | | | | | | |пахта, молоко | | | | | | | |обезжиренное), | | | | | | | |в том числе: | | | | | | | |---------------+--------------+-------+--------+------+---------+-----------| | | 4 | | | | | | |молоко коровье |5 х 10 |0,1 |25 |1,0 | - | - | |сухое цельное | | | | | | | |---------------+--------------+-------+--------+------+---------+-----------| |молоко сухое | | | | | - | - | |обезжиренное, | | | | | | | |в том числе: | | | | | | | |---------------+--------------+-------+--------+------+---------+-----------| | | 4 | | | | | | |для |5 х 10 |0,1 |25 |1,0 | - | - | |непосредствен- | | | | | | | |ного | | | | | | | |употребления | | | | | | | |---------------+--------------+-------+--------+------+---------+-----------| | | 5 | | | | | | |для |1 х 10 |0,1 |25 |1,0 | - | - | |промышленной | | | | | | | |переработки | | | | | | | |---------------+--------------+-------+--------+------+---------+-----------| | | 5 | | | | | | |напитки сухие |1 х 10 |0,01 |25 |1,0 | - |П - 50 | |молочные | | | | | | | |---------------+--------------+-------+--------+------+---------+-----------| | | 4 | | | | | | |сливки сухие и |7 х 10 |0,1 |25 |1,0 | - | - | |сливки сухие с | | | | | | | |сахаром | | | | | | | |---------------+--------------+-------+--------+------+---------+-----------| | | 5 | | | | | | |сыворотка |1 х 10 |0,1 |25 |1,0 | - |Д - 50 | |молочная сухая | | | | | |П - 100 | |---------------+--------------+-------+--------+------+---------+-----------| | | 4 | | | | | | |смеси сухие |5 х 10 |0,1 |25 |1,0 |25 для | | |для мороженого | | | | |мягкого | | | | | | | |мороже- | | | | | | | |ного | | |---------------+--------------+-------+--------+------+---------+-----------| | | 5 | | | | | | |продукты |1 х 10 |0,1 |25 |1,0 | - |Д - 50 | |кисломолочные | | | | | |П - 100 | |сухие | | | | | | | |---------------+--------------+-------+--------+------+---------+-----------| | | 4 | | | | | | |пахта, |5 х 10 |0,1 |25 |1,0 | - |Д - 50 | |заменитель | | | | | |П - 100 | |цельного | | | | | | | |молока сухие | | | | | | | |---------------+--------------+-------+--------+------+---------+-----------| |7. Концентраты | | | | | | | |молочных | | | | | | | |белков, | | | | | | | |казеин, | | | | | | | |молочный сахар,| | | | | | | |казеинаты, | | | | | | | |гидролизаты | | | | | | | |молочных | | | | | | | |белков сухие, | | | | | | | |в том числе: | | | | | | | |---------------+--------------+-------+--------+------+---------+-----------| | | 4 | | | | | | |казеинаты |5 х 10 |0,1 |25 | - | - | - | |пищевые |сульфитреду- | | | | | | | |цирующие | | | | | | | |клостридии в | | | | | | | |0,01 г не | | | | | | | |допускаются | | | | | | |---------------+--------------+-------+--------+------+---------+-----------| | | 4 | | | | | | |концентрат |5 х 10 |1,0 |25 |1,0 | - | - | |сывороточный | | | | | | | |белковый | | | | | | | |---------------+--------------+-------+--------+------+---------+-----------| | | 3 | | | | | | |концентрат |2,5 х 10 |1,0 |25 |1,0 | - | - | |казеина | | | | | | | |---------------+--------------+-------+--------+------+---------+-----------| | | 4 | | | | | | |белок молочный,|1 х 10 |1,0 |50 |1,0 | - |Д - 10 | |казеины |сульфитреду- | | | | |П - 50 | | |цирующие | | | | | | | |клостридии в | | | | | | | |0,01 г не | | | | | | | |допускаются | | | | | | |---------------+--------------+-------+--------+------+---------+-----------| | | 3 | | | | | | |сахар молочный |1 х 10 |1,0 |25 |1,0 | - |Д - 50 | |рафинированный | | | | | |П - 100 | |---------------+--------------+-------+--------+------+---------+-----------| | | 4 | | | | | | |сахар молочный |1 х 10 |1,0 |25 |1,0 | - |Д - 50 | |пищевой | | | | | |П - 100 | |(лактоза | | | | | | | |пищевая) | | | | | | | |---------------+--------------+-------+--------+------+---------+-----------| | | 3 | | | | | | |концентрат |5 х 10 |1,0 |50 |1,0 | - |Д - 50 | |лактулозы | | | | | |П - 100 | |---------------+--------------+-------+--------+------+---------+-----------| |8. Сыры, сырные| | | | | | | |продукты: | | | | | | | |сверхтвердые, | | | | | | | |твердые, | | | | | | | |полутвердые, | | | | | | | |мягкие, | | | | | | | |плавленые, | | | | | | | |сывороточно- | | | | | | | |альбуминные, | | | | | | | |творожные, | | | | | | | |сухие; сырные | | | | | | | |пасты, соусы, в| | | | | | | |том числе: | | | | | | | |---------------+--------------+-------+--------+------+---------+-----------| |сыры, сырные | | | | | | | |продукты | | | | | | | |(сверхтвердые, | | | | | | | |твердые, | | | | | | | |полутвердые, | | | | | | | |мягкие, | | | | | | | |сывороточно- | | | | | | | |альбуминные), в| | | | | | | |том числе: | | | | | | | |---------------+--------------+-------+--------+------+---------+-----------| |без компонентов| - |0,001 |25 |0,001 |25 | - | |---------------+--------------+-------+--------+------+---------+-----------| |с компонентами | - |0,001 |25 |0,001 |25 | - | |---------------+--------------+-------+--------+------+---------+-----------| |копченые | - |0,001 |25 |0,001 |25 | - | |---------------+--------------+-------+--------+------+---------+-----------| |сыры и сырные | | | | | | | |продукты | | | | | | | |плавленые, в | | | | | | | |том числе: | | | | | | | |---------------+--------------+-------+--------+------+---------+-----------| | | 3 | | | | | | |без компонентов|5 х 10 |0,1 |25 | - | - |Д - 50 | | | | | | | |П - 50 | |---------------+--------------+-------+--------+------+---------+-----------| | | 4 | | | | | | |с компонентами |1 х 10 |0,1 |25 | - | - |Д - 100 | | | | | | | |П - 100 | |---------------+--------------+-------+--------+------+---------+-----------| | | 4 | | | | | | |копченые |1 х 10 |0,1 |25 | - | - |Д - 100 | | | | | | | |П - 100 | |---------------+--------------+-------+--------+------+---------+-----------| |творожный сыр, | | | | | | | |в том числе: | | | | | | | |---------------+--------------+-------+--------+------+---------+-----------| |без компонентов| - |0,1 |25 | - | - |Д - 50 | | | | | | | |П - 50 | |---------------+--------------+-------+--------+------+---------+-----------| |с компонентами | - |0,1 |25 | - | - |Д - 100 | | | | | | | |П - 100 | |---------------+--------------+-------+--------+------+---------+-----------| | | 4 | | | | | | |сырные соусы, |1 х 10 |0,1 |25 | - | - | - | |пасты | | | | | | | |---------------+--------------+-------+--------+------+---------+-----------| | | 4 | | | | | | |сыры, сырные |5 х 10 |1,0 |25 | - | - | - | |продукты сухие | | | | | | | |---------------+--------------+-------+--------+------+---------+-----------| |9. Масло, паста|В кисло- | | | | | | |масляная из |сливочном | | | | | | |коровьего |масле не | | | | | | |молока, |нормируется | | | | | | |молочный жир, в| | | | | | | |том числе: | | | | | | | |---------------+--------------+-------+--------+------+---------+-----------| |масло из | | | | | | | |коровьего | | | | | | | |молока: | | | | | | | |сливочное | | | | | | | |(сладко- | | | | | | | |сливочное, | | | | | | | |кисло- | | | | | | | |сливочное, | | | | | | | |соленое, | | | | | | | |несоленое), в | | | | | | | |том числе: | | | | | | | |---------------+--------------+-------+--------+------+---------+-----------| | | 5 | | | | | | |без компонентов|1 х 10 |0,01 |25 |0,1 |25 |100 | | | | | | | |в сумме | |---------------+--------------+-------+--------+------+---------+-----------| | | 5 | | | | | | |с компонентами |1 х 10 |0,01 |25 |0,1 |25 |Д-100 | | | | | | | |П-100 | |---------------+--------------+-------+--------+------+---------+-----------| |стерилизованное|Требования промышленной стерильности: | | |1) после термостатной выдержки при температуре 37 градусов| | |Цельсия в течение 3-5 суток - отсутствие видимых дефектов и| | |признаков порчи (вздутие упаковки, изменение внешнего вида и| | |другие), отсутствие изменений вкуса и консистенции; | | |2) после термостатной выдержки допускаются изменения: | | |а) кислотности жировой фазы не более чем на 0,5 градуса| | |Кеттстофера; | | |б) титруемой кислотности молочной плазмы не более чем на 2| | |градуса Тернера; | | |в) КМАФАнМ не более 100 КОЕ/г | |---------------+--------------+-------+--------+------+---------+-----------| | | 3 | | | | | | |масло топленое |1 х 10 |1,0 |25 | - | - |П - 200 | |---------------+--------------+-------+--------+------+---------+-----------| | | 5 | | | | | | |масло сухое |1 х 10 |0,01 |25 |0,1 |25 |100 в сумме| |---------------+--------------+-------+--------+------+---------+-----------| | | 3 | | | | | | |молочный жир |1 х 10 |1,0 |25 | - | - |П - 200 | |---------------+--------------+-------+--------+------+---------+-----------| |паста масляная,| | | | | | | |в том числе: | | | | | | | |---------------+--------------+-------+--------+------+---------+-----------| | | 5 | | | | | | |без компонентов|2 х 10 |0,01 |25 |0,1 |25 |Д - 100 | | | | | | | |П - 100 | |---------------+--------------+-------+--------+------+---------+-----------| | | 5 | | | | | | |с компонентами |2 х 10 |0,001 |25 |0,1 |25 |Д - 100 | | | | | | | |П - 100 | |---------------+--------------+-------+--------+------+---------+-----------| |10. Сливочно- | | | | | | | |растительный | | | | | | | |спред, | | | | | | | |сливочно- | | | | | | | |растительная | | | | | | | |топленая смесь,| | | | | | | |в том числе: | | | | | | | |---------------+--------------+-------+--------+------+---------+-----------| | | 5 | | | | | | |сливочно- |1 х 10 |0,01 |25 |0,1 |25 |Д - 100 | |растительный | | | | | |П - 100 | |спред | | | | | | | |---------------+--------------+-------+--------+------+---------+-----------| | | 3 | | | | | | |сливочно- |1 х 10 |1,0 |25 | - | - |П - 200 | |растительная | | | | | | | |топленая смесь | | | | | | | |---------------+--------------+-------+--------+------+---------+-----------| |11. Мороженое | | | | | | | |молочное | | | | | | | |кисломолочное, | | | | | | | |сливочное, | | | | | | | |пломбир, с | | | | | | | |растительным | | | | | | | |жиром, торты, | | | | | | | |пирожные, | | | | | | | |десерты из | | | | | | | |мороженого, | | | | | | | |смеси, глазурь | | | | | | | |для мороженого:| | | | | | | |---------------+--------------+-------+--------+------+---------+-----------| | | 5 | | | | | | |мороженое |1 х 10 |0,01 |25 |1,0 |25 | - | |молочное, | | | | | | | |---------------+--------------+-------+--------+------+---------+-----------| |сливочное, | | | | | | | |пломбир, с | | | | | | | |растительным | | | | | | | |жиром | | | | | | | |закаленное, в | | | | | | | |том числе с | | | | | | | |компонентами, | | | | | | | |торты, | | | | | | | |пирожные, | | | | | | | |десерты из | | | | | | | |мороженого | | | | | | | |---------------+--------------+-------+--------+------+---------+-----------| | | 5 | | | | | | |мороженое |1 х 10 |0,1 |25 |1,0 |25 | - | |молочное, | | | | | | | |сливочное, | | | | | | | |пломбир, с | | | | | | | |растительным | | | | | | | |жиром мягкое, в| | | | | | | |том числе с | | | | | | | |компонентами | | | | | | | |---------------+--------------+-------+--------+------+---------+-----------| | | 4 | | | | | | |жидкие смеси |3 х 10 |0,01 |25 |1,0 |25 | - | |для мягкого | | | | | | | |мороженого | | | | | | | |---------------+--------------+-------+--------+------+---------+-----------| |мороженое |Не менее |0,1 |25 |1,0 |25 | - | |кисломолочное | 6 | | | | | | | |1 х 10 | | | | | | | |молочнокислых | | | | | | | |микроорганиз- | | | | | | | |мов, КОЕ/г | | | | | | |---------------+--------------+-------+--------+------+---------+-----------| |12. Закваски |Количество | | | | | | |(заквасочные и |молочнокислых | | | | | | |пробиотические |микроорганиз- | | | | | | |микроорганизмы |мов и (или) | | | | | | |для |других | | | | | | |производства |микроорганиз- | | | | | | |кисломолочных |мов заквасок, | | | | | | |продуктов, | 3 | | | | | | |кислосливочного|КОЕ/см (г) | | | | | | |масла и сыров),| | | | | | | |в том числе: | | | | | | | |---------------+--------------+-------+--------+------+---------+-----------| |закваски для |Не менее |3,0 |100 |10 | - |П - 5 | |кефира | 8 | | | | | | |симбиотические |1 х 10 | | | | | | |жидкие | | | | | | | |---------------+--------------+-------+--------+------+---------+-----------| |закваски из | | | | | | | |чистых культур,| | | | | | | |в том числе: | | | | | | | |---------------+--------------+-------+--------+------+---------+-----------| |жидкие, в том |Не менее |10,0 |100 |10 | - |5 в сумме | |числе | 8 | | | | | | |замороженные |1 х 10 ; не | | | | | | | |менее | | | | | | | | 10 | | | | | | | |1 х 10 для | | | | | | | |заквасок | | | | | | | |концентриро- | | | | | | | |ванных | | | | | | |---------------+--------------+-------+--------+------+---------+-----------| |сухие |Не менее |1,0 |10 |1,0 | - |5 в сумме | | | 9 | | | | | | | |1 х 10 ; не | | | | | | | |менее | | | | | | | | 10 | | | | | | | |1 х 10 для | | | | | | | |заквасок | | | | | | | |концентриро- | | | | | | | |ванных | | | | | | |---------------+--------------+-------+--------+------+---------+-----------| |13. Молоко- | | | | | | | |свертывающие | | | | | | | |ферментные | | | | | | | |препараты, в | | | | | | | |том числе: | | | | | | | |---------------+--------------+-------+--------+------+---------+-----------| | | 4 | | | | | | |животного |1 х 10 |1,0 |25 суль-| | - | - | |происхождения | |Е. coli|фитреду-| | | | | | |в 25 г |цирующих| | | | | | | |клостри-| | | | | | | |дий в | | | | | | | |0,01 г | | | | |---------------+--------------+-------+--------+------+---------+-----------| | | 4 | | | | | | |растительного |5 х 10 |1,0 |25 | - | - | - | |происхождения | | | | | | | |---------------+--------------+-------+--------+------+---------+-----------| | | 4 | | | | | | |микробного и |5 х 10 |1,0 |25 | - | - | - | |грибного |Не должны | | | | | | |происхождения |содержать | | | | | | | |жизнеспособные| | | | | | | |формы | | | | | | | |продуцентов | | | | | | | |ферментов, не | | | | | | | |должны иметь | | | | | | | |антибиотичес- | | | | | | | |кую | | | | | | | |активность. | | | | | | | |Ферментные | | | | | | | |препараты | | | | | | | |грибного | | | | | | | |происхождения | | | | | | | |не должны | | | | | | | |содержать | | | | | | | |микотоксины | | | | | | |---------------+--------------+-------+--------+------+---------+-----------| | | 4 | | | | | | |14. Питательные|5 х 10 |0,01 |25 суль-| - | - | - | |среды для | | |фитреду-| | | | |культивирования| | |цирующих| | | | |заквасочной, | | |клостри-| | | | |пробиотической | | |дий в | | | | |микрофлоры, | | |0,01 г | | | | |сухие на | | | | | | | |молочной основе| | | | | | | |---------------+--------------+-------+--------+------+---------+-----------| |15. Молоко- |Требования устанавливаются с учетом содержания и соотношения| |содержащие |в продукте молочных и немолочных компонентов | |продукты | | ----------------+------------------------------------------------------------- ____________ КМАФАнМ - количество мезофильных аэробных и факультативно-анаэробных микроорганизмов. КОЕ - колониеобразующие единицы. БГКП - бактерии группы кишечных палочек. 4 Наличие дрожжей на конец срока годности не менее 1 х 10 для айрана и 5 кефира, не менее 1 х 10 для кумыса, допускается наличие дрожжей в продуктах, производимых с их использованием в закваске. Примечания</w:t>
      </w:r>
    </w:p>
    <w:p>
      <w:r>
        <w:rPr>
          <w:b/>
        </w:rPr>
        <w:t xml:space="preserve">1. </w:t>
      </w:r>
      <w:r>
        <w:t>санитарно-показательные, к которым относятся количество мезофильных аэробных и факультативно-анаэробных микроорганизмов - КМАФАнМ, бактерии группы кишечных палочек - БГКП (колиформы), бактерии семейства Enterobacteriaceae, энтерококки</w:t>
      </w:r>
    </w:p>
    <w:p>
      <w:r>
        <w:rPr>
          <w:b/>
        </w:rPr>
        <w:t xml:space="preserve">1. </w:t>
      </w:r>
      <w:r>
        <w:t>условно-патогенные микроорганизмы, к которым относятся Е. coli, Staphylococcus aureus, бактерии рода Proteus, В. cereus и сульфитредуцирующие клостридии, Vibrio parahaemolyticus</w:t>
      </w:r>
    </w:p>
    <w:p>
      <w:r>
        <w:rPr>
          <w:b/>
        </w:rPr>
        <w:t xml:space="preserve">1. </w:t>
      </w:r>
      <w:r>
        <w:t>патогенные микроорганизмы, в том числе сальмонеллы и Listeria monocytogenes, бактерии рода Yersinia</w:t>
      </w:r>
    </w:p>
    <w:p>
      <w:r>
        <w:rPr>
          <w:b/>
        </w:rPr>
        <w:t xml:space="preserve">1. </w:t>
      </w:r>
      <w:r>
        <w:t>микроорганизмы порчи - дрожжи, плесневые грибы, молочнокислые микроорганизмы</w:t>
      </w:r>
    </w:p>
    <w:p>
      <w:r>
        <w:rPr>
          <w:b/>
        </w:rPr>
        <w:t xml:space="preserve">1. </w:t>
      </w:r>
      <w:r>
        <w:t>микроорганизмы заквасочной микрофлоры и пробиотические микроорганизмы (молочнокислые микроорганизмы, пропионовокислые микроорганизмы, дрожжи, бифидобактерии, ацидофильные бактерии и другие) в продуктах с нормируемым уровнем биотехнологической микрофлоры и в пробиотических продуктах</w:t>
      </w:r>
    </w:p>
    <w:p>
      <w:r>
        <w:rPr>
          <w:b/>
        </w:rPr>
        <w:t xml:space="preserve">2. </w:t>
      </w:r>
      <w:r>
        <w:t>приложение 5 изложить в следующей редакции: "Приложение 5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 Допустимые уровни окислительной порчи и содержания потенциально опасных веществ в молочных продуктах детского питания для детей раннего возраста |-------------------|---------------------|-----------------------| | | | Допустимый уровень, | | |Потенциально опасные | мг/кг (л), не более | | Продукт, группа |вещества и показатели| (для сухих продуктов | | продуктов | окислительной порчи | в пересчете на | | | | восстановленный | | | | продукт) | |-------------------|---------------------|-----------------------| |Все молочные |Антибиотики: | | |продукты |Левомицетин |Менее 0,01 | | |Тетрациклиновая |Менее 0,01 | | |группа | | | |Пенициллин |Менее 0,004 | | |Стрептомицин |Менее 0,5 | | | | | | |Микотоксины: | | | |Афлатоксин M |0,00002 | | | 1 | | | | | | | |Радионуклиды | | | |(в пересчете на | | | |готовый к | | | |употреблению | | | |продукт): | | | |Цезий-137 |40 Бк/л (кг) | | |Стронций-90 |25 Бк/л (кг) | |-------------------|---------------------|-----------------------| |Адаптированные |Показатель |4,0 ммоль активного | |молочные смеси и |окислительной порчи |кислорода/кг жира (для | |последующие | |сухих продуктов) | |молочные смеси | | | |(сухие, жидкие, |Токсичные элементы: | | |пресные и |Свинец |0,02 | |кисломолочные), |Мышьяк |0,05 | |продукты на основе |Кадмий |0,02 | |частично |Ртуть |0,005 | |гидролизованных | | | |белков, молоко |Пестициды | | |пастеризованное, |(в пересчете на жир):| | |ультрапастери- |Гексахлорциклогексан |0,02 | |зованное, |(альфа-, бета-, | | |стерилизованное, |гамма-изомеры) | | |в том числе |ДДТ и его | | |обогащенное, сливки|метаболиты |0,01 | |стерилизованные | | | |жидкие | | | |кисломолочные | | | |продукты, в том | | | |числе с фруктовыми | | | |и (или) овощными | | | |компонентами, | | | |молоко сухое для | | | |детского питания, | | | |сухие и жидкие | | | |молочные напитки, | | | |низколактозные и | | | |безлактозные | | | |продукты | | | |-------------------|---------------------|-----------------------| |Адаптированные |Осмоляльность |320 мОсм/кг | |молочные смеси |---------------------|-----------------------| | |Кислотность |60 градусов Тернера для| | | |жидких кисломолочных | | | |продуктов | |-------------------|---------------------|-----------------------| |Последующие |Осмоляльность |320 мОсм/кг | |адаптированные |---------------------|-----------------------| |смеси (формулы) |Кислотность |60 градусов Тернера для| | | |жидких кисломолочных | | | |продуктов | |-------------------|---------------------|-----------------------| |Последующие |Осмоляльность |330 мОсм/кг | |частично |---------------------|-----------------------| |адаптированные |Кислотность |60 градусов Тернера для| |смеси (формулы) | |жидких кисломолочных | | | |продуктов | |-------------------|---------------------|-----------------------| |Каши сухие |Токсичные элементы | | |молочные, |(в сухом продукте): | | |требующие варки, |Свинец |0,3 | |и каши сухие |Мышьяк |0,2 | |молочные |Кадмий |0,06 | |быстрорастворимые |Ртуть |0,03 | |(моментального | | | |приготовления) |Микотоксины | | | |(в сухом продукте): | | | |Охратоксин А |0,0005 | | |Афлатоксин M |0,00002 | | | 1 | | | |Афлатоксин B |0,00015 | | | 1 | | | |Дезоксиниваленол |0,05 (для каш, | | | |содержащих пшеничную, | | | |кукурузную, ячменную | | | |муку или крупу) | | |Зеараленон |0,005 (для каш, | | | |содержащих пшеничную, | | | |кукурузную, ячменную | | | |муку или крупу) | | |Фумонизины В и В |0,2 мг/кг (для каш, | | | 1 2 |содержащих кукурузную | | | |муку или крупу) | | |Т-2 токсин |0,05 | | |Пестициды | | | |(в пересчете на жир | | | |в сухом продукте): | | | |Гексахлорциклогексан |0,01 | | |(альфа-, бета-, | | | |гамма-изомеры) | | | |ДДТ и его |0,01 | | |метаболиты | | | |Бенз(а)пирен |Менее 0,2 мкг/кг | | |Зараженность и |Не допускаются | | |загрязненность | | | |вредителями хлебных | | | |злаков | | | | | -4 | | |Металлические примеси|3 x 10 процента, | | |(в сухом продукте) |размер отдельных частиц| | | |не должен превышать | | | |0,3 мм в наибольшем | | | |линейном измерении | |-------------------|---------------------|-----------------------| |Каши молочные, |Токсичные элементы | | |стерилизованные |(в готовом продукте):| | |и готовые к |Свинец |0,02 | |употреблению; |Мышьяк |0,05 | |каши молочные, |Кадмий |0,02 | |произведенные на |Ртуть |0,005 | |молочных кухнях и |Микотоксины: | | |готовые к |Охратоксин А |0,0005 | |употреблению |Афлатоксин M |0,00002 | | | 1 | | | |Афлатоксин В |0,00015 | | | 1 | | | |Дезоксиниваленол |0,05 (для каш, | | | |содержащих пшеничную, | | | |кукурузную, ячменную | | | |муку или крупу) | | |Зеараленон |0,005 (для каш, | | | |содержащих пшеничную, | | | |кукурузную, ячменную | | | |муку или крупу) | | |Фумонизины В и В |0,2 мг/кг (для каш, | | | 1 2 |содержащих кукурузную | | | |муку или крупу) | | |Т-2 токсин |0,05 | | |Пестициды | | | |(в пересчете на жир):| | | |Гексахлорциклогексан |0,01 | | |(альфа-, бета-, | | | |гамма-изомеры) | | | |ДДТ и его |0,01 | | |метаболиты | | | |Бенз(а)пирен |Менее 0,2 мкг/кг | | |Зараженность и |Не допускаются | | |загрязненность | | | |вредителями хлебных | | | |злаков | | | | | -4 | | |Металлические примеси|3 x 10 процента, | | | |размер отдельных частиц| | | |не должен превышать | | | |0,3 мм в наибольшем | | | |линейном измерении | |-------------------|---------------------|-----------------------| |Творог и продукты |Показатель |4,0 ммоль активного | |на его основе, |окислительной порчи |кислорода/кг жира для | |в том числе с | |продуктов с содержанием| |фруктовыми и (или) | |жира более 5 г/100 г и | |овощными | |продуктов, обогащенных | |компонентами | |растительными маслами | | |Кислотность |150 градусов Тернера | | |Токсичные элементы: | | | |Свинец |0,06 | | |Мышьяк |0,15 | | |Кадмий |0,06 | | |Ртуть |0,015 | | |Пестициды | | | |(в пересчете на жир):| | | |Гексахлорциклогексан |0,55 | | |(альфа-, бета-, | | | |гамма-изомеры) | | | |ДДТ и его |0,33 | | |метаболиты | | |-------------------|---------------------|-----------------------| ______________ ДДТ - дихлордифенил-трихлорэтан, инсектицид."</w:t>
      </w:r>
    </w:p>
    <w:p>
      <w:r>
        <w:rPr>
          <w:b/>
        </w:rPr>
        <w:t xml:space="preserve">2. </w:t>
      </w:r>
      <w:r>
        <w:t>приложение 6 изложить в следующей редакции: "Приложение 6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 Допустимые уровни содержания микроорганизмов в молочных продуктах детского питания для детей раннего возраста, в том числе в продуктах, произведенных на молочных кухнях |-----------|------------|--------------------------------|-------|-------| | Продукт, |КМАФАнМ, | 3 |Бакте- |Дрожжи | | группа | 3 | Масса продукта (г, см ), |рии В. | (Д), | | продуктов | КОЕ/см | в которой не допускаются |cereus,|плесени| | | (г), |-------|-------|--------|-------| 3| (П), | | | не более |БГКП| ише- | пато- |стафи- |КОЕ/см | 3| | | |(коли- |рихии | генные |лококки|(г), не|КОЕ/см | | | |формы) | Е. |микроор-| S. | более |(г), не| | | | |coli|ганизмы,|aureus | | более | | | | | | в том | | | | | | | | | числе | | | | | | | | |сальмо- | | | | | | | | |неллы и | | | | | | | | |листерии| | | | | | | | | L. | | | | | | | | |monocy- | | | | | | | | | toge- | | | | | | | | | nes | | | | |-----------|------------|-------|-------|--------|-------|-------|-------| | | 3 | | | | | | | |Адаптиро- |2 x 10 для |1,0 |10 |100 |10 |100 |Д - 10 | |ванные |смесей, | | | | | |П - 50 | |молочные |восстанав- | | | | | | | |смеси, в |ливаемых при| | | | | | | |том числе |температуре | | | | | | | |сухие |37-50 | | | | | | | |молочные |градусов | | | | | | | |смеси |Цельсия, | | | | | | | |моменталь- | 3 | | | | | | | |ного |3 x 10 для | | | | | | | |приготов- |смесей, | | | | | | | |ления |восстанав- | | | | | | | |пресные, |ливаемых при| | | | | | | |кисло- |температуре | | | | | | | |молочные |70-85 | | | | | | | | |градусов | | | | | | | | |Цельсия. | | | | | | | | |В кисло- | | | | | | | | |молочных | | | | | | | | |смесях: | | | | | | | | |не менее | | | | | | | | | 7 | | | | | | | | |1 x 10 | | | | | | | | |ацидофильных| | | | | | | | |микроорга- | | | | | | | | |низмов (при | | | | | | | | |производстве| | | | | | | | |с их исполь-| | | | | | | | |зованием), | | | | | | | | |не менее | | | | | | | | | 6 | | | | | | | | |1 x 10 | | | | | | | | |бифидо- | | | | | | | | |бактерий | | | | | | | | |(при произ- | | | | | | | | |водстве с их| | | | | | | | |исполь- | | | | | | | | |зованием), | | | | | | | | |не менее | | | | | | | | | 7 | | | | | | | | |1 x 10 | | | | | | | | |молочно- | | | | | | | | |кислых | | | | | | | | |микро- | | | | | | | | |организмов | | | | | | | | |(при их | | | | | | | | |добавлении | | | | | | | | |после | | | | | | | | |сушки), | | | | | | | | |не менее | | | | | | | | | 2 | | | | | | | | |1 x 10 | | | | | | | | |молочно- | | | | | | | | |кислых | | | | | | | | |микро- | | | | | | | | |организмов | | | | | | | | |(без их | | | | | | | | |добавления | | | | | | | | |после сушки)| | | | | | | |-----------|------------|-------|-------|--------|-------|-------|-------| |жидкие |Требования промышленной стерильности: | |молочные |1) после термостатной выдержки при температуре 37 градусов | |смеси, |Цельсия в течение 3-5 суток - отсутствие видимых дефектов и| |вырабаты- |признаков порчи (вздутие упаковки, изменение внешнего вида и| |ваемые с |другие), отсутствие изменений вкуса и консистенции, в| |ультрапас- |микроскопическом препарате - отсутствие клеток бактерий; | |теризацией |2) после термостатной выдержки допускаются изменения: | |с асепти- |а) титруемой кислотности не более чем на 2 градуса Тернера; | |ческим | 3 | |розливом |б) КМАФАнМ не более 10 КОЕ/см (г) | |-----------|------------|-------|-----|----------|-------|-------|-------| |жидкие |Не менее |3,0 |10 |50 |10 |- |Д - 10 | |кисло- | 7 | | | | | |П - 10 | |молочные |1 x 10 | | | | | | | |смеси с |молочнокис- | | | | | | | |асепти- |лых микро- | | | | | | | |ческим |организмов, | | | | | | | |розливом, |не менее | | | | | | | |в том | 7 | | | | | | | |числе |1 x 10 | | | | | | | |с исполь- |ацидофильных| | | | | | | |зованием |микро- | | | | | | | |ацидофиль- |организмов | | | | | | | |ных микро- |(при произ- | | | | | | | |организмов |водстве с | | | | | | | |или бифидо-|их исполь- | | | | | | | |бактерий |зованием), | | | | | | | | |не менее | | | | | | | | | 6 | | | | | | | | |1 x 10 | | | | | | | | |бифидо- | | | | | | | | |бактерий | | | | | | | | |(при произ- | | | | | | | | |водстве c | | | | | | | | |их исполь- | | | | | | | | |зованием) | | | | | | | |-----------|------------|-------|-----|----------|-------|-------|-------| |Частично | | | | | | | | |адапти- | | | | | | | | |рованные | | | | | | | | |молочные | | | | | | | | |смеси, в | | | | | | | | |том числе: | | | | | | | | |-----------|------------|-------|-----|----------|-------|-------|-------| | | 3 | | | | | | | |смеси |2 x 10 |1,0 |10 |100 |10 |100 |Д - 10 | |момен- |для смесей, | | | | | |П - 50 | |тального |восстанав- | | | | | | | |приго- |ливаемых при| | | | | | | |товления |температуре | | | | | | | | |37-50 | | | | | | | | |градусов | | | | | | | | |Цельсия, | | | | | | | | | 3 | | | | | | | | |3 x 10 | | | | | | | | |для смесей, | | | | | | | | |восстанав- | | | | | | | | |ливаемых при| | | | | | | | |температуре | | | | | | | | |70-85 | | | | | | | | |градусов | | | | | | | | |Цельсия | | | | | | | |-----------|------------|-------|-----|----------|-------|-------|-------| | | 4 | | | | | | | |смеси, |2,5 x 10 |1,0 |- |50 |1,0 |200 |Д - 50 | |требующие | | | | | | |П - 100| |терми- | | | | | | | | |ческой | | | | | | | | |обработки | | | | | | | | |-----------|------------|-------|-----|----------|-------|-------|-------| | | 2 | | | | | | | |смеси |1 x 10 |10,0 |10,0 |100,0 |10,0 |- |- | |молочные | | | | | | | | |адаптиро- | | | | | | | | |ванные | | | | | | | | |стерили- | | | | | | | | |зованные, | | | | | | | | |произве- | | | | | | | | |денные на | | | | | | | | |молочных | | | | | | | | |кухнях | | | | | | | | |-----------|------------|-------|-----|----------|-------|-------|-------| |Молоко и |Требования промышленной стерильности: | |сливки |1) после термостатной выдержки при температуре 37 градусов | |стерили- |Цельсия в течение 3-5 суток - отсутствие видимых дефектов и| |зованные, |признаков порчи (вздутие упаковки, изменение внешнего вида и| |ультра- |другие), отсутствие изменений вкуса и консистенции; | |пастеризо- |2) после термостатной выдержки допускаются изменения: | |ванные с |а) титруемой кислотности не более чем на 2 градуса Тернера; | |асепти- | 3 | |ческим |б) КМАФАнМ не более 10 КОЕ/см (г); | |розливом, |3) в микроскопическом препарате - отсутствие клеток| |в том |микроорганизмов | |числе | | |молоко | | |обогащенное| | |-----------|------------|-------|-----|----------|-------|-------|-------| | | 2 | | | | | | | |Молоко, |1 x 10 |10,0 |10,0 |100,0 |10,0 |- |- | |сливки | | | | | | | | |стерили- | | | | | | | | |зованные, | | | | | | | | |произве- | | | | | | | | |денные на | | | | | | | | |молочных | | | | | | | | |кухнях, с | | | | | | | | |неасепти- | | | | | | | | |ческим | | | | | | | | |розливом | | | | | | | | |-----------|------------|-------|-----|----------|-------|-------|-------| |Жидкие |Не менее |3,0 |10,0 |50,0 |10,0 |- |Д - 10 | |кисломо- | 7 | | | | | |П - 10 | |лочные |1 x 10 | | | | | | 4| |продукты, |молочно- | | | | | |1 x 10 | |в том |кислых | | | | | |дрожжей| |числе с |микро- | | | | | |для | |исполь- |организмов | | | | | |кефира | |зованием |не менее | | | | | | | |ацидо- | 7 | | | | | | | |фильных |1 x 10 | | | | | | | |микро- |ацидофильных| | | | | | | |организмов |микро- | | | | | | | |или |организмов | | | | | | | |бифидо- |(при произ- | | | | | | | |бактерий |водстве с | | | | | | | | |их исполь- | | | | | | | | |зованием), | | | | | | | | |не менее | | | | | | | | | 6 | | | | | | | | |1 x 10 | | | | | | | | |бифидо- | | | | | | | | |бактерий | | | | | | | | |(при произ- | | | | | | | | |водстве с | | | | | | | | |их исполь- | | | | | | | | |зованием) | | | | | | | |-----------|------------|-------|-----|----------|-------|-------|-------| |Кисломо- |Не менее |3,0 |10,0 |50,0 |10,0 |- |- | |лочные | 7 | | | | | | | |продукты, |1 x 10 | | | | | | | |произве- |ацидофильных| | | | | | | |денные на |микро- | | | | | | | |молочных |организмов | | | | | | | |кухнях, с |(при произ- | | | | | | | |неасепти- |водстве с их| | | | | | | |ческим |исполь- | | | | | | | |розливом |зованием), | | | | | | | | |не менее | | | | | | | | | 6 | | | | | | | | |1 x 10 | | | | | | | | |бифидо- | | | | | | | | |бактерий | | | | | | | | |(при произ- | | | | | | | | |водстве с | | | | | | | | |их исполь- | | | | | | | | |зованием) | | | | | | | |-----------|------------|-------|-----|----------|-------|-------|-------| |Творог и |Микрофлора, |0,3 |1,0 |50 |1,0 |- |Д - 10 | |продукты |характерная | | | | | |П - 10 | |на его |для | | | | | | | |основе |творожной | | | | | | | | |закваски, | | | | | | | | |отсутствие | | | | | | | | |клеток | | | | | | | | |посторонней | | | | | | | | |микрофлоры | | | | | | | |-----------|------------|-------|-----|----------|-------|-------|-------| |Творог и |Микрофлора, |0,3 |- |50 |1,0 |- | | |продукты |характерная | | | | | | | |на его |для | | | | | | | |основе, |творожной | | | | | | | |ацидо- |закваски, | | | | | | | |фильная |отсутствие | | | | | | | |паста, |клеток | | | | | | | |низко- |посторонней | | | | | | | |лактозная |микрофлоры | | | | | | | |белковая | | | | | | | | |паста, | | | | | | | | |произве- | | | | | | | | |денные на | | | | | | | | |молочных | | | | | | | | |кухнях | | | | | | | | |-----------|------------|-------|-----|----------|-------|-------|-------| |Творог |100 |1,0 |- |50 |1,0 |- | | |кальцини- | | | | | | | | |рованный, | | | | | | | | |произве- | | | | | | | | |денный на | | | | | | | | |молочных | | | | | | | | |кухнях | | | | | | | | |-----------|------------|-------|-----|----------|-------|-------|-------| |Молоко | | | | | | | | |сухое для | | | | | | | | |детского | | | | | | | | |питания, в | | | | | | | | |том числе: | | | | | | | | |-----------|------------|-------|-----|----------|-------|-------|-------| | | 3 | | | | | | | |молоко |2 x 10 для |1,0 |10 |100 |10 |100 |Д - 10 | |момен- |смесей, | | | | | |П - 50 | |тального |восстанав- | | | | | | | |приготов- |ливаемых при| | | | | | | |ления |температуре | | | | | | | | |37-50 | | | | | | | | |градусов | | | | | | | | |Цельсия, | | | | | | | | | 3 | | | | | | | | |3 x 10 для | | | | | | | | |смесей, | | | | | | | | |восстанав- | | | | | | | | |ливаемых при| | | | | | | | |температуре | | | | | | | | |70-85 | | | | | | | | |градусов | | | | | | | | |Цельсия | | | | | | | |-----------|------------|-------|-----|----------|-------|-------|-------| | | 4 | | | | | | | |молоко, |2,5 x 10 |1,0 |- |50 |1,0 |200 |Д - 50 | |требующее | | | | | | |П - 100| |термической| | | | | | | | |обработки | | | | | | | | |-----------|------------|-------|-----|----------|-------|-------|-------| | | 4 | | | | | | | |Молоко |1,5 x 10 |0,1 |1,0 |50 |1,0 |25 |- | |пастери- | | | | | | | | |зованное, | | | | | | | | |в том | | | | | | | | |числе со | | | | | | | | |сроком | | | | | | | | |годности | | | | | | | | |более 72 | | | | | | | | |часов | | | | | | | | |-----------|------------|-------|-----|----------|-------|-------|-------| |Сухие и | | | | | | | | |жидкие | | | | | | | | |молочные | | | | | | | | |напитки | | | | | | | | |для детей | | | | | | | | |от 6 | | | | | | | | |месяцев до | | | | | | | | |3 лет, в | | | | | | | | |том числе: | | | | | | | | |-----------|------------|-------|-----|----------|-------|-------|-------| | | 4 | | | | | | | |жидкие |1,5 x 10 |0,1 |1,0 |50 |1,0 |- |Д - 50 | |напитки | | | | | | |П - 50 | |-----------|------------|-------|-----|----------|-------|-------|-------| | | 3 | | | | | | | |последующие|2 x 10 для |1,0 |10 |100 |10 |100 |Д - 10 | |смеси, в |смесей, | | | | | |П - 50 | |том числе |восстанав- | | | | | | | |быстро- |ливаемых при| | | | | | | |растворимые|температуре | | | | | | | |(момен- |37-50 | | | | | | | |тального |градусов | | | | | | | |приготов- |Цельсия, | | | | | | | |ления) | 3 | | | | | | | | |3 x 10 для | | | | | | | | |смесей, | | | | | | | | |восстанав- | | | | | | | | |ливаемых при| | | | | | | | |температуре | | | | | | | | |70-85 | | | | | | | | |градусов | | | | | | | | |Цельсия | | | | | | | |-----------|------------|-------|-----|----------|-------|-------|-------| | | 4 | | | | | | | |последующие|2,5 x 10 |1,0 |- |50 |1,0 |- |Д - 50 | |смеси, | | | | | | |П - 100| |требующие | | | | | | | | |термической| | | | | | | | |обработки | | | | | | | | |после | | | | | | | | |восста- | | | | | | | | |новления | | | | | | | | |-----------|------------|-------|-----|----------|-------|-------|-------| |Каши сухие | | | | | | | | |молочные, в| | | | | | | | |том числе: | | | | | | | | |-----------|------------|-------|-----|----------|-------|-------|-------| | | 4 | | | | | 2| | |быстро- |1 x 10 |1,0 |- |50 |1,0 |2 x 10 |Д - 50 | |растворимые| | | | | | |П - 100| |(момен- | | | | | | | | |тального | | | | | | | | |приготов- | | | | | | | | |ления) | | | | | | | | |-----------|------------|-------|-----|----------|-------|-------|-------| | | 4 | | | | | | | |требующие |5 x 10 |0,1 |- |50 |- |- |Д - 100| |варки | | | | | | |П - 200| |-----------|------------|-------|-----|----------|-------|-------|-------| |Каши |Требования промышленной стерильности: | |молочные, |1) после термостатной выдержки при температуре 37 градусов | |стерили- |Цельсия в течение 3-5 суток - отсутствие видимых дефектов и| |зованные и |признаков порчи (вздутие упаковки, изменение внешнего вида и| |готовые к |другие), отсутствие изменений вкуса и консистенции; | |употреб- |2) после термостатной выдержки допускаются изменения: | |лению |а) титруемой кислотности не более чем на 2 градуса Тернера; | | | 3 | | |б) КМАФАнМ не более 10 КОЕ/см (г) | |-----------|------------|-------|-----|----------|-------|-------|-------| | | 3 | | | | | | | |Каши |1 x 10 |1,0 |- |50 |1,0 |- |Д - 100| |молочные, | | | | | | |П - 200| |произве- | | | | | | | | |денные на | | | | | | | | |молочных | | | | | | | | |кухнях и | | | | | | | | |готовые к | | | | | | | | |употребле- | | | | | | | | |нию | | | | | | | | |-----------|------------|-------|-----|----------|-------|-------|-------| | | 4 | | | | | | | |Низколак- |2,5 x 10 |1,0 |- |100 |1,0 |200 |Д - 50 | |тозные и | | | | | | |П - 100| |безлак- | | | | | | | | |тозные | | | | | | | | |продукты | | | | | | | | |-----------|------------|-------|-----|----------|-------|-------|-------| | | 4 | | | | | | | |Сухие |2,5 x 10 |0,3 |- |50 |1,0 |- |Д - 50 | |молочные | | | | | | |П - 100| |высоко- | | | | | | | | |белковые | | | | | | | | |продукты | | | | | | | | |-----------|------------|-------|-----|----------|-------|-------|-------| |Сухие |- |0,3 |- |50 |1,0 |- |Д - 50 | |продукты на| | | | | | |П - 100| |молочной | | | | | | | | |основе | | | | | | | | |-----------|------------|-------|-----|----------|-------|-------|-------| | | 4 | | | | | | | |Молоко |2,5 x 10 |1,0 | |25 |1,0 |- | | |сухое для | | | | | | | | |детского | | | | | | | | |питания | | | | | | | | |-----------|------------|-------|-----|----------|-------|-------|-------| ______________ КМАФАнМ - количество мезофильных аэробных и факультативно-анаэробных микроорганизмов. КОЕ - колониеобразующие единицы. БГКП - бактерии группы кишечных палочек. При контроле на наличие Е. coli и патогенных микроорганизмов, в том числе сальмонелл, и при обнаружении в нормируемой массе продукта бактерий Enterobacteriacea, не относящихся к Е. coli и сальмонеллам, контролируется отсутствие патогенного микроорганизма Е. sakazakii в 300 граммах продукта. Примечание. При производстве продуктов детского питания сухих на молочной основе (молоко сухое), сухих напитков, сухих смесей в случае обнаружения стафилококков в нормируемой массе продукта контролируется отсутствие стафилококковых энтеротоксинов (не допускаются в пяти образцах массой 25 граммов каждый)."</w:t>
      </w:r>
    </w:p>
    <w:p>
      <w:r>
        <w:rPr>
          <w:b/>
        </w:rPr>
        <w:t xml:space="preserve">2. </w:t>
      </w:r>
      <w:r>
        <w:t>приложение 7 изложить в следующей редакции: "Приложение 7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 Допустимые уровни окислительной порчи и содержания потенциально опасных веществ в молочных, молочных составных продуктах детского питания для детей дошкольного возраста и детей школьного возраста |-------------------|---------------------|-----------------------| | | | Допустимый уровень, | | |Потенциально опасные | мг/кг (л), не более | | Продукт, группа |вещества и показатели| (для сухих продуктов | | продуктов | окислительной порчи | в пересчете на | | | | восстановленный | | | | продукт) | |-------------------|---------------------|-----------------------| |Все молочные |Антибиотики: | | |продукты |Левомицетин |Менее 0,01 | | |Тетрациклиновая |Менее 0,01 | | |группа | | | |Пенициллин |Менее 0,004 | | |Стрептомицин |Менее 0,5 | | | | | | |Микотоксины: | | | |Афлатоксин М |0,00002, | | | 1 |0,00005 для сыров | | | | | | |Радионуклиды: | | | |Цезий-137 |40 Бк/л (кг) | | |Стронций-90 |25 Бк/л (кг) | |-------------------|---------------------|-----------------------| |Молоко стерилизо- |Показатель |4,0 ммоль активного | |ванное, ультра- |окислительной порчи |кислорода/кг жира для | |пастеризованное, | |продуктов с содержанием| |в том числе | |жира более 5 г/100 г и | |витаминизи- | |продуктов, обогащенных | |рованное, молоко | |растительными маслами | |пастеризованное, | | | |сливки |Токсичные элементы: | | |стерилизованные, |Свинец |0,02 | |жидкие |Мышьяк |0,05 | |кисломолочные |Кадмий |0,02 | |продукты, в том |Ртуть |0,005 | |числе обогащенные, | | | |сметана, молоко |Пестициды | | |сухое для детского |(в пересчете на жир):| | |питания, сухие и |Гексахлорциклогексан |0,02 | |жидкие молочные |(альфа-, бета-, | | |напитки, |гамма-изомеры) | | |низколактозные и |ДДТ и его |0,01 | |безлактозные |метаболиты | | |продукты, молоко | | | |и сливки сгущенные | | | |с сахаром, молоко | | | |и сливки | | | |концентрированные | | | |-------------------|---------------------|-----------------------| |Творог и продукты |Показатель |4,0 ммоль активного | |на его основе, |окислительной порчи |кислорода/кг жира для | |в том числе с | |продуктов с содержанием| |фруктовыми и | |жира более 5 г/100 г и | |(или) овощными | |продуктов, обогащенных | |компонентами и | |растительными маслами | |(или) термически |Кислотность |150 градусов Тернера | |обработанные | | | |после сквашивания |Токсичные элементы: | | | |Свинец |0,06 | | |Мышьяк |0,15 | | |Кадмий |0,06 | | |Ртуть |0,015 | | | | | | |Пестициды | | | |(в пересчете на жир):| | | |Гексахлорциклогексан |0,55 | | |(альфа-, бета-, | | | |гамма-изомеры) | | | |ДДТ и его |0,33 | | |метаболиты | | |-------------------|---------------------|-----------------------| |Масло сливочное, |Кислотность |2,5 градуса | |паста масляная |жировой фазы |Кеттстофера, | |высшего сорта | |3,5 градуса | | | |Кеттстофера | | | |для масла и пасты | | | |с компонентами | | | | | | |Токсичные элементы: | | | |Свинец |0,1 | | |Мышьяк |0,1 | | |Кадмий |0,03 | | |Ртуть |0,03 | | | | | | |Пестициды | | | |(в пересчете на жир):| | | |Гексахлорциклогексан |0,2 | | |(альфа-, бета-, | | | |гамма-изомеры) | | | |ДДТ и его |0,2 | | |метаболиты | | |-------------------|---------------------|-----------------------| |Сыры, сырные |Токсичные элементы: | | |продукты |Свинец |0,2 | |(твердые, |Мышьяк |0,15 | |полутвердые, |Кадмий |0,1 | |мягкие, |Ртуть |0,03 | |рассольные), | | | |плавленые, |Пестициды | | |сырные пасты |(в пересчете на жир):| | | |Гексахлорциклогексан |0,6 | | |(альфа-, бета-, | | | |гамма-изомеры) | | | |ДДТ и его |0,2 | | |метаболиты | | |-------------------|---------------------|-----------------------| |Компоненты |Должны соответствовать требованиям| |немолочного |законодательства Российской Федерации в| |происхождения |области обеспечения качества и безопасности| | |пищевых продуктов | |-------------------|---------------------------------------------| ДДТ - дихлордифенил-трихлорэтан, инсектицид."</w:t>
      </w:r>
    </w:p>
    <w:p>
      <w:r>
        <w:rPr>
          <w:b/>
        </w:rPr>
        <w:t xml:space="preserve">2. </w:t>
      </w:r>
      <w:r>
        <w:t>приложение 8 изложить в следующей редакции: "Приложение 8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 Допустимые уровни содержания микроорганизмов в молочных, молочных составных продуктах детского питания для детей дошкольного возраста и детей школьного возраста |----------|-----------|--------------------------------|---------| | |КМАФАнМ,| 3 |Дрожжи | | Группа | 3| Масса продукта (г, см ), | (Д), | | продуктов| КОЕ/см | в которой не допускаются |плесени | | | (г), |-------|--------|-------|-------| (П), | | | не более |БГКП| пато- |стафи- |листе- | 3 | | | |(коли- | генные |лококки|рии |КОЕ/см | | | |формы) |микроор-| S. | L. |(г), не | | | | |ганизмы,|aureus |monocy-|более | | | | | в том | |togenes| | | | | | числе | | | | | | | |сальмо- | | | | | | | | неллы | | | | |----------|-----------|-------|--------|-------|-------|---------| | | 5 | | | | | | |Молоко |1 x 10 |0,01 |25 |1,0 |25 |- | |пастери- | | | | | | | |зованное | | | | | | | |в потре- | | | | | | | |бительской| | | | | | | |таре | | | | | | | |----------|-----------|-------|--------|-------|-------|---------| |Молоко |100 |10,0 |100 |10,0 |25 |- | |ультрапас-| | | | | | | |теризо- | | | | | | | |ванное | | | | | | | |без | | | | | | | |асепти- | | | | | | | |ческого | | | | | | | |розлива в | | | | | | | |потреби- | | | | | | | |тельской | | | | | | | |таре | | | | | | | |----------|-----------|-------|--------|-------|-------|---------| | | 5 | | | | | | |Сливки |1 x 10 |0,01 |25 |1,0 |25 |- | |пастери- | | | | | | | |зованные в| | | | | | | |потреби- | | | | | | | |тельской | | | | | | | |таре | | | | | | | |----------|-----------|-------|--------|-------|-------|---------| |Сливки |100 |10,0 |100 |10,0 |25 |- | |ультрапас-| | | | | | | |теризо- | | | | | | | |ванные | | | | | | | |без | | | | | | | |асепти- | | | | | | | |ческого | | | | | | | |розлива в | | | | | | | |потреби- | | | | | | | |тельской | | | | | | | |таре | | | | | | | |----------|-----------|-------|--------|-------|-------|---------| | | 3 | | | | | | |Молоко |2,5 x 10 |1,0 |25 |- |- |- | |топленое | | | | | | | |----------|-----------|-------|--------|-------|-------|---------| |Молоко и |Должны соответствовать требованиям промышленной| |сливки |стерильности для молока и сливок стерилизованных,| |стерили- |ультрапастеризованных в потребительской таре | |зованные, | | |ультрапас-| | |теризо- | | |ванные | | |с асепти- | | |ческим | | |розливом, | | |в том | | |числе обо-| | |гащенные | | |----------|-----------|-------|--------|-------|-------|---------| |Кисломо- |- |0,01 |25 |1,0 |- |- | |лочные | | | | | | | |продукты, | | | | | | | |в том | | | | | | | |числе | | | | | | | |йогурт, | | | | | | | |со сроком | | | | | | | |годности | | | | | | | |не более | | | | | | | |72 часов | | | | | | | |----------|-----------|-------|--------|-------|-------|---------| |Кисломо- |Не менее |0,1 |25 |1,0 |- |Д - 50 | |лочные | 7 | | | | |П - 50, | |продукты, |1 x 10 | | | | |за | |в том |молочно- | | | | |исклю- | |числе |кислых | | | | |чением | |йогурт, |микроорга- | | | | |продук- | |со сроком |низмов, для| | | | |тов, | |годности |продуктов, | | | | |произве- | |более |подвер- | | | | |денных с | |72 часов |гнутых тер-| | | | |исполь- | | |мической | | | | |зованием | | |обработке, | | | | |заквасок,| | |не | | | | |содержа- | | |нормируется| | | | |щих | | | | | | | |дрожжи | |----------|-----------|-------|--------|-------|-------|---------| |Кисло- |Не менее |0,1 |25 |1,0 |- |Д - 50 | |молочные | 7 | | | | |П - 50, | |продукты, |1 x 10 | | | | |за | |обога- |молочно- | | | | |исклю- | |щенные |кислых | | | | |чением | |бифидо- |микро- | | | | |продук- | |бакте- |организмов,| | | | |тов, | |риями, со |не менее | | | | |произ- | |сроком | 6 | | | | |веденных | |годности |1 x 10 | | | | |с исполь-| |более |бифидо- | | | | |зованием | |72 часов |бактерий | | | | |заквасок,| | | | | | | |содержа- | | | | | | | |щих | | | | | | | |дрожжи | |----------|-----------|-------|--------|-------|-------|---------| |Ряженка |Не менее |1,0 |25 |1,0 |- |Д - 50 | | | 7 | | | | |П - 50; | | |1 x 10 | | | | |норми- | | |молочно- | | | | |руется | | |кислых | | | | |для | | |микро- | | | | |продук- | | |организмов | | | | |ции со | | | | | | | |сроком | | | | | | | |годности | | | | | | | |более 72 | | | | | | | |часов | |----------|-----------|-------|--------|-------|-------|---------| |Сметана и |Для |0,001; |25 |1,0 |- |Д - 50 | |продукты, |сметаны - |0,1 для| | | |П - 50 | |произве- |не менее |терми- | | | |для | |денные | 7 |чески | | | |продук- | |на ее |1 x 10 |обрабо-| | | |тов со | |основе |молочно- |танных | | | |сроком | | |кислых |после | | | |годности | | |микро- |скваши-| | | |более 72 | | |организмов |вания | | | |часов | | | |сметан-| | | | | | | |ных | | | | | | | |продук-| | | | | | | |тов | | | | | |----------|-----------|-------|--------|-------|-------|---------| |Масло |В соответствии с уровнями, установленными | |сливочное,|приложением 4 к настоящему Федеральному закону | |паста | | |масляная, | | |творог и | | |продукты | | |на его | | |основе, | | |сыры, | | |молочные | | |консервы | | |----------|-----------|-------|--------|-------|-------|---------| |Продукты, | | | | | | | |исполь- | | | | | | | |зуемые при| | | | | | | |произ- | | | | | | | |водстве | | | | | | | |продуктов | | | | | | | |детского | | | | | | | |питания: | | | | | | | |----------|-----------|-------|--------|-------|-------|---------| | | 4 | | | | | | |молоко |2,5 x 10 |1,0 |25 |1,0 |- |Д - 50 | |сухое с | | | | | |П - 100 | |массовой | | | | | | | |долей | | | | | | | |жира 25 | | | | | | | |процентов,| | | | | | | |молоко | | | | | | | |сухое | | | | | | | |обезжи- | | | | | | | |ренное | | | | | | | |----------|-----------|-------|--------|-------|-------|---------| | | 4 | | | | | | |концентрат|1 x 10 |1,0 |25 |1,0 |- |Д - 10 | |сывороточ-| | | | | |П - 50 | |ных белков| | | | | | | |молока, | | | | | | | |получаемый| | | | | | | |методом | | | | | | | |электро- | | | | | | | |диализа | | | | | | | |(ультра- | | | | | | | |фильтрации| | | | | | | |и электро-| | | | | | | |диализа) | | | | | | | |----------|-----------|-------|--------|-------|-------|---------| | | 4 | | | | | | |углеводно-|1 x 10 |1,0 |50 |1,0 |- |Д - 10 | |белковый | | | | | |П - 50 | |концентрат| | | | | | | |----------|-----------|-------|--------|-------|-------|---------| | | 4 | | | | | | |молочно- |1 x 10 |1,0 |50 |1,0 |- |Д - 10 | |белковый | | | | | |П - 50 | |концентрат| | | | | | | |----------|-----------|-------|--------|-------|-------|---------| | | 4 | | | | | | |сухой |2,5 x 10 |1,0 |25 |1,0 |- |Д - 10 | |углеводно-| | | | | |П - 50 | |белковый | | | | | | | |модуль из | | | | | | | |подсырной | | | | | | | |сыворотки | | | | | | | |----------|-----------|-------|--------|-------|-------|---------| | | 4 | | | | | | |сухие |2,5 x 10 |1,0 |25 |1,0 |- |Д - 10 | |углеводно-| | | | | |П - 50 | |белковые | | | | | | | |модули из | | | | | | | |творожной | | | | | | | |сыворотки | | | | | | | |----------|-----------|-------|--------|-------|-------|---------| |концентрат|- |3,0 |25 |1,0 |- |Д - 50 | |параказеи-| | | | | |П - 50 | |новый | | | | | | | |жидкий | | | | | | | |----------|-----------|-------|--------|-------|-------|---------| |концентрат|- |1,0 |25 |1,0 |- |Д - 50 | |параказеи-| | | | | |П - 50 | |новый | | | | | | | |сухой | | | | | | | |----------|-----------|-------|--------|-------|-------|---------| | | 4 | | | | | | |казецит |1 x 10 |1,0 |25 |1,0 |- |Д - 10 | |сухой | | | | | |П - 50 | |----------|-----------|-------|--------|-------|-------|---------| | | 4 | | | | | | |компонент |1,5 x 10 |0,3 |25 |1,0 |- |Д - 10 | |сухой | | | | | |П - 50 | |молочный | | | | | | | |нежирный | | | | | | | |(для | | | | | | | |продуктов | | | | | | | |детского | | | | | | | |питания | | | | | | | |сухих) | | | | | | | |----------|-----------|-------|--------|-------|-------|---------| | | 4 | | | | | | |компонент |1,5 x 10 |1,0 |25 |1,0 |- |Д - 10 | |сухой | | | | | |П - 50 | |молочный с| | | | | | | |солодовым | | | | | | | |экстрактом| | | | | | | |(для | | | | | | | |продуктов | | | | | | | |детского | | | | | | | |питания | | | | | | | |жидких) | | | | | | | |----------|-----------|-------|--------|-------|-------|---------| | | 4 | | | | | | |компонент |2,5 x 10 |1,0 |25 |1,0 |- |Д - 50 | |сухой | | | | | |П - 50 | |молочный с| | | | | | | |углеводно-| | | | | | | |белковым | | | | | | | |концент- | | | | | | | |ратом (для| | | | | | | |продуктов | | | | | | | |детского | | | | | | | |питания | | | | | | | |жидких) | | | | | | | |----------|-----------|-------|--------|-------|-------|---------| | | 4 | | | | | | |компонент |2,5 x 10 |1,0 |25 |1,0 |- |Д - 50 | |сухой | | | | | |П - 50 | |молочный | | | | | | | |нежирный | | | | | | | |без | | | | | | | |химической| | | | | | | |обработки | | | | | | | |(для | | | | | | | |продуктов | | | | | | | |детского | | | | | | | |питания | | | | | | | |сухих) | | | | | | | |----------|-----------|-------|--------|-------|-------|---------| | | 3 | | | | | | |сахар |1 x 10 |1,0 |25 |- |- |П - 10 | |молочный | | | | | | | |рафини- | | | | | | | |рованный | | | | | | | | | | | | | | | |----------|-----------|-------|--------|-------|-------|---------| | | 4 | | | | | | |лактоза |1 x 10 |1,0 |25 |1,0 |- |П - 100 | |пищевая | | | | | | | |----------|-----------|-------|--------|-------|-------|---------| | | 3 | | | | | | |концентрат|1 x 10 |1,0 |50 |- |- |П - 100 | |лактозы | | | | | | | |----------|-----------|-------|--------|-------|-------|---------| | | 3 | | | | | | |концентрат|1 x 10 |1,0 |50 |1,0 |- |Д - 50 | |лактулозы | | | | | |П - 100 | |----------|-----------|-------|--------|-------|-------|---------| | | 4 | | | | | | |сыворотка |1 x 10 |1,0 |25 |1,0 | |Д - 10 | |молочная | | | | | |П - 50 | |сухая | | | | | | | |----------|-----------|-------|--------|-------|-------|---------| ______________ КМАФАнМ - количество мезофильных аэробных и факультативно-анаэробных микроорганизмов. КОЕ - колониеобразующие единицы. БГКП - бактерии группы кишечных палочек."</w:t>
      </w:r>
    </w:p>
    <w:p>
      <w:r>
        <w:rPr>
          <w:b/>
        </w:rPr>
        <w:t xml:space="preserve">2. </w:t>
      </w:r>
      <w:r>
        <w:t>приложение 9 изложить в следующей редакции: "Приложение 9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w:t>
      </w:r>
    </w:p>
    <w:p>
      <w:r>
        <w:rPr>
          <w:b/>
        </w:rPr>
        <w:t xml:space="preserve">1. </w:t>
      </w:r>
      <w:r>
        <w:t>приложение 10 изложить в следующей редакции: "Приложение 10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 Показатели идентификации сырых сливок |-------------------------|---------------------------------------| | Показатели | Параметры | |-------------------------|---------------------------------------| |Массовая доля жира | Не менее 9,0 процента | |-------------------------|---------------------------------------| |Кислотность | 14,0 - 19,0 градуса Тернера | |-------------------------|---------------------------------------| |Консистенция |Однородная гомогенная. | | |Допускаются единичные комочки жира | |-------------------------|---------------------------------------| |Вкус и запах |Выраженные сливочные, чистые, | | |сладковатые. | | |Допускаются слабо выраженные кормовые | | |привкус и запах | |-------------------------|---------------------------------------| |Цвет |Белый с кремовым оттенком, однородный";| |-------------------------|---------------------------------------| 31) приложение 11 изложить в следующей редакции: "Приложение 11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 Органолептические показатели идентификации продуктов переработки молока |-------------|---------------------------------------------------------------------| | Продукт | Показатели | | переработки |-------------------------|-----------------------|-------------------| | молока | Внешний вид и | Вкус и запах | Цвет | | | консистенция | | | |-------------|-------------------------|-----------------------|-------------------| |Молоко |Однородная непрозрачная |Характерные для молока |Белый, допускается | |питьевое |жидкость, нетягучая |с легким привкусом |с синеватым | | | |кипячения. Допускается |оттенком для | | | |сладковатый привкус |обезжиренного | | | | |молока, со | | | | |светло-кремовым | | | | |оттенком для | | | | |стерилизованного | | | | |молока, для | | | | |обогащенного | | | | |молока | | | | |обусловленный | | | | |цветом добавленных | | | | |компонентов | |-------------|-------------------------|-----------------------|-------------------| |Сливки |Однородная непрозрачная |Характерные для сливок |Белый с кремовым | |питьевые |жидкость, в меру вязкая |с легким привкусом |оттенком, | | | |кипячения. Допускается |равномерный по | | | |сладковато-солоноватый |всей массе, | | | |привкус |светло-кремовый для| | | | |стерилизованных | | | | |сливок | |-------------|-------------------------|-----------------------|-------------------| |Ряженка, |Однородная с нарушенным |Чистые кисломолочные |Светло-кремовый | |варенец |или ненарушенным сгустком|с выраженным привкусом |равномерный, для | | |без газообразования |пастеризации |варенца - от | | |жидкость | |белого до | | | | |светло-кремового | |-------------|-------------------------|-----------------------|-------------------| |Ацидофилин |Однородная тягучая |Чистый кисломолочный, |Молочно-белый | | |жидкость |слегка острый вкус |равномерный | |-------------|-------------------------|-----------------------|-------------------| |Кефир, |Однородная с нарушенным |Чистый кисломолочный, |Молочно-белый | |кисломолочные|или ненарушенным сгустком|слегка острый вкус или |равномерный. При | |продукты |жидкость. Для продуктов, |вкус и запах, |добавлении | |жидкие |изготовленных с |обусловленные |пищевкусовых | | |применением дрожжей, |добавленными |компонентов | | |допускается |компонентами. Для |обусловленный | | |газообразование. При |продуктов, |цветом добавленных | | |добавлении пищевкусовых |изготовленных с |компонентов | | |компонентов с их наличием|применением дрожжей, | | | | |допускается дрожжевой | | | | |привкус | | |-------------|-------------------------|-----------------------|-------------------| |Йогурт |Однородная в меру вязкая |Кисломолочный. При |Молочно-белый | | |жидкость. При добавлении |добавлении |равномерный. | | |стабилизатора |сахара или |При добавлении | | |желеобразная или |подсластителей в меру |пищевкусовых | | |кремообразная. При |сладкий вкус. При |компонентов | | |добавлении пищевкусовых |добавлении |обусловленный | | |компонентов с их наличием|пищевкусовых |цветом добавленных | | | |компонентов - |компонентов | | | |обусловленный | | | | |добавленными | | | | |компонентами | | |-------------|-------------------------|-----------------------|-------------------| |Творог и |Мягкая мажущаяся или |Чистый кисломолочный, |Белый или с | |продукты на |рассыпчатая масса, с |допускается привкус |кремовым оттенком | |его основе, в|наличием ощутимых частиц |сухого молока. При |равномерный. При | |том числе |молочного белка или без |введении сахара или |добавлении | |творожная |их наличия. При |подсластителей вкус в |пищевкусовых | |масса |добавлении пищевкусовых |меру сладкий. При |компонентов | | |компонентов с их наличием|добавлении |обусловленный | | | |пищевкусовых |цветом добавленных | | | |компонентов - |компонентов | | | |обусловленный | | | | |добавленными | | | | |компонентами | | |-------------|-------------------------|-----------------------|-------------------| |Сметана |Однородная масса с |Чистый кисломолочный. |Белый с кремовым | | |глянцевой поверхностью |Допускается привкус |оттенком, | | | |топленого масла |равномерный | |-------------|-------------------------|-----------------------|-------------------| |Мороженое |Порции однослойного или |Чистый, характерный |Характерный для | | |многослойного мороженого |для данного вида |данного вида | | |различной формы, |мороженого вкус |мороженого, | | |полностью или частично | |равномерный по | | |покрытые глазурью | |всей массе | | |(шоколадом) или без | |однослойного или по| | |глазури (шоколада). | |всей массе каждого | | |Консистенция плотная, | |слоя многослойного | | |однородная, без ощутимых | |мороженого. Для | | |комочков жира, | |глазированного | | |стабилизатора и | |мороженого цвет | | |эмульгатора, частиц | |покрытия, | | |белка и лактозы, | |характерный для | | |кристаллов льда. При | |данного вида | | |добавлении пищевкусовых | |глазури | | |компонентов с их | | | | |наличием. В глазированном| | | | |мороженом консистенция | | | | |глазури (шоколада) | | | | |однородная, без ощутимых | | | | |частиц сахара, | | | | |какао-продуктов, сухих | | | | |молочных продуктов, с | | | | |наличием частиц орехов, | | | | |вафельной крошки и других| | | | |компонентов при их | | | | |использовании | | | |-------------|-------------------------|-----------------------|-------------------| |Топленое |Зернистая или плотная, |Вытопленного молочного |От светло-желтого | |масло |гомогенная масса, в |жира без посторонних |до желтого, | | |расплавленном виде |привкусов и запахов |равномерный | | |прозрачная без осадка | | | | |жидкость | | | |-------------|-------------------------|-----------------------|-------------------| |Молочный жир |Плотная, гомогенная |Чистый, нейтральный, |От белого до | | |масса, в расплавленном |характерный для |желтого, однородный| | |виде прозрачная без |молочного жира |по всей массе | | |осадка жидкость | | | |-------------|-------------------------|-----------------------|-------------------| |Масло |Плотная, однородная, |Для сладко-сливочного |От светло-желтого | |сливочное, |пластичная, на срезе |масла и |до желтого, | |паста |блестящая, сухая на вид |сладко-сливочной |однородный, | |масляная |поверхность. Допускается |пасты масляной |равномерный. При | | |поверхность |выраженный сливочный |добавлении | | |слабоблестящая или |вкус и привкус |пищевкусовых | | |слегка матовая с наличием|пастеризации, без |компонентов | | |единичных мельчайших |посторонних привкусов |обусловленный | | |капелек влаги, |и запахов. Для |цветом добавленных | | |консистенция недостаточно|кисло-сливочного |компонентов | | |плотная и пластичная, |масла и | | | |слабо крошащаяся. При |кисло-сливочной пасты | | | |добавлении пищевкусовых |масляной выраженный | | | |компонентов с их наличием|сливочный вкус с | | | | |кисломолочным | | | | |привкусом, без | | | | |посторонних привкусов | | | | |и запахов. Для | | | | |подсырного масла и | | | | |пасты масляной | | | | |допускается | | | | |сывороточный привкус. | | | | |Для всех видов масла и | | | | |пасты допускаются | | | | |слабокормовой привкус | | | | |и (или) недостаточно | | | | |выраженные привкусы: | | | | |сливочный, | | | | |пастеризации, | | | | |перепастеризации, | | | | |растопленного масла, | | | | |кисломолочный. При | | | | |добавлении | | | | |пищевкусовых | | | | |компонентов - | | | | |обусловленный | | | | |добавленными | | | | |компонентами | | |-------------|-------------------------|-----------------------|-------------------| |Сыр, сырный |Форма упаковки. |Сырный, с запахом и |От белого до | |продукт |Консистенция |привкусами, |желтого. При | |сухие, |порошкообразная или |характерными для |добавлении | |в том числе |твердая, ломкая или |конкретного |пищевкусовых | |плавленые |другая. При добавлении |наименования сыра. При |компонентов | | |пищевкусовых компонентов |добавлении |обусловленный | | |с их наличием |пищевкусовых |цветом добавленных | | | |компонентов - |компонентов | | | |обусловленный | | | | |добавленными | | | | |компонентами | | |-------------|-------------------------|-----------------------|-------------------| |Сыр, сырный |Форма различная. |Сырный, |От светло-желтого | |продукт |Консистенция ломкая, |сладковато-пряный с |до желтого. При | |сверхтвердые |зернистая или другая. Без|различной степенью |добавлении | | |рисунка или с глазками |выраженности, |пищевкусовых | | |различных формы и |характерный для |компонентов | | |расположения. При |конкретного |обусловленный | | |добавлении пищевкусовых |наименования сыра |цветом добавленных | | |компонентов с их наличием| |компонентов | |-------------|-------------------------|-----------------------|-------------------| |Сыр, сырный |Форма бруска, цилиндра |Сырный, |От светло-желтого | |продукт |или другая произвольная |сладковато-пряный с |до желтого, | |твердые |форма. Консистенция |различной степенью |равномерный. При | | |однородная, плотная, |выраженности, |добавлении | | |слегка ломкая или другая.|характерный для |пищевкусовых | | |Глазки крупные, средние, |конкретного |компонентов | | |мелкие или отсутствуют. |наименования сыра. |обусловленный | | |При добавлении |При добавлении |цветом добавленных | | |пищевкусовых компонентов |пищевкусовых |компонентов | | |с их наличием |компонентов | | | | |обусловленный | | | | |добавленными | | | | |компонентами | | |-------------|-------------------------|-----------------------|-------------------| |Сыр, сырный |Форма бруска, высокого |Для сыров с высокой |От белого до | |продукт |или низкого цилиндра, |температурой второго |светло-желтого, | |полутвердые |шара, эллипса или другая |нагревания - сырный, |равномерный, | | |произвольная форма. |сладковатый, пряный с |мраморный или | | |Консистенция однородная, |различной степенью |другой. У сыров с | | |эластичная, пластичная. |выраженности, |плесенью прожилки | | |Глазки крупные, средние |характерной для |введенной плесени. | | |или мелкие, различных |конкретного |У сыров с | | |формы и расположения или |наименования сыра, для |поверхностной | | |отсутствуют. При |сыров с промежуточной |плесенью ее | | |добавлении пищевкусовых |и низкой температурой |наличие. При | | |компонентов с их наличием|второго нагревания |добавлении | | | |сырный, кисловатый, |пищевкусовых | | | |слегка пряный, острый, |компонентов | | | |с различной степенью |обусловленный | | | |выраженности, |цветом добавленных | | | |характерный для |компонентов | | | |конкретного | | | | |наименования сыра. | | | | |При использовании | | | | |плесени или слизи | | | | |обусловленные видом | | | | |плесневой или | | | | |слизневой микрофлоры. | | | | |При добавлении | | | | |пищевкусовых | | | | |компонентов - | | | | |обусловленный | | | | |добавленными | | | | |компонентами | | |-------------|-------------------------|-----------------------|-------------------| |Сыр, сырный |Форма низкого цилиндра |Кисломолочный или |От белого до | |продукт |или другая произвольная |сырный, характерный |желтого. У сыров с | |мягкие |форма. Консистенция от |для конкретного |плесенью прожилки | | |мягкой пластичной, слегка|наименования сыра. |введенной плесени, | | |упругой до нежной, |При использовании |у сыров с | | |мажущейся, маслянистой. |плесени или слизи |поверхностной | | |Допускается слегка |обусловленные видом |плесенью - ее | | |ломкая, крошащаяся. |плесневой или |наличие. При | | |Рисунок отсутствует. |слизневой микрофлоры. |добавлении | | |Допускается наличие |При добавлении |пищевкусовых | | |небольшого количества |пищевкусовых |компонентов | | |глазков и пустот |компонентов - |обусловленный | | |неправильной формы. При |обусловленный |цветом добавленных | | |добавлении пищевкусовых |добавленными |компонентов | | |компонентов с их наличием|компонентами | | |-------------|-------------------------|-----------------------|-------------------| |Сыр творожный|Форма упаковки. |Чистый кисломолочный, |От белого до | | |Консистенция нежная, |без посторонних |светло-кремового, | | |мягкая пластичная, |привкусов и запахов |равномерный. При | | |мажущаяся, однородная по |или характерный |добавлении | | |всей массе. При |для конкретного |пищевкусовых | | |добавлении пищевкусовых |наименования сыра. |компонентов | | |компонентов с их наличием|При добавлении |обусловленный | | | |пищевкусовых |цветом добавленных | | | |компонентов - |компонентов | | | |обусловленный | | | | |добавленными | | | | |компонентами | | |-------------|-------------------------|-----------------------|-------------------| |Сыр, сырный |Форма упаковки. |Чистый, характерный |От белого до | |продукт |Консистенция от плотной, |для конкретного |интенсивно-желтого,| |плавленые |слегка упругой до |наименования сыра, у |равномерный, у | |ломтевые |пластичной, однородная по|копченого с привкусом |копченого от | | |всей массе, сохраняющая |копчения. При |светло-желтого до | | |форму после нарезания. |добавлении |желтого, у сладких | | |При добавлении |пищевкусовых |сыров от белого до | | |пищевкусовых компонентов |компонентов - |коричневого. При | | |с их наличием |обусловленный |добавлении | | | |добавленными |пищевкусовых | | | |компонентами |компонентов | | | | |обусловленный | | | | |цветом добавленных | | | | |компонентов | |-------------|-------------------------|-----------------------|-------------------| |Сыр, сырный |Форма упаковки. |Чистый, характерный |От белого до | |продукт |Консистенция от мягкой |для конкретного |интенсивно-желтого,| |плавленые |пластичной до нежной, |наименования сыра. |равномерный. У | |пастообразные|мажущейся, кремообразной,|При добавлении |сладких | | |однородная по всей |пищевкусовых |сыров от белого до | | |массе. При добавлении |компонентов - |коричневого. При | | |пищевкусовых компонентов |обусловленный |добавлении | | |с их наличием |добавленными |пищевкусовых | | | |компонентами |компонентов | | | | |обусловленный | | | | |цветом добавленных | | | | |компонентов | |-------------|-------------------------|-----------------------|-------------------| |Молоко сухое |Мелкий однородный сухой |Чистый, свойственный |Белый со | | |порошок |свежему |светло-кремовым | | | |пастеризованному |оттенком | | | |молоку | | |-------------|-------------------------|-----------------------|-------------------| |Сливки |Мелкий однородный сухой |Чистый, свойственный |Белый со | |сухие |порошок |свежим пастеризованным |светло-кремовым | | | |сливкам |оттенком | |-------------|-------------------------|-----------------------|-------------------| |Молоко, |Однородная, в меру вязкая|Сладковато-солоноватый |Светло-кремовый | |сливки |жидкость |вкус, свойственный | | |концентри- | |топленому молоку | | |рованные | | | | |-------------|-------------------------|-----------------------|-------------------| |Молоко, |Однородная вязкая масса |Чистый, сладкий, с |Белый с кремовым | |сливки |без наличия ощущаемых |выраженным привкусом |оттенком, | |сгущенные |кристаллов молочного |пастеризованного |равномерный. При | |с сахаром |сахара. Допускается |молока. У молока |термической | | |мучнистая консистенция и |сгущенного с сахаром, |обработке и | | |незначительный осадок |подвергнутого |изготовлении с | | |лактозы на дне тары при |дополнительной |добавлением кофе и | | |хранении |термической обработке, |какао цвет | | | |карамельный привкус. |коричневый | | | |Допускается наличие | | | | |легкого кормового | | | | |привкуса | | |-------------|-------------------------|-----------------------|-------------------| |Сыворотка |Однородная прозрачная или|Характерный для |От бледно-зеленого | | |полупрозрачная жидкость |сыворотки, для |до светло-желтого | | | |творожной сыворотки | | | | |вкус кисловатый, для | | | | |подсырной - | | | | |сладковатый или | | | | |солоноватый | | |-------------|-------------------------|-----------------------|-------------------| |Пахта |Однородная непрозрачная |Характерный для пахты, |От белого | | |жидкость без осадка и |для пахты |до светло-желтого | | |хлопьев |сладко-сливочного | | | | |масла - молочный, для | | | | |пахты кисло-сливочного | | | | |масла - кисломолочный. | | | | |Допускается привкус | | | | |пастеризации или | | | | |слабокормовой привкус | | |-------------|-------------------------|-----------------------|-------------------| |Казеин |Однородный порошок либо |Без запаха, вкус |От белого до | | |сухое плотное или |нейтральный |светло-кремового | | |пористое зерно любой | | | | |формы | | | |-------------|-------------------------|-----------------------|-------------------| |Лактулоза |Мелкие кристаллы |Без запаха, сладкий |Белый | | |неоднородной формы |вкус | | |-------------|-------------------------|-----------------------|-------------------| |Концентрат |Однородная вязкая |Вкус от сладковатого |От светло-желтого | |лактулозы |жидкость |до кисло-сладкого. |до темно-желтого | | | |Допускаются привкус и | | | | |запах, обусловленные | | | | |карамелизацией | | |-------------|-------------------------|-----------------------|-------------------| |Спред |Пластичная однородная, |Вкус сливочный, |От белого до | |сливочно- |плотная или мягкая |сладко-сливочный или |светло-желтого, | |растительный |консистенция, поверхность|кисло-сливочный |однородный | | |матовая или | | | | |слабоблестящая, сухая на | | | | |вид | | | |-------------|-------------------------|-----------------------|-------------------| |Смесь |Зернистая или однородная,|Топленого молочного |От светло-желтого | |топленая |плотная или мягкая |жира |до желтого, | |сливочно- | | |равномерный | |растительная | | | | |-------------|-------------------------|-----------------------|-------------------| |Молочные |В соответствии с описанием, представленным изготовителем, со | |составные |вкусом, с цветом и (или) запахом, обусловленными вкусом, | |продукты, |цветом и (или) запахом добавленных пищевкусовых компонентов, | |молокосо- |использованием глазури или других пищевых продуктов"; | |держащие | | |продукты | | |-------------|---------------------------------------------------------------------| 32) приложение 12 изложить в следующей редакции: "Приложение 12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 Физико-химические и микробиологические показатели идентификации продуктов переработки молока 1. Питьевое молоко, сливки, молочные составные продукты, кисломолочные продукты, сгущенные продукты переработки молока, сухие продукты переработки молока |------------------|------------------------------------------------------------| | Продукт | Показатели | | переработки |--------------------------------------|---------------------| | молока | Диапазон массовой доли, процент | Молочнокислые | | |------------|-------------|-----------| микроорганизмы, | | | Жир | Белок, не |СОМО, не| пробиотические | | | | менее |менее (для | микроорганизмы, | | | |(для молочных| молочных | 3 | | | | составных | составных | дрожжи, КОЕ/г(см ) | | | |продуктов - в|продуктов -| | | | | молочной |в молочной | | | | | основе) | основе) | | |------------------|------------|-------------|-----------|---------------------| |Питьевое молоко |0,1 - 8,9 |2,8 (2,6 для |8,0 |- | | | |молока с | | | | | |массовой | | | | | |долей жира | | | | | |более 4 | | | | |процентов) | | | |------------------|------------|-------------|-----------|---------------------| |Молочный напиток |0,1 - 6,0 |2,6 |7,4 |- | |------------------|------------|-------------|-----------|---------------------| |Молочные |0,1 - 9,5 | | |- | |коктейли, | | | | | |напитки, желе, | | | | | |пудинги, муссы, | | | | | |пасты, суфле | | | | | |------------------|------------|-------------|-----------|---------------------| |Сливки, в том |9,0 - 34,0 |1,8 - 2,6 |5,2 - 8,0 |- | |числе | | | | | |высокожирные |35,0 - 58,0 |1,2 |3,6 |- | |------------------|------------|-------------|-----------|---------------------| | | | | | 7 | |Кисломолочные |0,1 - 8,9 |2,8 (2,6 для |7,8 |Не менее 1 x 10 | |продукты, за | |продукта | |молочнокислых | |исключением | |с массовой | |микроорганизмов. Не | |айрана и других | |долей жира | | 6 | |кисломолочных | |более 4 | |менее 1 x 10 | |продуктов, | |процентов) | |бифидобактерий и | |произведенных с | | | |(или) других | |добавлением воды, | | | |пробиотических | |йогурта, сметаны, | | | |микроорганизмов для | |творога, в том | | | |продуктов, | |числе | | | |обогащенных | |кисломолочные | | | |бифидобактериями и | |продукты с | | | |другими | |бифидобактериями | | | |пробиотическими | |и другими | | | |микроорганизмами, в | |пробиотическими | | | |том числе йогурта. Не| |микроорганизмами | | | | 4 | | | | | |менее 1 x 10 дрожжей| |Йогурт |0,1 - 10,0 |3,2 |Не менее |на конец срока | | | |2,8 с |7,0 |годности для айрана, | | | |добавлением | |кефира и не менее | | | |компонентов | | 5 | | | | | |1 x 10 для кумыса | | | | | | | |------------------|------------|-------------|-----------|---------------------| |Сметана, продукты |9,0 - 58,0 |1,2 |3,6 | 7 | |на ее основе | | | |Не менее 1 x 10 | | | | | |молочнокислых | | | | | |микроорганизмов для | | | | | |сметаны | |------------------|------------|-------------|-----------|---------------------| |Творог (за исклю- |0,1 - 35,0 |12,0 (8,0 для|13,5 |- | |чением творога, | |творога с |(10,0 для | | |произведенного с | |массовой |творога с | | |использованием | |долей жира |массовой | | |ультрафильтрации, | |более 18 |долей жира | | |сепарирования, | |процентов) |более 18 | | |и творога | | |процентов) | | |зерненого) | | | | | |------------------|------------|-------------|-----------|---------------------| |Творог, |0,1 - 25,0 |7,0 |10,0 |- | |произведенный с | | | | | |использованием | | | | | |ультрафильтрации, | | | | | |сепарирования | | | | | |------------------|------------|-------------|-----------|---------------------| |Творог зерненый |2,0 - 25,0 |8,0 |- |- | |------------------|------------|-------------|-----------|---------------------| |Творожная масса |Не менее 0,1|6,0 |- |- | |------------------|------------|-------------|-----------|---------------------| |Творожные |0,1 - 35,0 |- |- |- | |продукты | | | | | |------------------|------------|-------------|-----------|---------------------| |Молоко |0,2 - 16,0 |6,0 |11,5 |- | |стерилизованное | | | | | |сгущенное | | | | | |------------------|------------|-------------|-----------|---------------------| |Молоко сгущенное |0,2 - 16,0 |5,0 |12,0 |- | |с сахаром | | | | | |------------------|------------|-------------|-----------|---------------------| |Молоко |7,0 - 9,5 |8,0 |16,0 |- | |стерилизованное | | | | | |концентрированное | | | | | |------------------|------------|-------------|-----------|---------------------| |Сливки |25,0 |2,6 |5,3 |- | |стерилизованные | | | | | |------------------|------------|-------------|-----------|---------------------| |Сливки сгущенные |19,0 - 20,0 |6,0 |18,0 |- | |с сахаром | | | | | |------------------|------------|-------------|-----------|---------------------| |Молоко сухое |0,1 - 26,0 |24,0 |69,0 |- | |------------------|------------|-------------|-----------|---------------------| |Сливки сухие, в |42,0 - 45,0 |20,0 |53,0 |- | |том числе | | | | | |высокожирные |75,0 - 80,0 |10,0 |15,0 |- | |------------------|------------|-------------|-----------|---------------------| _____________ СОМО - сухой обезжиренный молочный остаток. Показатели идентификации устанавливаются нормативными документами или техническими документами либо стандартами организаций</w:t>
      </w:r>
    </w:p>
    <w:p>
      <w:r>
        <w:rPr>
          <w:b/>
        </w:rPr>
        <w:t xml:space="preserve">2. </w:t>
      </w:r>
      <w:r>
        <w:t>приложение 13 изложить в следующей редакции: "Приложение 13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 Физико-химические показатели идентификации продуктов детского питания на молочной основе для детей раннего возраста 1. Адаптированные молочные смеси (сухие, жидкие, пресные, кисломолочные) и продукты на основе частично гидролизованных белков для детей в возрасте от рождения до шести месяцев (на 100 мл готового к употреблению продукта) |------------------|----------------------------------------------| | Критерий и | Допустимый уровень | | показатель |----------------------------------|-----------| | | Нормируемый |Маркируемый| |------------------|----------------------------------|-----------| |Белок |1,2 - 1,7 г |+ | |------------------|----------------------------------|-----------| |Белки молочной |Не менее 50 процентов от общего |+ | |сыворотки |количества белка | | |------------------|----------------------------------|-----------| |Жир |3,0 - 4,0 г |+ | |------------------|----------------------------------|-----------| |Линолевая кислота |14-20 процентов от суммы жирных |+ | | |кислот | | | |----------------------------------| | | |400-800 мг | | |------------------|----------------------------------|-----------| |Отношение |1-2 |- | |альфа-токоферол/ | | | |полинена- | | | |сыщенные жирные | | | |кислоты | | | |------------------|----------------------------------|-----------| |Углеводы |6,5 - 8,0 г |+ | |------------------|----------------------------------|-----------| |Лактоза |Не менее 65 процентов от общего |+ | | |количества углеводов (не менее 40 | | | |процентов от общего количества | | | |углеводов для смесей на основе | | | |частично гидролизованных белков) | | |------------------|----------------------------------|-----------| |Таурин |Не более 8,0 мг |+ | |------------------|----------------------------------|-----------| ____________ За исключением адаптированных казеиндоминирующих смесей (молочных смесей с содержанием казеина более 50 процентов от общего количества белка)</w:t>
      </w:r>
    </w:p>
    <w:p>
      <w:r>
        <w:rPr>
          <w:b/>
        </w:rPr>
        <w:t xml:space="preserve">5. </w:t>
      </w:r>
      <w:r>
        <w:t>приложение 14 изложить в следующей редакции: "Приложение 14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 Физико-химические показатели идентификации продуктов детского питания на молочной основе для детей дошкольного возраста и детей школьного возраста 1. Молоко питьевое, сливки питьевые, кисломолочные продукты, напитки на молочной основе (сухие и жидкие), в том числе обогащенные (на 100 мл готового к употреблению продукта) |----------------------|------------------------------------------| | Критерий и | Допустимый уровень | | показатель |------------------------|-----------------| | | Нормируемый | Маркируемый | |----------------------|------------------------|-----------------| |Белок: | | | |----------------------|------------------------|-----------------| |молоко, |2,0 - 5,0 г |+ | |кисломолочные | | | |продукты, напитки на | | | |молочной основе | | | |----------------------|------------------------|-----------------| |сметана |Не менее 2,5 г |+ | |----------------------|------------------------|-----------------| |сливки |Не менее 2,5 г |+ | |----------------------|------------------------|-----------------| |Жир: | | | |----------------------|------------------------|-----------------| |молоко, кисломолочные |1,5 - 4,0 г |+ | |продукты, напитки на | | | |молочной основе | | | |----------------------|------------------------|-----------------| |сливки |10-20 г |+ | |----------------------|------------------------|-----------------| |сметана |10-20 г |+ | |----------------------|------------------------|-----------------| |Углеводы: | | | |----------------------|------------------------|-----------------| |кисломолочные |Не более 16,0 г |+ | |продукты, напитки на | | | |молочной основе, в | | | |том числе добавленная | | | |----------------------|------------------------|-----------------| |сахароза |Не более 10,0 г |+ | |----------------------|------------------------|-----------------| |молоко |Не более 4,7 г |+ | |----------------------|------------------------|-----------------| |сметана |Не более 3,4 г |+ | |----------------------|------------------------|-----------------| |сливки |Не более 3,7 г |+ | |----------------------|------------------------|-----------------| |Минеральные вещества: | | | |----------------------|------------------------|-----------------| |кальций |105-240 мг |+ Для обогащенных| | | |продуктов | |----------------------|------------------------|-----------------| _____________ Для составных кисломолочных продуктов допускается регламентировать их физико-химические показатели идентификации нормативными документами или техническими документами, в соответствии с которыми производятся эти продукты. Допускается замена сахарозы фруктозой в количестве не более чем 5 граммов</w:t>
      </w:r>
    </w:p>
    <w:p>
      <w:r>
        <w:rPr>
          <w:b/>
        </w:rPr>
        <w:t xml:space="preserve">2. </w:t>
      </w:r>
      <w:r>
        <w:t>приложение 15 изложить в следующей редакции: "Приложение 15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 Формы вносимых микронутриентов, разрешенных для использования при производстве продуктов детского питания для детей раннего возраста |--------------------|--------------------------------------------| | Микронутриенты | Форма | |--------------------|--------------------------------------------| |Витамины: | | |--------------------|--------------------------------------------| |витамин А |Ретинолацетат, ретинолпальмитат, | | |бета-каротин | |--------------------|--------------------------------------------| |витамин Д |Д эргокальциферол, Д холекальциферол | | | 2 3 | |--------------------|--------------------------------------------| |витамин Е |Д-альфа-токоферол, ДL-альфа-токоферол, | | |Д-альфа-токоферол ацетат, | | |ДL-альфа-токоферол ацетат | |--------------------|--------------------------------------------| |витамин В |Тиамина гидрохлорид, тиамина бромид, тиамина| | 1 |мононитрат, тиамина хлорид | |--------------------|--------------------------------------------| |витамин В |Рибофлавин, рибофлавин-5-фосфат, натрий | | 2 | | |--------------------|--------------------------------------------| |витамин РР (ниацин) |Никотинамид, никотиновая кислота | |--------------------|--------------------------------------------| |витамин В |Пиридоксин гидрохлорид, пиридоксин-5-фосфат,| | 6 |пиридоксин дипальмитат | |--------------------|--------------------------------------------| |пантотеновая |D-пантотенат кальция, D-пантотенат натрия, | |кислота |декспантенол | | | | |--------------------|--------------------------------------------| |витамин В |Цианкобаламин, гидроксокобаламин | | 12 | | |--------------------|--------------------------------------------| |фолиевая кислота |Фолиевая кислота | |(Вс) | | |--------------------|--------------------------------------------| |витамин С |L-аскорбиновая кислота, L-аскорбат натрия, | | |L-аскорбат кальция, | | |6-пальмитил-L-аскорбиновая кислота | | |(аскорбилпальмитат), аскорбат калия | |--------------------|--------------------------------------------| |витамин К |Филлохинон (фитоменадион) | |--------------------|--------------------------------------------| |биотин |Д-биотин | |--------------------|--------------------------------------------| |холин |Холина хлорид, холина цитрат, холина | | |битартрат | |--------------------|--------------------------------------------| |инозит |Препарат инозита | |--------------------|--------------------------------------------| |карнитин |L-карнитин, L-карнитина хлоргидрат, | | |L-карнитина L-тартрат | |--------------------|--------------------------------------------| |Минеральные соли (элемент): | |--------------------|--------------------------------------------| |кальций |Карбонат кальция, цитраты кальция (Е 333), | | |глюконат кальция (Е 578), глицерофосфат | | |кальция (Е 383), лактат кальция (Е 327), | | |кальциевая соль ортофосфорной кислоты | | |(Е 341), хлорид кальция | |--------------------|--------------------------------------------| |натрий |Цитрат натрия, хлорид натрия (Е 331), | | |глюконат натрия, бикарбонат натрия, карбонат| | |натрия, лактат натрия, натриевые соли | | |ортофосфорной кислоты, гидроксид натрия | |--------------------|--------------------------------------------| |магний |Карбонат магния (Е 504), хлорид магния | | |(Е 511), глюконат магния (Е 580), магниевые | | |соли ортофосфорной кислоты (Е 343), сульфат | | |магния (Е 518), лактат магния (Е 329), | | |цитрат магния (Е 345), оксид магния, | | |гидроксид магния | |--------------------|--------------------------------------------| |калий |Цитраты калия (Е 332), лактат калия (Е 326),| | |калий фосфорнокислый двузамещенный (ГОСТ | | |2493), карбонат калия, бикарбонат калия, | | |хлорид калия, глюконат калия, гидроксид | | |калия | |--------------------|--------------------------------------------| |железо |Глюконат железа (II) (Е 579), железо (II) | | |сернокислое 7-водное, лактат железа (II) | | |(Е 585), фумарат железа (II), дифосфат | | |(пирофосфат) железа (II), элементарное | | |железо, цитрат железа, сульфат железа | |--------------------|--------------------------------------------| |медь |Карбонат меди, цитрат меди, глюконат меди, | | |сульфат меди (Е 519) | |--------------------|--------------------------------------------| |цинк |Ацетат цинка, сульфат цинка, хлорид цинка, | | |лактат цинка, цитрат цинка, глюконат цинка, | | |оксид цинка | |--------------------|--------------------------------------------| |марганец |Карбонат марганца, хлорид марганца, цитрат | | |марганца, глюконат марганца, сульфат | | |марганца | |--------------------|--------------------------------------------| |йод |Йодид калия, йодид натрия, йодат калия, | | |йодказеин | |--------------------|--------------------------------------------| |селен |Селенит натрия, селенат натрия | |--------------------|--------------------------------------------| ____________ Для обогащения молока, предназначенного для питания детей старше двух лет."</w:t>
      </w:r>
    </w:p>
    <w:p>
      <w:r>
        <w:rPr>
          <w:b/>
        </w:rPr>
        <w:t xml:space="preserve">2. </w:t>
      </w:r>
      <w:r>
        <w:t>приложение 16 изложить в следующей редакции: "Приложение 16 к Федеральному закону "Технический регламент на молоко и молочную продукцию" (в редакции Федерального закона "О внесении изменений в Федеральный закон "Технический регламент на молоко и молочную продукцию") Допустимые уровни содержания микронутриентов в жидких молочных, молочных составных продуктах детского питания для детей раннего возраста |------------------------|-------------------------|--------------| | Микронутриент | Показатель |Обязательность| | | | маркировки | |------------------------|-------------------------|--------------| |Адаптированные молочные смеси (сухие, жидкие, пресные и| |кисломолочные), продукты на основе частично гидролизованных| |белков для питания детей в возрасте от рождения до шести месяцев| |(начальные смеси) | |-----------------------------------------------------------------| |Минеральные вещества: | |------------------------|-------------------------|--------------| |кальций |330-700 мг/л |+ | |------------------------|-------------------------|--------------| |фосфор |150-400 мг/л |+ | |------------------------|-------------------------|--------------| |кальций/фосфор |1,2 - 2,0 |- | |------------------------|-------------------------|--------------| |калий |400-850 мг/л |+ | |------------------------|-------------------------|--------------| |натрий |150-300 мг/л |+ | |------------------------|-------------------------|--------------| |магний |30-90 мг/л |+ | |------------------------|-------------------------|--------------| |медь |300-600 мкг/л |+ | |------------------------|-------------------------|--------------| |марганец |10-300 мкг/л |+ | |------------------------|-------------------------|--------------| |железо |3-9 мг/л |+ | |------------------------|-------------------------|--------------| |цинк |3-10 мг/л |+ | |------------------------|-------------------------|--------------| |хлориды |300-800 мг/л |+ | |------------------------|-------------------------|--------------| |йод |50-150 мкг/л |+ | |------------------------|-------------------------|--------------| |селен |10-40 мкг/л |+ | |------------------------|-------------------------|--------------| |зола |2,5 - 4 г/л |- | |------------------------|-------------------------|--------------| |Витамины: | | | |------------------------|-------------------------|--------------| |ретинол (А) |400-1000 мкг-экв/л |+ | |------------------------|-------------------------|--------------| |токоферол (Е) |4-12 мг/л |+ | |------------------------|-------------------------|--------------| |кальциферол (Д) |7,5 - 12,5 мкг/л |+ | |------------------------|-------------------------|--------------| |витамин К |25-100 мкг/л |+ | |------------------------|-------------------------|--------------| |тиамин (B ) |400-2100 мкг/л |+ | | 1 | | | |------------------------|-------------------------|--------------| |рибофлавин (В ) |500-2800 мкг/л |+ | | 2 | |------------------------|-------------------------|--------------| |пантотеновая кислота |2700-14000 мкг/л |+ | |------------------------|-------------------------|--------------| |пиридоксин (В ) |300-1000 мкг/л |+ | | 6 | | | |------------------------|-------------------------|--------------| |ниацин (РР) |2000-10000 мкг/л |+ | |------------------------|-------------------------|--------------| |фолиевая кислота (Вc) |60-350 мкг/л |+ | |------------------------|-------------------------|--------------| |цианкобаламин (В ) |1,0 - 3,0 мкг/л |+ | | 12 | | | |------------------------|-------------------------|--------------| |аскорбиновая кислота (С)|55-150 мг/л |+ | |------------------------|-------------------------|--------------| |инозит |20-280 мг/л |+ | |------------------------|-------------------------|--------------| |холин |50-350 мг/л |+ | |------------------------|-------------------------|--------------| |биотин |10-40 мкг/л |+ | |------------------------|-------------------------|--------------| |L-карнитин |Не более 20 мг/л (при |+ | | |внесении) | | |------------------------|-------------------------|--------------| |лютеин |Не более 250 мкг/л (при |+ | | |внесении) | | |------------------------|-------------------------|--------------| |нуклеотиды (сумма |Не более 35 мг/л (при |+ | |цитидин-, уридин-, |внесении) | | |аденозин-, гуанозин- и | | | |инозин-5 монофосфатов) | | | |------------------------|-------------------------|--------------| |Последующие адаптированные молочные смеси (сухие, жидкие, пресные| |и кисломолочные), продукты на основе частично гидролизованных| |белков для питания детей в возрасте старше шести месяцев | |-----------------------------------------------------------------| |Минеральные вещества: | |------------------------|-------------------------|--------------| |кальций |400-900 мг/л |+ | |------------------------|-------------------------|--------------| |фосфор |200-600 мг/л |+ | |------------------------|-------------------------|--------------| |кальций/фосфор |1,2 - 2,0 |- | |------------------------|-------------------------|--------------| |калий |500-1000 мг/л |+ | |------------------------|-------------------------|--------------| |натрий |150-300 мг/л |+ | |------------------------|-------------------------|--------------| |магний |50-100 мг/л |+ | |------------------------|-------------------------|--------------| |медь |400-1000 мкг/л |+ | |------------------------|-------------------------|--------------| |марганец |10-300 мкг/л |+ | |------------------------|-------------------------|--------------| |железо |7-14 мг/л |+ | |------------------------|-------------------------|--------------| |цинк |4-10 мг/л |+ | |------------------------|-------------------------|--------------| |хлориды |300-800 мг/л |+ | |------------------------|-------------------------|--------------| |йод |50-350 мкг/л |+ | |------------------------|-------------------------|--------------| |селен |10-40 мкг/л |+ | |------------------------|-------------------------|--------------| |зола |2,5 - 6 г/л |- | |------------------------|-------------------------|--------------| |ретинол (А) |400-1000 мкг-экв/л |+ | |------------------------|-------------------------|--------------| |токоферол (Е) |4-20 мг/л |+ | |------------------------|-------------------------|--------------| |кальциферол (Д) |8-21 мкг/л |+ | |------------------------|-------------------------|--------------| |витамин К |25-170 мкг/л |+ | |------------------------|-------------------------|--------------| |тиамин (B ) |400-2100 мкг/л |+ | | 1 | | | |------------------------|-------------------------|--------------| |рибофлавин (В ) |500-2800 мкг/л |+ | | 2 | | | |------------------------|-------------------------|--------------| |пантотеновая кислота |3000-14000 мкг/л |+ | |------------------------|-------------------------|--------------| |пиридоксин (В ) |400-1200 мкг/л |+ | | 6 | | | |------------------------|-------------------------|--------------| |ниацин (РР) |3000-10000 мкг/л |+ | |------------------------|-------------------------|--------------| |фолиевая кислота (Вc) |60-350 мкг/л |+ | |------------------------|-------------------------|--------------| |цианкобаламин (В ) |1,5 - 3,0 мкг/л |+ | | 12 | | | |------------------------|-------------------------|--------------| |аскорбиновая кислота(С) |55-150 мг/л |+ | |------------------------|-------------------------|--------------| |холин |50-350 мг/л |+ | |------------------------|-------------------------|--------------| |биотин |10-40 мкг/л |+ | |------------------------|-------------------------|--------------| |инозит |20-280 мг/л |+ | |------------------------|-------------------------|--------------| |L-карнитин |Не более 20 мг/л (при |+ | | |внесении) | | |------------------------|-------------------------|--------------| |лютеин |Не более 250 мкг/л (при |+ | | |внесении) | | |------------------------|-------------------------|--------------| |нуклеотиды (сумма |Не более 35 мг/л (при |+ | |цитидин-, уридин-, |внесении) | | |аденозин-, гуанозин- и | | | |инозин-5 монофосфатов) | | | |-----------------------------------------------------------------| |Адаптированные молочные смеси (сухие, жидкие, пресные и| |кисломолочные), продукты на основе частично гидролизованных| |белков для питания детей в возрасте от рождения до года | |-----------------------------------------------------------------| |Минеральные вещества: | |------------------------|-------------------------|--------------| |кальций |400-900 мг/л |+ | |------------------------|-------------------------|--------------| |фосфор |200-600 мг/л |+ | |------------------------|-------------------------|--------------| |кальций/фосфор |1,2 - 2,0 |- | |------------------------|-------------------------|--------------| |калий |400-800 мг/л |+ | |------------------------|-------------------------|--------------| |натрий |150-300 мг/л |+ | |------------------------|-------------------------|--------------| |магний |40-100 мг/л |+ | |------------------------|-------------------------|--------------| |медь |300-1000 мкг/л |+ | |------------------------|-------------------------|--------------| |марганец |10-300 мкг/л |+ | |------------------------|-------------------------|--------------| |железо |6-10 мг/л |+ | |------------------------|-------------------------|--------------| |цинк |3-10 мг/л |+ | |------------------------|-------------------------|--------------| |хлориды |300-800 мг/л |+ | |------------------------|-------------------------|--------------| |йод |50-350 мкг/л |+ | |------------------------|-------------------------|--------------| |селен |10-40 мкг/л |+ | |------------------------|-------------------------|--------------| |зола |2,5 - 6,0 г/л |+ | |------------------------|-------------------------|--------------| |Витамины: | | | |------------------------|-------------------------|--------------| |ретинол (А) |400-1000 мкг-экв/л |+ | |------------------------|-------------------------|--------------| |токоферол (Е) |4-12 мг/л |+ | |------------------------|-------------------------|--------------| |кальциферол (Д) |8-21 мкг/л |+ | |------------------------|-------------------------|--------------| |витамин К |25-170 мкг/л |+ | |------------------------|-------------------------|--------------| |тиамин (B ) |0,4 - 2,1 мг/л |+ | | 1 | | | |------------------------|-------------------------|--------------| |рибофлавин (В ) |0,5 - 2,8 мг/л |+ | | 2 | | | |------------------------|-------------------------|--------------| |пантотеновая кислота |2,7 - 14,0 мг/л |+ | |------------------------|-------------------------|--------------| |пиридоксин (В ) |0,3 - 1,2 мг/л |+ | | 6 | | | |------------------------|-------------------------|--------------| |ниацин (РР) |3,0 - 10,0 мг/л |+ | |------------------------|-------------------------|--------------| |фолиевая кислота (Вc) | | | |------------------------|-------------------------|--------------| |цианкобаламин (В ) |1,5 - 3,0 мкг/л |+ | | 12 | | | |------------------------|-------------------------|--------------| |аскорбиновая кислота (С)|55-150 мг/л |+ | |------------------------|-------------------------|--------------| |инозит |20-280 мг/л |+ | |------------------------|-------------------------|--------------| |холин |50-350 мг/л |+ | |------------------------|-------------------------|--------------| |биотин |10-40 мкг/л |+ | |------------------------|-------------------------|--------------| |L-карнитин |Не более 20 мг/л (при |+ | | |внесении) | | |------------------------|-------------------------|--------------| |лютеин |Не более 250 мкг/л (при |+ | | |внесении) | | |------------------------|-------------------------|--------------| |нуклеотиды (сумма |Не более 35 мг/л (при |+ | |цитидин-, уридин-, |внесении) | | |аденозин-, гуанозин- и | | | |инозин-5 монофосфатов) | | | |------------------------|-------------------------|--------------| |Последующие частично адаптированные молочные смеси (сухие,| |жидкие, пресные и кисломолочные) для питания детей в возрасте| |старше шести месяцев | |-----------------------------------------------------------------| |Минеральные вещества: | |------------------------|-------------------------|--------------| |кальций |600-900 мг/л |+ | |------------------------|-------------------------|--------------| |фосфор |200-600 мг/л |+ | |------------------------|-------------------------|--------------| |кальций/фосфор |1,2 - 2,0 |- | |------------------------|-------------------------|--------------| |калий |400-1000 мг/л |+ | |------------------------|-------------------------|--------------| |натрий |150-350 мг/л |+ | |------------------------|-------------------------|--------------| |магний |50-100 мг/л |+ | |------------------------|-------------------------|--------------| |медь |400-1000 мкг/л |+ | |------------------------|-------------------------|--------------| |марганец |10-650 мкг/л |+ | |------------------------|-------------------------|--------------| |железо |5-14 мг/л |+ | |------------------------|-------------------------|--------------| |цинк |4-10 мг/л |+ | |------------------------|-------------------------|--------------| |хлориды |300-800 мг/л |+ | |------------------------|-------------------------|--------------| |йод |50-350 мкг/л |+ | |------------------------|-------------------------|--------------| |зола |2,5 - 6,0 г/л |+ | |------------------------|-------------------------|--------------| |Витамины: | | | |------------------------|-------------------------|--------------| |ретинол (А) |400-1000 мкг-экв/л |+ | |------------------------|-------------------------|--------------| |токоферол (Е) |4-12 мг/л |+ | |------------------------|-------------------------|--------------| |кальциферол (Д) |7-21 мкг/л |+ | |------------------------|-------------------------|--------------| |тиамин (B ) |0,4 - 2,1 мг/л |+ | | 1 | | | |------------------------|-------------------------|--------------| |рибофлавин (В ) |0,5 - 2,8 мг/л |+ | | 2 | | | |------------------------|-------------------------|--------------| |пантотеновая кислота |2,5 - 14,0 мг/л |+ | |------------------------|-------------------------|--------------| |пиридоксин (В ) |0,4 - 1,2 мг/л |+ | | 6 | | | |------------------------|-------------------------|--------------| |ниацин (РР) |3,0 - 10,0 мг/л |+ | |------------------------|-------------------------|--------------| |фолиевая кислота (Вc) |60-350 мкг/л |+ | |------------------------|-------------------------|--------------| |цианкобаламин (B ) |1,5 - 3,0 мкг/л |+ | | 12 | | | |------------------------|-------------------------|--------------| |аскорбиновая кислота (С)|55-150 мг/л |+"; | |------------------------|-------------------------|--------------| 37) наименование приложения 17 изложить в следующей редакции: "Перечень пищевых добавок и ароматизаторов, допускаемых при производстве продуктов детского питания молочных или на молочной основе для детей первого года жизни и детей в возрасте от года до трех лет"</w:t>
      </w:r>
    </w:p>
    <w:p>
      <w:r>
        <w:rPr>
          <w:b/>
        </w:rPr>
        <w:t xml:space="preserve">2. </w:t>
      </w:r>
      <w:r>
        <w:t>приложение 18 дополнить примечанием следующего содержания: Примечание. Фактические показатели по массовой доле жира, белков, углеводов, органических кислот, алкоголя, клетчатки, жирных кислот, витаминов и минеральных веществ должны соответствовать требованиям нормативных документов или технических документов либо стандартам организаций, в соответствии с которыми производятся и могут быть идентифицированы продукты переработки молока."</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
        <w:rPr>
          <w:b/>
        </w:rPr>
        <w:t xml:space="preserve">2. </w:t>
      </w:r>
      <w:r>
        <w:t>Подпункт "а" пункта 2, пункты 5 и 7, подпункты "д", "е", "ж", абзацы девятый и десятый подпункта "к", подпункты "м", "н" пункта 19 статьи 1 настоящего Федерального закона вступают в силу по истечении одного года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