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 в связи с урегулированием задолженности по уплате налогов, сборов, пеней и штрафов и некоторых иных вопросов налогового администрирования</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2001, № 53, ст. 5016; 2002, № 1, ст. 2; 2003, № 22, ст. 2066; № 23, ст. 2174; № 27, ст. 2700; № 52, ст. 5037; 2004, № 27, ст. 2711; № 31, ст. 3231; № 45, ст. 4377; 2005, № 45, ст. 4585; 2006, № 6, ст. 636; № 31, ст. 3436; 2007, № 1, ст. 28, 31; № 22, ст. 2563, 2564; 2008, № 26, ст. 3022; № 30, ст. 3616; № 48, ст. 5500, 5519; 2009, № 29, ст. 3632; № 30, ст. 3739; № 48, ст. 5711, 5733; № 51, ст. 6155; № 52, ст. 6450; 2010, № 1, ст. 4) следующие изменения: 1) в пункте 2 статьи 11: а) абзацы пятнадцатый и шестнадцатый изложить в следующей редакции: "свидетельство о постановке на учет в налоговом органе - документ, подтверждающий постановку на учет российской организации, иностранной организации, физического лица в налоговом органе соответственно по месту нахождения российской организации, месту нахождения международной организации, по месту осуществления иностранной организацией деятельности на территории Российской Федерации через свое обособленное подразделение, по месту жительства физического лица; уведомление о постановке на учет в налоговом органе - документ, подтверждающий постановку на учет в налоговом органе организации или физического лица, в том числе индивидуального предпринимателя, по основаниям, установленным настоящим Кодексом, за исключением оснований, по которым настоящим Кодексом предусмотрена выдача свидетельства о постановке на учет в налоговом органе;"; б) абзац девятнадцатый изложить в следующей редакции: "место нахождения обособленного подразделения российской организации - место осуществления этой организацией деятельности через свое обособленное подразделение;"; в) в абзаце двадцатом слова "законодательством Российской Федерации;" заменить словами "законодательством Российской Федерации. При отсутствии у физического лица места жительства на территории Российской Федерации для целей настоящего Кодекса место жительства может определяться по просьбе этого физического лица по месту его пребывания. При этом местом пребывания физического лица признается место, где физическое лицо проживает временно по адресу (наименование субъекта Российской Федерации, района, города, иного населенного пункта, улицы, номер дома, квартиры), по которому физическое лицо зарегистрировано по месту пребывания в порядке, установленном законодательством Российской Федерации;"; 2) в статье 12: а) абзац третий пункта 3 после слов "уплаты налогов" дополнить словами ", если эти элементы налогообложения не установлены настоящим Кодексом"; б) абзац пятый пункта 4 после слов "уплаты налогов" дополнить словами ", если эти элементы налогообложения не установлены настоящим Кодексом"; 3) пункт 1 статьи 21 дополнить подпунктом 51 следующего содержания: "51) на осуществление совместной с налоговыми органами сверки расчетов по налогам, сборам, пеням и штрафам, а также на получение акта совместной сверки расчетов по налогам, сборам, пеням и штрафам;"; 4) в статье 23: а) в подпункте 5 пункта 1 слова "представлять по месту жительства" заменить словами "представлять в налоговый орган по месту жительства", слова "представлять по месту нахождения" заменить словами "представлять в налоговый орган по месту нахождения"; б) в пункте 2: в абзаце первом слово "письменно" исключить; подпункт 3 изложить в следующей редакции: "3) обо всех обособленных подразделениях российской организации, созданных на территории Российской Федерации (за исключением филиалов и представительств), и изменениях в ранее сообщенные в налоговый орган сведения о таких обособленных подразделениях: в течение одного месяца со дня создания обособленного подразделения российской организации; в течение трех дней со дня изменения соответствующего сведения об обособленном подразделении российской организации;"; дополнить подпунктом 31 следующего содержания: "31) обо всех обособленных подразделениях российской организации на территории Российской Федерации, через которые прекращается деятельность этой организации (которые закрываются этой организацией): в течение трех дней со дня принятия российской организацией решения о прекращении деятельности через филиал или представительство (закрытии филиала или представительства); в течение трех дней со дня прекращения деятельности российской организации через иное обособленное подразделение (закрытия иного обособленного подразделения);"; в) в пункте 3 слово "письменно" исключить; г) пункт 7 изложить в следующей редакции: "7. Сообщения, предусмотренные пунктами 2 и 3 настоящей статьи, могут быть представлены в налоговый орган лично или через представителя, направлены по почте заказным письмом или переданы в электронном виде по телекоммуникационным каналам связи. Если указанные сообщения переданы в электронном виде, такие сообщения должны быть заверены электронной цифровой подписью лица, представившего их, или электронной цифровой подписью его представителя. Формы и форматы сообщений, представляемых на бумажном носителе или в электронном виде, а также порядок заполнения форм указанных сообщений утверждаются федеральным органом исполнительной власти, уполномоченным по контролю и надзору в области налогов и сборов. Порядок представления сообщений, предусмотренных пунктами 2 и 3 настоящей статьи, в электронном виде по телекоммуникационным каналам связи утверждается федеральным органом исполнительной власти, уполномоченным по контролю и надзору в области налогов и сборов."; 5) статью 24 дополнить пунктом 31 следующего содержания: "31. Налоговые агенты несут также другие обязанности, предусмотренные настоящим Кодексом."; 6) в статье 31: а) в пункте 1: подпункт 1 после слов "документы по формам" дополнить словами "и (или) форматам в электронном виде"; б) в пункте 4 после слова "Формы" дополнить словами "и форматы", слова "их заполнения" заменить словами "заполнения форм указанных документов и порядок представления таких документов в электронном виде по телекоммуникационным каналам связи"; 7) в статье 32: а) подпункт 11 пункта 1 изложить в следующей редакции: "11) осуществлять по заявлению налогоплательщика, плательщика сбора или налогового агента совместную сверку расчетов по налогам, сборам, пеням и штрафам. Результаты совместной сверки расчетов по налогам, сборам, пеням и штрафам оформляются актом. Акт совместной сверки расчетов по налогам, сборам, пеням и штрафам вручается (направляется по почте заказным письмом) или передается налогоплательщику (плательщику сбора, налоговому агенту) в электронном виде по телекоммуникационным каналам связи в течение следующего дня после дня составления такого акта. Форма и форматы акта совместной сверки расчетов по налогам, сборам, пеням и штрафам, а также порядок его передачи в электронном виде по телекоммуникационным каналам связи утверждаются федеральным органом исполнительной власти, уполномоченным по контролю и надзору в области налогов и сборов;"; б) в пункте 3 после слов "(плательщику сбора" дополнить словами ", налоговому агенту", слова "(плательщик сбора) не уплатил" заменить словами "(плательщик сбора, налоговый агент) не уплатил (не перечислил)"; 8) в пункте 1 статьи 342 слова ", утверждает формы расчетов по налогам и формы налоговых деклараций, обязательные для налогоплательщиков, налоговых агентов, а также порядок их заполнения" исключить; 9) подпункт 3 пункта 3 статьи 44 изложить в следующей редакции: "3) со смертью физического лица - налогоплательщика или с объявлением его умершим в порядке, установленном гражданским процессуальным законодательством Российской Федерации. Задолженность по налогам, указанным в пункте 3 статьи 14 и статье 15 настоящего Кодекса, умершего лица либо лица, объявленного умершим, погашается наследниками в пределах стоимости наследственного имущества в порядке, установленном гражданским законодательством Российской Федерации для оплаты наследниками долгов наследодателя;"; 10) в пункте 7 статьи 45: а) в абзаце пятом слова "уплаченных налогоплательщиком налогов" заменить словами "расчетов по налогам, сборам, пеням и штрафам"; б) дополнить абзацем следующего содержания: "О принятом решении об уточнении платежа налоговый орган уведомляет налогоплательщика в течение пяти дней после принятия данного решения."; 11) в статье 46: а) пункт 2: после слов "путем направления" дополнить словами "на бумажном носителе или в электронном виде"; дополнить абзацем следующего содержания: "Порядок направления в банк поручения налогового органа на списание и перечисление в бюджетную систему Российской Федерации денежных средств со счетов налогоплательщика (налогового агента) - организации или индивидуального предпринимателя в электронном виде устанавливается Центральным банком Российской Федерации по согласованию с федеральным органом исполнительной власти, уполномоченным по контролю и надзору в области налогов и сборов."; б) в пункте 4 слова "в течение одного месяца со дня принятия решения о взыскании" исключить; 12) абзац третий пункта 1 статьи 47 дополнить предложениями следующего содержания: "Решение о взыскании налога за счет имущества налогоплательщика (налогового агента) - организации или индивидуального предпринимателя, принятое после истечения указанного срока, считается недействительным и исполнению не подлежит. В этом случае налоговый орган может обратиться в суд с иском о взыскании с налогоплательщика (налогового агента) - организации или индивидуального предпринимателя причитающейся к уплате суммы налога. Заявление может быть подано в суд в течение двух лет со дня истечения срока исполнения требования об уплате налога. Пропущенный по уважительной причине срок подачи заявления может быть восстановлен судом."; 13) статью 52 изложить в следующей редакции: "Статья 52. Порядок исчисления налога 1. Налогоплательщик самостоятельно исчисляет сумму налога, подлежащую уплате за налоговый период, исходя из налоговой базы, налоговой ставки и налоговых льгот.</w:t>
      </w:r>
    </w:p>
    <w:p>
      <w:r>
        <w:rPr>
          <w:b/>
        </w:rPr>
        <w:t xml:space="preserve">2. </w:t>
      </w:r>
      <w:r>
        <w:t>В случаях, предусмотренных законодательством Российской Федерации о налогах и сборах, обязанность по исчислению суммы налога может быть возложена на налоговый орган или налогового агента. В случае, если обязанность по исчислению суммы налога возлагается на налоговый орган, не позднее 30 дней до наступления срока платежа налоговый орган направляет налогоплательщику налоговое уведомление</w:t>
      </w:r>
    </w:p>
    <w:p>
      <w:r>
        <w:rPr>
          <w:b/>
        </w:rPr>
        <w:t xml:space="preserve">3. </w:t>
      </w:r>
      <w:r>
        <w:t>В налоговом уведомлении должны быть указаны сумма налога, подлежащая уплате, расчет налоговой базы, а также срок уплаты налога. В налоговом уведомлении могут быть указаны данные по нескольким подлежащим уплате налогам. Форма налогового уведомления утверждается федеральным органом исполнительной власти, уполномоченным по контролю и надзору в области налогов и сборов</w:t>
      </w:r>
    </w:p>
    <w:p>
      <w:r>
        <w:rPr>
          <w:b/>
        </w:rPr>
        <w:t xml:space="preserve">4. </w:t>
      </w:r>
      <w:r>
        <w:t>Налоговое уведомление может быть передано руководителю организации (ее законному или уполномоченному представителю) или физическому лицу (его законному или уполномоченному представителю) лично под расписку, направлено по почте заказным письмом или передано в электронном виде по телекоммуникационным каналам связи. В случае направления налогового уведомления по почте заказным письмом налоговое уведомление считается полученным по истечении шести дней с даты направления заказного письма. Форматы и порядок направления налогоплательщику налогового уведомления в электронном виде по телекоммуникационным каналам связи устанавливаются федеральным органом исполнительной власти, уполномоченным по контролю и надзору в области налогов и сборов.";</w:t>
      </w:r>
    </w:p>
    <w:p>
      <w:r>
        <w:rPr>
          <w:b/>
        </w:rPr>
        <w:t xml:space="preserve">2. </w:t>
      </w:r>
      <w:r>
        <w:t>Органами, в компетенцию которых входит принятие решения о признании недоимки, задолженности по пеням и штрафам безнадежными к взысканию и их списании, являются</w:t>
      </w:r>
    </w:p>
    <w:p>
      <w:r>
        <w:rPr>
          <w:b/>
        </w:rPr>
        <w:t xml:space="preserve">3. </w:t>
      </w:r>
      <w:r>
        <w:t>Законами субъектов Российской Федерации, нормативными правовыми актами представительных органов муниципальных образований могут быть установлены дополнительные основания признания безнадежными к взысканию недоимки по региональным и местным налогам, задолженности по пеням и штрафам по этим налогам</w:t>
      </w:r>
    </w:p>
    <w:p>
      <w:r>
        <w:rPr>
          <w:b/>
        </w:rPr>
        <w:t xml:space="preserve">4. </w:t>
      </w:r>
      <w:r>
        <w:t>Суммы налогов, сборов, пеней и штрафов, списанные со счетов налогоплательщиков, плательщиков сборов, налоговых агентов в банках, но не перечисленные в бюджетную систему Российской Федерации, признаются безнадежными к взысканию и списываются в соответствии с настоящей статьей в случае, если на момент принятия решения о признании указанных сумм безнадежными к взысканию и их списании соответствующие банки ликвидированы</w:t>
      </w:r>
    </w:p>
    <w:p>
      <w:r>
        <w:rPr>
          <w:b/>
        </w:rPr>
        <w:t xml:space="preserve">5. </w:t>
      </w:r>
      <w:r>
        <w:t>Порядок списания недоимки и задолженности по пеням и штрафам, признанных безнадежными к взысканию, а также перечень документов, подтверждающих обстоятельства, предусмотренные пунктом 1 настоящей статьи, утверждаются федеральным органом исполнительной власти, уполномоченным по контролю и надзору в области налогов и сборов, федеральным органом исполнительной власти, уполномоченным в области таможенного дела (в части налогов, пеней, штрафов, подлежащих уплате в связи с перемещением товаров через таможенную границу Российской Федерации)</w:t>
      </w:r>
    </w:p>
    <w:p>
      <w:r>
        <w:rPr>
          <w:b/>
        </w:rPr>
        <w:t xml:space="preserve">6. </w:t>
      </w:r>
      <w:r>
        <w:t>Правила, предусмотренные настоящей статьей, применяются также при списании безнадежной задолженности по процентам, предусмотренным главой 9, а также статьей 1761 настоящего Кодекса.";</w:t>
      </w:r>
    </w:p>
    <w:p>
      <w:r>
        <w:rPr>
          <w:b/>
        </w:rPr>
        <w:t xml:space="preserve">52. </w:t>
      </w:r>
      <w:r>
        <w:t>В заявлении о предоставлении отсрочки или рассрочки по уплате налога заинтересованное лицо принимает на себя обязательство уплатить проценты, начисленные на сумму задолженности в соответствии с настоящей главой</w:t>
      </w:r>
    </w:p>
    <w:p>
      <w:r>
        <w:rPr>
          <w:b/>
        </w:rPr>
        <w:t xml:space="preserve">53. </w:t>
      </w:r>
      <w:r>
        <w:t>По требованию уполномоченного органа заинтересованным лицом представляются документы об имуществе, которое может быть предметом залога, либо поручительство."; ж) в пункте 6: в абзаце первом слова "по согласованию с финансовыми органами в соответствии со статьей 63 настоящего Кодекса" исключить, слова "одного месяца" заменить словами "30 дней"; дополнить абзацем следующего содержания: "Решение о предоставлении отсрочки или рассрочки по уплате налога принимается уполномоченным органом в срок, установленный абзацем первым настоящего пункта, по согласованию с финансовыми органами в соответствии со статьей 63 настоящего Кодекса."; з) пункт 7 признать утратившим силу; и) абзац четвертый пункта 8 признать утратившим силу; к) абзац второй пункта 9 признать утратившим силу; л) пункт 12 дополнить словами ", пеней и штрафов"; м) пункт 13 после слова "законодательством" дополнить словами "Российской Федерации";</w:t>
      </w:r>
    </w:p>
    <w:p>
      <w:r>
        <w:rPr>
          <w:b/>
        </w:rPr>
        <w:t xml:space="preserve">4. </w:t>
      </w:r>
      <w:r>
        <w:t>Постановка на учет в налоговых органах российской организации по месту нахождения ее обособленных подразделений (за исключением филиала, представительства) осуществляется налоговыми органами на основании сообщений, представляемых (направляемых) этой организацией в соответствии с пунктом 2 статьи 23 настоящего Кодекса. Постановка на учет (снятие с учета) в налоговых органах иностранной организации по месту осуществления ею деятельности на территории Российской Федерации через обособленные подразделения осуществляется на основании заявления о постановке на учет (снятии с учета) такой организации, если иное не предусмотрено пунктом 3 настоящей статьи. Заявление о постановке на учет подается иностранной организацией в налоговый орган не позднее 30 календарных дней со дня начала осуществления ею деятельности на территории Российской Федерации. При подаче заявления о постановке на учет (снятии с учета) иностранная организация одновременно с указанным заявлением представляет в налоговый орган документы, которые необходимы для постановки ее на учет (снятия с учета) в налоговом органе и перечень которых утверждается Министерством финансов Российской Федерации. В случае, если несколько обособленных подразделений организации находятся в одном муниципальном образовании, городах федерального значения Москве и Санкт-Петербурге на территориях, подведомственных разным налоговым органам, постановка организации на учет может быть осуществлена налоговым органом по месту нахождения одного из ее обособленных подразделений, определяемого этой организацией самостоятельно. Сведения о выборе налогового органа организация указывает в уведомлении, представляемом (направляемом) российской организацией в налоговый орган по месту ее нахождения, иностранной организацией - в выбранный ею налоговый орган."; в) в первом предложении абзаца второго пункта 5 слово "принадлежащего" заменить словом "принадлежащих"; г) дополнить пунктом 51 следующего содержания: "51. Правила, предусмотренные пунктом 5 настоящей статьи, применяются также в отношении недвижимого имущества и транспортных средств, находящихся в государственной или муниципальной собственности и входящих в состав имущества организаций (в том числе в соответствии с концессионным соглашением), на которые этим организациям предоставлены права владения, пользования и распоряжения либо права владения и пользования."; д) в пункте 7 слова "в статье 85" заменить словами "в пунктах 1 - 6 и 8 статьи 85"; е) пункт 10 дополнить словами "(снятие их с учета) и учет сведений о налогоплательщиках";</w:t>
      </w:r>
    </w:p>
    <w:p>
      <w:r>
        <w:rPr>
          <w:b/>
        </w:rPr>
        <w:t xml:space="preserve">2. </w:t>
      </w:r>
      <w:r>
        <w:t>Налоговый орган обязан осуществить постановку на учет физического лица на основании заявления этого физического лица в течение пяти дней со дня получения указанного заявления налоговым органом и в тот же срок выдать ему свидетельство о постановке на учет в налоговом органе (если ранее указанное свидетельство не выдавалось) или уведомление о постановке на учет в налоговом органе. Налоговый орган обязан осуществить постановку на учет российской организации по месту нахождения ее обособленного подразделения (за исключением филиала, представительства) в течение пяти дней со дня получения сообщения от этой организации в соответствии с пунктом 2 статьи 23 настоящего Кодекса; российской организации по месту нахождения ее филиала, представительства, иностранной некоммерческой неправительственной организации по месту осуществления ею деятельности на территории Российской Федерации через отделение на основании сведений, содержащихся в Едином государственном реестре юридических лиц, иностранной организации по месту осуществления ею деятельности на территории Российской Федерации через иное обособленное подразделение - в течение пяти дней со дня получения от этой организации заявления о постановке на учет и всех необходимых документов и в тот же срок выдать российской организации, иностранной организации соответственно уведомление о постановке на учет в налоговом органе, свидетельство о постановке на учет в налоговом органе. Налоговый орган, осуществивший постановку на учет вновь созданной российской организации или индивидуального предпринимателя, обязан выдать российской организации свидетельство о постановке на учет в налоговом органе, индивидуальному предпринимателю - свидетельство о постановке на учет в налоговом органе (если ранее указанное свидетельство не выдавалось) и уведомление о постановке на учет в налоговом органе, подтверждающее постановку на учет в налоговом органе физического лица в качестве индивидуального предпринимателя. Налоговый орган обязан осуществить постановку на учет, снятие с учета организации, физического лица по месту нахождения принадлежащих им недвижимого имущества и (или) транспортных средств, а также нотариусов, занимающихся частной практикой, и адвокатов по месту их жительства в течение пяти дней со дня получения сведений, сообщенных органами, указанными в статье 85 настоящего Кодекса. Налоговый орган в тот же срок обязан выдать или направить по почте заказным письмом указанным лицам свидетельство о постановке на учет в налоговом органе и (или) уведомление о постановке на учет (уведомление о снятии с учета) в налоговом органе. Налоговый орган обязан осуществить постановку на учет (снятие с учета) организации и физического лица по иным основаниям, предусмотренным настоящим Кодексом, в течение пяти дней со дня получения соответствующего заявления или сведений, сообщенных органами, указанными в статье 85 настоящего Кодекса, и в тот же срок выдать уведомление о постановке на учет (уведомление о снятии с учета) в налоговом органе</w:t>
      </w:r>
    </w:p>
    <w:p>
      <w:r>
        <w:rPr>
          <w:b/>
        </w:rPr>
        <w:t xml:space="preserve">3. </w:t>
      </w:r>
      <w:r>
        <w:t>Изменения в сведениях о российских организациях, об отделениях иностранных некоммерческих неправительственных организаций на территории Российской Федерации или индивидуальных предпринимателях подлежат учету налоговым органом соответственно по месту нахождения российской организации, месту нахождения филиала, представительства российской организации, месту осуществления деятельности иностранной некоммерческой неправительственной организации на территории Российской Федерации через отделение или месту жительства индивидуального предпринимателя на основании сведений, содержащихся соответственно в Едином государственном реестре юридических лиц, Едином государственном реестре индивидуальных предпринимателей. Изменения в сведениях об обособленных подразделениях (за исключением филиалов и представительств) российских организаций подлежат учету налоговыми органами по месту нахождения таких обособленных подразделений на основании сообщений, представляемых (направляемых) российской организацией в соответствии с пунктом 2 статьи 23 настоящего Кодекса. Изменения в сведениях об иностранных организациях (в том числе о филиалах, представительствах, об иных обособленных подразделениях, за исключением отделений, указанных в абзаце первом настоящего пункта) подлежат учету налоговыми органами по месту нахождения указанных обособленных подразделений на основании заявления иностранной организации по форме, установленной федеральным органом исполнительной власти, уполномоченным по контролю и надзору в области налогов и сборов. Одновременно с подачей такого заявления иностранная организация представляет документы, которые необходимы для учета таких сведений в налоговом органе и перечень которых утверждается Министерством финансов Российской Федерации. Изменения в сведениях о физических лицах, не являющихся индивидуальными предпринимателями, а также о нотариусах, занимающихся частной практикой, и об адвокатах подлежат учету налоговым органом по месту их жительства на основании сведений, сообщаемых органами, указанными в статье 85 настоящего Кодекса</w:t>
      </w:r>
    </w:p>
    <w:p>
      <w:r>
        <w:rPr>
          <w:b/>
        </w:rPr>
        <w:t xml:space="preserve">4. </w:t>
      </w:r>
      <w:r>
        <w:t>В случаях изменения места нахождения организации, места нахождения обособленного подразделения организации, места жительства физического лица снятие их с учета осуществляется налоговым органом, в котором организация, физическое лицо состояли на учете. При этом налоговый орган осуществляет снятие с учета: российской организации по месту ее нахождения (по месту нахождения филиала, представительства), иностранной некоммерческой неправительственной организации по месту осуществления деятельности на территории Российской Федерации через отделение, физического лица в качестве индивидуального предпринимателя по месту его жительства - на основании сведений, содержащихся соответственно в Едином государственном реестре юридических лиц, Едином государственном реестре индивидуальных предпринимателей; российской организации по месту нахождения иного обособленного подразделения - в течение пяти дней со дня получения сообщения, представляемого (направляемого) российской организацией в соответствии с пунктом 2 статьи 23 настоящего Кодекса; иностранной организации по месту осуществления деятельности на территории Российской Федерации через обособленное подразделение - в течение пяти дней со дня получения соответствующего заявления, если иное не предусмотрено настоящим пунктом; нотариуса, занимающегося частной практикой, адвоката, физического лица, не являющегося индивидуальным предпринимателем, - в течение пяти дней со дня получения сведений о факте регистрации, сообщаемых в соответствии со статьей 85 настоящего Кодекса органами, осуществляющими регистрацию физических лиц по месту их жительства. Постановка на учет организации, физического лица в налоговом органе по новому месту своего нахождения, месту нахождения обособленного подразделения организации, месту жительства физического лица осуществляется на основании документов, полученных от налогового органа соответственно по прежнему месту нахождения организации, месту нахождения обособленного подразделения организации (месту жительства физического лица). Снятие с учета в налоговом органе физического лица может также осуществляться этим налоговым органом при получении им соответствующих сведений о постановке на учет этого физического лица в другом налоговом органе по месту его жительства</w:t>
      </w:r>
    </w:p>
    <w:p>
      <w:r>
        <w:rPr>
          <w:b/>
        </w:rPr>
        <w:t xml:space="preserve">5. </w:t>
      </w:r>
      <w:r>
        <w:t>В случаях прекращения деятельности российской организации при ликвидации, в результате реорганизации, в иных случаях, установленных федеральными законами, прекращения деятельности физического лица в качестве индивидуального предпринимателя снятие их с учета осуществляется на основании сведений, содержащихся соответственно в Едином государственном реестре юридических лиц, Едином государственном реестре индивидуальных предпринимателей. В случаях прекращения российской организацией деятельности через филиал или представительство (закрытия филиала или представительства), иностранной некоммерческой неправительственной организацией деятельности на территории Российской Федерации через отделение снятие с учета российской организации налоговым органом по месту нахождения этого филиала (представительства), иностранной организации налоговым органом по месту осуществления деятельности на территории Российской Федерации через это отделение осуществляется на основании сведений, содержащихся в Едином государственном реестре юридических лиц, но не ранее окончания выездной налоговой проверки в случае ее проведения. В случае прекращения деятельности (закрытия) иного обособленного подразделения российской организации (иностранной организации) снятие с учета организации налоговым органом по месту нахождения этого обособленного подразделения осуществляется на основании полученного налоговым органом сообщения российской организации в соответствии с пунктом 2 статьи 23 настоящего Кодекса (заявления иностранной организации) в течение 10 дней со дня получения этого сообщения (заявления), но не ранее окончания выездной налоговой проверки организации в случае ее проведения. В случаях прекращения полномочий нотариуса, занимающегося частной практикой, прекращения статуса адвоката снятие их с учета осуществляется налоговым органом на основании сведений, сообщаемых органами, указанными в статье 85 настоящего Кодекса."; б) дополнить пунктом 51 следующего содержания: "51. Заявление о постановке на учет (снятии с учета) в налоговом органе по основаниям, предусмотренным настоящим Кодексом, уведомление о выборе налогового органа для постановки на учет организации по месту нахождения одного из ее обособленных подразделений могут быть представлены в налоговый орган лично или через представителя, направлены по почте заказным письмом или переданы в электронном виде по телекоммуникационным каналам связи. Если указанное заявление (уведомление) передано в налоговый орган в электронном виде, оно должно быть заверено электронной цифровой подписью лица, представляющего это заявление (уведомление), или его представителя. Формы и форматы заявлений о постановке на учет (снятии с учета) в налоговых органах по основаниям, предусмотренным настоящим Кодексом, уведомления о выборе налогового органа для постановки на учет организации по месту нахождения одного из ее обособленных подразделений, представляемых в налоговые органы на бумажном носителе или в электронном виде, а также порядок заполнения форм заявлений, уведомления утверждаются федеральным органом исполнительной власти, уполномоченным по контролю и надзору в области налогов и сборов. По запросу организации или физического лица, в том числе индивидуального предпринимателя, налоговым органом может быть направлено заявителю свидетельство о постановке на учет в налоговом органе и (или) уведомление о постановке на учет в налоговом органе (уведомление о снятии с учета в налоговом органе) в электронном виде, заверенные электронной цифровой подписью лица, подписавшего эти документы, по телекоммуникационным каналам связи. Формы и форматы указанных запроса, документов, подтверждающих постановку на учет (снятие с учета) в налоговом органе, порядок заполнения запроса на бумажном носителе и порядок направления указанных документов налоговым органом заявителю утверждаются федеральным органом исполнительной власти, уполномоченным по контролю и надзору в области налогов и сборов. Порядок представления указанных в настоящем пункте заявлений, уведомления, запроса в налоговый орган в электронном виде утверждается Министерством финансов Российской Федерации."; в) в пункте 10 слова "встают на учет" заменить словами "подлежат учету";</w:t>
      </w:r>
    </w:p>
    <w:p>
      <w:r>
        <w:rPr>
          <w:b/>
        </w:rPr>
        <w:t xml:space="preserve">2. </w:t>
      </w:r>
      <w:r>
        <w:t>Истребуемые документы могут быть представлены в налоговый орган лично или через представителя, направлены по почте заказным письмом или переданы в электронном виде по телекоммуникационным каналам связи. Представление документов на бумажном носителе производится в виде заверенных проверяемым лицом копий. Не допускается требование нотариального удостоверения копий документов, представляемых в налоговый орган (должностному лицу), если иное не предусмотрено законодательством Российской Федерации. В случае, если истребуемые у налогоплательщика документы составлены в электронном виде по установленным форматам, налогоплательщик вправе направить их в налоговый орган в электронном виде по телекоммуникационным каналам связи. Порядок направления требования о представлении документов и порядок представления документов по требованию налогового органа в электронном виде по телекоммуникационным каналам связи устанавливаются федеральным органом исполнительной власти, уполномоченным по контролю и надзору в области налогов и сборов. В случае необходимости налоговый орган вправе ознакомиться с подлинниками документов."; б) в абзаце первом пункта 3 слово "вручения" заменить словом "получения"; в) пункт 5 после слова "проверки" дополнить словами ", иных мероприятий налогового контроля";</w:t>
      </w:r>
    </w:p>
    <w:p>
      <w:r>
        <w:rPr>
          <w:b/>
        </w:rPr>
        <w:t xml:space="preserve">2. </w:t>
      </w:r>
      <w:r>
        <w:t>Ведение деятельности организацией или индивидуальным предпринимателем без постановки на учет в налоговом органе по основаниям, предусмотренным настоящим Кодексом, влечет взыскание штрафа в размере 10 процентов от доходов, полученных в течение указанного времени в результате такой деятельности, но не менее 40 тысяч рублей.";</w:t>
      </w:r>
    </w:p>
    <w:p>
      <w:r>
        <w:rPr>
          <w:b/>
        </w:rPr>
        <w:t xml:space="preserve">4. </w:t>
      </w:r>
      <w:r>
        <w:t>статью 59 изложить в следующей редакции: "Статья 59. Признание недоимки и задолженности по пеням и штрафам безнадежными к взысканию и их списание 1. Безнадежными к взысканию признаются недоимка, задолженность по пеням и штрафам, числящиеся за отдельными налогоплательщиками, плательщиками сборов и налоговыми агентами, уплата и (или) взыскание которых оказались невозможными в случаях:</w:t>
      </w:r>
    </w:p>
    <w:p>
      <w:r>
        <w:rPr>
          <w:b/>
        </w:rPr>
        <w:t xml:space="preserve">4. </w:t>
      </w:r>
      <w:r>
        <w:t>ликвидации организации в соответствии с законодательством Российской Федерации - в части недоимки, задолженности по пеням и штрафам, не погашенных по причине недостаточности имущества организации и (или) невозможности их погашения учредителями (участниками) указанной организации в пределах и порядке, которые установлены законодательством Российской Федерации</w:t>
      </w:r>
    </w:p>
    <w:p>
      <w:r>
        <w:rPr>
          <w:b/>
        </w:rPr>
        <w:t xml:space="preserve">4. </w:t>
      </w:r>
      <w:r>
        <w:t>признания банкротом индивидуального предпринимателя в соответствии с Федеральным законом от 26 октября 2002 года № 127-ФЗ "О несостоятельности (банкротстве)" - в части недоимки, задолженности по пеням и штрафам, не погашенных по причине недостаточности имущества должника</w:t>
      </w:r>
    </w:p>
    <w:p>
      <w:r>
        <w:rPr>
          <w:b/>
        </w:rPr>
        <w:t xml:space="preserve">4. </w:t>
      </w:r>
      <w:r>
        <w:t>смерти физического лица или объявления его умершим в порядке, установленном гражданским процессуальным законодательством Российской Федерации, - по всем налогам и сборам, а в части налогов, указанных в пункте 3 статьи 14 и статье 15 настоящего Кодекса, - в размере, превышающем стоимость его наследственного имущества, в том числе в случае перехода наследства в собственность Российской Федерации</w:t>
      </w:r>
    </w:p>
    <w:p>
      <w:r>
        <w:rPr>
          <w:b/>
        </w:rPr>
        <w:t xml:space="preserve">4. </w:t>
      </w:r>
      <w:r>
        <w:t>принятия судом акта, в соответствии с которым налоговый орган утрачивает возможность взыскания недоимки, задолженности по пеням и штрафам в связи с истечением установленного срока их взыскания, в том числе вынесения им определения об отказе в восстановлении пропущенного срока подачи заявления в суд о взыскании недоимки, задолженности по пеням и штрафам</w:t>
      </w:r>
    </w:p>
    <w:p>
      <w:r>
        <w:rPr>
          <w:b/>
        </w:rPr>
        <w:t xml:space="preserve">4. </w:t>
      </w:r>
      <w:r>
        <w:t>в иных случаях, предусмотренных законодательством Российской Федерации о налогах и сборах</w:t>
      </w:r>
    </w:p>
    <w:p>
      <w:r>
        <w:rPr>
          <w:b/>
        </w:rPr>
        <w:t xml:space="preserve">2. </w:t>
      </w:r>
      <w:r>
        <w:t>налоговые органы по месту нахождения организации или месту жительства физического лица (за исключением случаев, предусмотренных подпунктами 2 и 3 настоящего пункта) - при наличии обстоятельств, предусмотренных подпунктами 1 - 3 пункта 1 настоящей статьи</w:t>
      </w:r>
    </w:p>
    <w:p>
      <w:r>
        <w:rPr>
          <w:b/>
        </w:rPr>
        <w:t xml:space="preserve">2. </w:t>
      </w:r>
      <w:r>
        <w:t>налоговые органы по месту учета налогоплательщика, плательщика сбора или налогового агента (за исключением случая, предусмотренного подпунктом 3 настоящего пункта) - при наличии обстоятельств, предусмотренных подпунктами 4 и 5 пункта 1 настоящей статьи</w:t>
      </w:r>
    </w:p>
    <w:p>
      <w:r>
        <w:rPr>
          <w:b/>
        </w:rPr>
        <w:t xml:space="preserve">2. </w:t>
      </w:r>
      <w:r>
        <w:t>таможенные органы, определяемые федеральным органом исполнительной власти, уполномоченным в области таможенного дела, - по налогам, пеням, штрафам, подлежащим уплате в связи с перемещением товаров через таможенную границу Российской Федерации</w:t>
      </w:r>
    </w:p>
    <w:p>
      <w:r>
        <w:rPr>
          <w:b/>
        </w:rPr>
        <w:t xml:space="preserve">6. </w:t>
      </w:r>
      <w:r>
        <w:t>в статье 60:</w:t>
      </w:r>
    </w:p>
    <w:p>
      <w:r>
        <w:rPr>
          <w:b/>
        </w:rPr>
        <w:t xml:space="preserve">6. </w:t>
      </w:r>
      <w:r>
        <w:t>наименование главы 9 дополнить словами "И ШТРАФА"</w:t>
      </w:r>
    </w:p>
    <w:p>
      <w:r>
        <w:rPr>
          <w:b/>
        </w:rPr>
        <w:t xml:space="preserve">6. </w:t>
      </w:r>
      <w:r>
        <w:t>в статье 61:</w:t>
      </w:r>
    </w:p>
    <w:p>
      <w:r>
        <w:rPr>
          <w:b/>
        </w:rPr>
        <w:t xml:space="preserve">6. </w:t>
      </w:r>
      <w:r>
        <w:t>в статье 62:</w:t>
      </w:r>
    </w:p>
    <w:p>
      <w:r>
        <w:rPr>
          <w:b/>
        </w:rPr>
        <w:t xml:space="preserve">6. </w:t>
      </w:r>
      <w:r>
        <w:t>в статье 63:</w:t>
      </w:r>
    </w:p>
    <w:p>
      <w:r>
        <w:rPr>
          <w:b/>
        </w:rPr>
        <w:t xml:space="preserve">6. </w:t>
      </w:r>
      <w:r>
        <w:t>по налогу на прибыль организаций по налоговой ставке, установленной для зачисления указанного налога в бюджеты субъектов Российской Федерации, и региональным налогам в части решений об изменении сроков уплаты указанных налогов в форме инвестиционного налогового кредита - органы, уполномоченные на это законодательством субъектов Российской Федерации.";</w:t>
      </w:r>
    </w:p>
    <w:p>
      <w:r>
        <w:rPr>
          <w:b/>
        </w:rPr>
        <w:t xml:space="preserve">6. </w:t>
      </w:r>
      <w:r>
        <w:t>в статье 64:</w:t>
      </w:r>
    </w:p>
    <w:p>
      <w:r>
        <w:rPr>
          <w:b/>
        </w:rPr>
        <w:t xml:space="preserve">6. </w:t>
      </w:r>
      <w:r>
        <w:t>причинение этому лицу ущерба в результате стихийного бедствия, технологической катастрофы или иных обстоятельств непреодолимой силы</w:t>
      </w:r>
    </w:p>
    <w:p>
      <w:r>
        <w:rPr>
          <w:b/>
        </w:rPr>
        <w:t xml:space="preserve">6. </w:t>
      </w:r>
      <w:r>
        <w:t>непредоставление (несвоевременное предоставление) бюджетных ассигнований и (или) лимитов бюджетных обязательств заинтересованному лицу и (или) недоведение (несвоевременное доведение) предельных объемов финансирования расходов до заинтересованного лица - получателя бюджетных средств в объеме, достаточном для своевременного исполнения этим лицом обязанности по уплате налога, а также неперечисление (несвоевременное перечисление) заинтересованному лицу из бюджета в объеме, достаточном для своевременного исполнения этим лицом обязанности по уплате налога, денежных средств, в том числе в счет оплаты оказанных этим лицом услуг (выполненных работ, поставленных товаров) для государственных, муниципальных нужд</w:t>
      </w:r>
    </w:p>
    <w:p>
      <w:r>
        <w:rPr>
          <w:b/>
        </w:rPr>
        <w:t xml:space="preserve">6. </w:t>
      </w:r>
      <w:r>
        <w:t>угроза возникновения признаков несостоятельности (банкротства) заинтересованного лица в случае единовременной уплаты им налога</w:t>
      </w:r>
    </w:p>
    <w:p>
      <w:r>
        <w:rPr>
          <w:b/>
        </w:rPr>
        <w:t xml:space="preserve">6. </w:t>
      </w:r>
      <w:r>
        <w:t>имущественное положение физического лица (без учета имущества, на которое в соответствии с законодательством Российской Федерации не может быть обращено взыскание) исключает возможность единовременной уплаты налога</w:t>
      </w:r>
    </w:p>
    <w:p>
      <w:r>
        <w:rPr>
          <w:b/>
        </w:rPr>
        <w:t xml:space="preserve">6. </w:t>
      </w:r>
      <w:r>
        <w:t>в пункте 41 слова "об аннулировании" заменить словами "об отзыве", слова "банковской деятельности" заменить словами "банковских операций"</w:t>
      </w:r>
    </w:p>
    <w:p>
      <w:r>
        <w:rPr>
          <w:b/>
        </w:rPr>
        <w:t xml:space="preserve">6. </w:t>
      </w:r>
      <w:r>
        <w:t>дополнить пунктом 42 следующего содержания: "42. Требование о перечислении налога в бюджетную систему Российской Федерации (далее в настоящей статье - требование о перечислении налога) должно быть направлено в банк в электронном виде по телекоммуникационным каналам связи не позднее трех месяцев со дня выявления не перечисленной в бюджетную систему Российской Федерации суммы налога и составления налоговым органом документа о выявлении не перечисленной банком в бюджетную систему Российской Федерации суммы налога. Требованием о перечислении налога признается уведомление банка о неперечисленной сумме налога, а также об обязанности перечислить эту сумму налога в установленный срок. Форматы требования о перечислении налога, а также порядок направления этого требования в электронном виде утверждаются федеральным органом исполнительной власти, уполномоченным по контролю и надзору в области налогов и сборов."</w:t>
      </w:r>
    </w:p>
    <w:p>
      <w:r>
        <w:rPr>
          <w:b/>
        </w:rPr>
        <w:t xml:space="preserve">6. </w:t>
      </w:r>
      <w:r>
        <w:t>производство и (или) реализация товаров, работ или услуг заинтересованным лицом носит сезонный характер</w:t>
      </w:r>
    </w:p>
    <w:p>
      <w:r>
        <w:rPr>
          <w:b/>
        </w:rPr>
        <w:t xml:space="preserve">6. </w:t>
      </w:r>
      <w:r>
        <w:t>при наличии оснований для предоставления отсрочки или рассрочки по уплате налогов, подлежащих уплате в связи с перемещением товаров через таможенную границу Российской Федерации, установленных таможенным законодательством Российской Федерации.";</w:t>
      </w:r>
    </w:p>
    <w:p>
      <w:r>
        <w:rPr>
          <w:b/>
        </w:rPr>
        <w:t xml:space="preserve">6. </w:t>
      </w:r>
      <w:r>
        <w:t>справки банков об остатках денежных средств на всех счетах этого лица в банках</w:t>
      </w:r>
    </w:p>
    <w:p>
      <w:r>
        <w:rPr>
          <w:b/>
        </w:rPr>
        <w:t xml:space="preserve">6. </w:t>
      </w:r>
      <w:r>
        <w:t>перечень контрагентов - дебиторов этого лица с указанием цен договоров, заключенных с соответствующими контрагентами - дебиторами (размеров иных обязательств и оснований их возникновения), и сроков их исполнения, а также копии данных договоров (документов, подтверждающих наличие иных оснований возникновения обязательства)</w:t>
      </w:r>
    </w:p>
    <w:p>
      <w:r>
        <w:rPr>
          <w:b/>
        </w:rPr>
        <w:t xml:space="preserve">6. </w:t>
      </w:r>
      <w:r>
        <w:t>обязательство этого лица, предусматривающее на период изменения срока уплаты налога соблюдение условий, на которых принимается решение о предоставлении отсрочки или рассрочки, а также предполагаемый им график погашения задолженности</w:t>
      </w:r>
    </w:p>
    <w:p>
      <w:r>
        <w:rPr>
          <w:b/>
        </w:rPr>
        <w:t xml:space="preserve">6. </w:t>
      </w:r>
      <w:r>
        <w:t>документы, подтверждающие наличие оснований изменения срока уплаты налога, указанные в пункте 51 настоящей статьи.";</w:t>
      </w:r>
    </w:p>
    <w:p>
      <w:r>
        <w:rPr>
          <w:b/>
        </w:rPr>
        <w:t xml:space="preserve">6. </w:t>
      </w:r>
      <w:r>
        <w:t>наименование дополнить словами ", а также пени и штрафа"</w:t>
      </w:r>
    </w:p>
    <w:p>
      <w:r>
        <w:rPr>
          <w:b/>
        </w:rPr>
        <w:t xml:space="preserve">6. </w:t>
      </w:r>
      <w:r>
        <w:t>абзац второй пункта 2 изложить в следующей редакции: "Срок уплаты налога и (или) сбора может быть изменен в отношении всей подлежащей уплате суммы налога и (или) сбора либо ее части (далее в настоящей главе - сумма задолженности) с начислением процентов на сумму задолженности, если иное не предусмотрено настоящей главой."</w:t>
      </w:r>
    </w:p>
    <w:p>
      <w:r>
        <w:rPr>
          <w:b/>
        </w:rPr>
        <w:t xml:space="preserve">6. </w:t>
      </w:r>
      <w:r>
        <w:t>дополнить пунктом 31 следующего содержания: "31. Лицо, претендующее на изменение срока уплаты налога и (или) сбора (далее в настоящей главе - заинтересованное лицо), вправе одновременно с заявлением о предоставлении отсрочки или рассрочки по уплате налога и (или) сбора подать заявление о предоставлении инвестиционного налогового кредита. При рассмотрении заявления заинтересованного лица о предоставлении ему отсрочки или рассрочки по уплате налога и (или) сбора и заявления о предоставлении инвестиционного налогового кредита орган, уполномоченный принимать решения об изменении сроков уплаты налогов и сборов, вправе предложить указанному лицу предусмотренные настоящей главой иные условия предоставления отсрочки или рассрочки по уплате налога и (или) сбора и инвестиционного налогового кредита, которые принимаются по согласованию с заинтересованным лицом."</w:t>
      </w:r>
    </w:p>
    <w:p>
      <w:r>
        <w:rPr>
          <w:b/>
        </w:rPr>
        <w:t xml:space="preserve">6. </w:t>
      </w:r>
      <w:r>
        <w:t>в пункте 5 слова "по решению органов, указанных в статье 63 настоящего Кодекса, может производиться под залог имущества в соответствии со статьей 73 настоящего Кодекса либо при наличии поручительства в соответствии со статьей 74 настоящего Кодекса" заменить словами "может быть по решению органов, указанных в статье 63 настоящего Кодекса, обеспечено залогом имущества в соответствии со статьей 73 настоящего Кодекса либо поручительством в соответствии со статьей 74 настоящего Кодекса"</w:t>
      </w:r>
    </w:p>
    <w:p>
      <w:r>
        <w:rPr>
          <w:b/>
        </w:rPr>
        <w:t xml:space="preserve">6. </w:t>
      </w:r>
      <w:r>
        <w:t>пункт 6 дополнить абзацем следующего содержания: "Положения настоящей главы применяются также при предоставлении отсрочки или рассрочки по уплате пени и штрафа."</w:t>
      </w:r>
    </w:p>
    <w:p>
      <w:r>
        <w:rPr>
          <w:b/>
        </w:rPr>
        <w:t xml:space="preserve">6. </w:t>
      </w:r>
      <w:r>
        <w:t>пункт 8 после слов "и сбора" дополнить словами ", а также пени и штрафа"</w:t>
      </w:r>
    </w:p>
    <w:p>
      <w:r>
        <w:rPr>
          <w:b/>
        </w:rPr>
        <w:t xml:space="preserve">6. </w:t>
      </w:r>
      <w:r>
        <w:t>дополнить пунктом 9 следующего содержания: "9. Действие настоящей главы не распространяется на налоговых агентов."</w:t>
      </w:r>
    </w:p>
    <w:p>
      <w:r>
        <w:rPr>
          <w:b/>
        </w:rPr>
        <w:t xml:space="preserve">6. </w:t>
      </w:r>
      <w:r>
        <w:t>наименование дополнить словами "и сбора"</w:t>
      </w:r>
    </w:p>
    <w:p>
      <w:r>
        <w:rPr>
          <w:b/>
        </w:rPr>
        <w:t xml:space="preserve">6. </w:t>
      </w:r>
      <w:r>
        <w:t>в пункте 1: абзац первый изложить в следующей редакции: "1. Срок уплаты налога и (или) сбора не может быть изменен, если в отношении заинтересованного лица:"; дополнить подпунктом 4 следующего содержания: "4) в течение трех лет, предшествующих дню подачи этим лицом заявления об изменении срока уплаты налога и (или) сбора, органом, указанным в статье 63 настоящего Кодекса, было вынесено решение о прекращении действия ранее предоставленной отсрочки, рассрочки или инвестиционного налогового кредита в связи с нарушением условий соответствующего изменения срока уплаты налога и (или) сбора."</w:t>
      </w:r>
    </w:p>
    <w:p>
      <w:r>
        <w:rPr>
          <w:b/>
        </w:rPr>
        <w:t xml:space="preserve">6. </w:t>
      </w:r>
      <w:r>
        <w:t>в абзаце первом пункта 2 слова "на момент вынесения решения об изменении срока уплаты налога" исключить, слова "налога не может" заменить словами "налога и (или) сбора не может"</w:t>
      </w:r>
    </w:p>
    <w:p>
      <w:r>
        <w:rPr>
          <w:b/>
        </w:rPr>
        <w:t xml:space="preserve">6. </w:t>
      </w:r>
      <w:r>
        <w:t>в пункте 1: в подпункте 1 слова "3 и 4" заменить словами "3, 4, 6 и 7"; подпункт 2 после слова "лица" дополнить словами "(за исключением случая, предусмотренного подпунктом 7 настоящего пункта)", после слова "предусмотренного" дополнить словами "подпунктом 7 настоящего пункта и"; дополнить подпунктами 6 и 7 следующего содержания: "6) по налогу на доходы физических лиц, подлежащему уплате физическими лицами, не являющимися индивидуальными предпринимателями, в части доходов, при получении которых налог не удерживается налоговыми агентами, - налоговые органы по месту жительства этих лиц. Решения об изменении сроков уплаты налога с указанных доходов принимаются в части сумм, подлежащих зачислению в бюджеты субъектов Российской Федерации, местные бюджеты, по согласованию с финансовыми органами соответствующих субъектов Российской Федерации и муниципальных образований</w:t>
      </w:r>
    </w:p>
    <w:p>
      <w:r>
        <w:rPr>
          <w:b/>
        </w:rPr>
        <w:t xml:space="preserve">6. </w:t>
      </w:r>
      <w:r>
        <w:t>в пункте 2 слова "с законодательством" заменить словами "с бюджетным законодательством", слова "федерального органа исполнительной власти, уполномоченного по контролю и надзору в области налогов и сборов" заменить словами "уполномоченных органов, указанных в пункте 1 настоящей статьи"</w:t>
      </w:r>
    </w:p>
    <w:p>
      <w:r>
        <w:rPr>
          <w:b/>
        </w:rPr>
        <w:t xml:space="preserve">6. </w:t>
      </w:r>
      <w:r>
        <w:t>в абзаце первом пункта 1 слово "налогоплательщиком" исключить</w:t>
      </w:r>
    </w:p>
    <w:p>
      <w:r>
        <w:rPr>
          <w:b/>
        </w:rPr>
        <w:t xml:space="preserve">6. </w:t>
      </w:r>
      <w:r>
        <w:t>пункт 2 изложить в следующей редакции: "2. Отсрочка или рассрочка по уплате налога может быть предоставлена заинтересованному лицу, финансовое положение которого не позволяет уплатить этот налог в установленный срок, однако имеются достаточные основания полагать, что возможность уплаты указанным лицом такого налога возникнет в течение срока, на который предоставляется отсрочка или рассрочка, при наличии хотя бы одного из следующих оснований:</w:t>
      </w:r>
    </w:p>
    <w:p>
      <w:r>
        <w:rPr>
          <w:b/>
        </w:rPr>
        <w:t xml:space="preserve">6. </w:t>
      </w:r>
      <w:r>
        <w:t>дополнить пунктом 21 следующего содержания: "21. При наличии оснований, указанных в подпунктах 1, 3 - 6 пункта 2 настоящей статьи, отсрочка или рассрочка по уплате налога может быть предоставлена организации на сумму, не превышающую стоимость ее чистых активов, физическому лицу - на сумму, не превышающую стоимость его имущества, за исключением имущества, на которое в соответствии с законодательством Российской Федерации не может быть обращено взыскание."</w:t>
      </w:r>
    </w:p>
    <w:p>
      <w:r>
        <w:rPr>
          <w:b/>
        </w:rPr>
        <w:t xml:space="preserve">6. </w:t>
      </w:r>
      <w:r>
        <w:t>в пункте 3 слова "могут быть предоставлены" заменить словами "может быть предоставлена"</w:t>
      </w:r>
    </w:p>
    <w:p>
      <w:r>
        <w:rPr>
          <w:b/>
        </w:rPr>
        <w:t xml:space="preserve">6. </w:t>
      </w:r>
      <w:r>
        <w:t>пункт 5 изложить в следующей редакции: "5. Заявление о предоставлении отсрочки или рассрочки по уплате налога подается заинтересованным лицом в соответствующий уполномоченный орган. Копия указанного заявления в пятидневный срок со дня его подачи в уполномоченный орган направляется заинтересованным лицом в налоговый орган по месту его учета. К заявлению о предоставлении отсрочки или рассрочки по уплате налога прилагаются следующие документы: абзац; (Утратил силу - Федеральный закон от 03.07.2016 № 240-ФЗ) абзац; (Утратил силу - Федеральный закон от 03.07.2016 № 240-ФЗ) 3) справки банков о ежемесячных оборотах денежных средств за каждый месяц из предшествующих подаче указанного заявления шести месяцев по счетам этого лица в банках, а также о наличии его расчетных документов, помещенных в соответствующую картотеку неоплаченных расчетных документов, либо об их отсутствии в этой картотеке</w:t>
      </w:r>
    </w:p>
    <w:p>
      <w:r>
        <w:rPr>
          <w:b/>
        </w:rPr>
        <w:t xml:space="preserve">6. </w:t>
      </w:r>
      <w:r>
        <w:t>дополнить пунктами 51 - 53 следующего содержания: "51. К заявлению о предоставлении отсрочки или рассрочки по уплате налога по основанию, указанному в подпункте 1 пункта 2 настоящей статьи, прилагаются заключение о факте наступления в отношении заинтересованного лица обстоятельств непреодолимой силы, являющихся основанием для его обращения с этим заявлением, а также акт оценки причиненного этому лицу ущерба в результате указанных обстоятельств, составленные органом исполнительной власти (государственным органом, органом местного самоуправления) или организацией, уполномоченными в области гражданской обороны, защиты населения и территорий от чрезвычайных ситуаций. К заявлению о предоставлении отсрочки или рассрочки по уплате налога заинтересованному лицу - получателю бюджетных средств по основанию, указанному в подпункте 2 пункта 2 настоящей статьи, прилагается документ финансового органа и (или) главного распорядителя (распорядителя) бюджетных средств, содержащий сведения о сумме бюджетных ассигнований и (или) лимитов бюджетных обязательств, которые не предоставлены (несвоевременно предоставлены) указанному лицу, и (или) о сумме предельных объемов финансирования расходов, которые не доведены (несвоевременно доведены) до этого лица в объеме, достаточном для своевременного исполнения им обязанности по уплате налога. К заявлению о предоставлении отсрочки или рассрочки по уплате налога по основанию, указанному в подпункте 2 пункта 2 настоящей статьи, заинтересованному лицу, которому не перечислены (несвоевременно перечислены) денежные средства из бюджета в объеме, достаточном для своевременного исполнения им обязанности по уплате налога, в том числе в счет оказанных этим лицом услуг (выполненных работ, поставленных товаров) для государственных, муниципальных нужд, прилагается документ получателя бюджетных средств, содержащий сведения о сумме денежных средств, которая не перечислена (несвоевременно перечислена) этому лицу из бюджета в объеме, достаточном для своевременного исполнения им обязанности по уплате налога, либо документ государственного, муниципального заказчика, содержащий сведения о сумме денежных средств, которая не перечислена (несвоевременно перечислена) этому лицу в объеме, достаточном для своевременного исполнения им обязанности по уплате налога, в счет оплаты оказанных таким лицом услуг (выполненных работ, поставленных товаров) для государственных, муниципальных нужд. Наличие основания, указанного в подпункте 3 пункта 2 настоящей статьи, устанавливается по результатам анализа финансового состояния хозяйствующего субъекта, проведенного федеральным органом исполнительной власти, уполномоченным по контролю и надзору в области налогов и сборов, в соответствии с методикой, утверждаемой федеральным органом исполнительной власти, уполномоченным осуществлять функции по выработке государственной политики и нормативно-правовому регулированию в сфере несостоятельности (банкротства) и финансового оздоровления. К заявлению о предоставлении отсрочки или рассрочки по уплате налога по основанию, указанному в подпункте 4 пункта 2 настоящей статьи, прилагаются сведения о движимом и недвижимом имуществе физического лица (за исключением имущества, на которое в соответствии с законодательством Российской Федерации не может быть обращено взыскание). К заявлению о предоставлении отсрочки или рассрочки по уплате налога по основанию, указанному в подпункте 5 пункта 2 настоящей статьи, прилагается составленный заинтересованным лицом документ, подтверждающий, что в общем доходе от реализации товаров (работ, услуг) такого лица доля его дохода от отраслей и видов деятельности, включенных в утверждаемый Правительством Российской Федерации перечень отраслей и видов деятельности, имеющих сезонный характер, составляет не менее 50 процентов</w:t>
      </w:r>
    </w:p>
    <w:p>
      <w:r>
        <w:rPr>
          <w:b/>
        </w:rPr>
        <w:t xml:space="preserve">53. </w:t>
      </w:r>
      <w:r>
        <w:t>в статье 67:</w:t>
      </w:r>
    </w:p>
    <w:p>
      <w:r>
        <w:rPr>
          <w:b/>
        </w:rPr>
        <w:t xml:space="preserve">53. </w:t>
      </w:r>
      <w:r>
        <w:t>в статье 68:</w:t>
      </w:r>
    </w:p>
    <w:p>
      <w:r>
        <w:rPr>
          <w:b/>
        </w:rPr>
        <w:t xml:space="preserve">53. </w:t>
      </w:r>
      <w:r>
        <w:t>в статье 69:</w:t>
      </w:r>
    </w:p>
    <w:p>
      <w:r>
        <w:rPr>
          <w:b/>
        </w:rPr>
        <w:t xml:space="preserve">53. </w:t>
      </w:r>
      <w:r>
        <w:t>в пункте 1 статьи 73 слова "В случае изменения сроков исполнения обязанностей по уплате налогов и сборов" заменить словами "В случаях, предусмотренных настоящим Кодексом,"</w:t>
      </w:r>
    </w:p>
    <w:p>
      <w:r>
        <w:rPr>
          <w:b/>
        </w:rPr>
        <w:t xml:space="preserve">53. </w:t>
      </w:r>
      <w:r>
        <w:t>в статье 75:</w:t>
      </w:r>
    </w:p>
    <w:p>
      <w:r>
        <w:rPr>
          <w:b/>
        </w:rPr>
        <w:t xml:space="preserve">53. </w:t>
      </w:r>
      <w:r>
        <w:t>в статье 76:</w:t>
      </w:r>
    </w:p>
    <w:p>
      <w:r>
        <w:rPr>
          <w:b/>
        </w:rPr>
        <w:t xml:space="preserve">53. </w:t>
      </w:r>
      <w:r>
        <w:t>пункт 13 статьи 77 дополнить абзацем следующего содержания: "Налоговый (таможенный) орган уведомляет налогоплательщика об отмене решения об аресте имущества в течение пяти дней после дня принятия данного решения."</w:t>
      </w:r>
    </w:p>
    <w:p>
      <w:r>
        <w:rPr>
          <w:b/>
        </w:rPr>
        <w:t xml:space="preserve">53. </w:t>
      </w:r>
      <w:r>
        <w:t>в статье 78:</w:t>
      </w:r>
    </w:p>
    <w:p>
      <w:r>
        <w:rPr>
          <w:b/>
        </w:rPr>
        <w:t xml:space="preserve">53. </w:t>
      </w:r>
      <w:r>
        <w:t>в статье 80:</w:t>
      </w:r>
    </w:p>
    <w:p>
      <w:r>
        <w:rPr>
          <w:b/>
        </w:rPr>
        <w:t xml:space="preserve">53. </w:t>
      </w:r>
      <w:r>
        <w:t>в статье 83:</w:t>
      </w:r>
    </w:p>
    <w:p>
      <w:r>
        <w:rPr>
          <w:b/>
        </w:rPr>
        <w:t xml:space="preserve">53. </w:t>
      </w:r>
      <w:r>
        <w:t>в подпункте 1 пункта 2 слова "30 процентов" заменить словами "100 процентов"</w:t>
      </w:r>
    </w:p>
    <w:p>
      <w:r>
        <w:rPr>
          <w:b/>
        </w:rPr>
        <w:t xml:space="preserve">53. </w:t>
      </w:r>
      <w:r>
        <w:t>в пункте 4: абзац первый дополнить предложением следующего содержания: "В указанном заявлении организация принимает на себя обязательство уплатить проценты, начисленные на сумму задолженности в соответствии с настоящей главой."; абзац; (Утратил силу - Федеральный закон от 23.07.2013 № 248-ФЗ) абзац; (Утратил силу - Федеральный закон от 23.07.2013 № 248-ФЗ)</w:t>
      </w:r>
    </w:p>
    <w:p>
      <w:r>
        <w:rPr>
          <w:b/>
        </w:rPr>
        <w:t xml:space="preserve">53. </w:t>
      </w:r>
      <w:r>
        <w:t>в пункте 5 слова "одного месяца" заменить словами "30 дней"</w:t>
      </w:r>
    </w:p>
    <w:p>
      <w:r>
        <w:rPr>
          <w:b/>
        </w:rPr>
        <w:t xml:space="preserve">53. </w:t>
      </w:r>
      <w:r>
        <w:t>абзац первый пункта 6 дополнить предложением следующего содержания: "Если инвестиционный налоговый кредит предоставляется под залог имущества, заключается договор о залоге имущества в порядке, предусмотренном статьей 73 настоящего Кодекса."</w:t>
      </w:r>
    </w:p>
    <w:p>
      <w:r>
        <w:rPr>
          <w:b/>
        </w:rPr>
        <w:t xml:space="preserve">53. </w:t>
      </w:r>
      <w:r>
        <w:t>в пункте 2 слово "налогоплательщиком" исключить</w:t>
      </w:r>
    </w:p>
    <w:p>
      <w:r>
        <w:rPr>
          <w:b/>
        </w:rPr>
        <w:t xml:space="preserve">53. </w:t>
      </w:r>
      <w:r>
        <w:t>в абзаце первом пункта 4 слова "налогоплательщик должен" заменить словами "в случае, предусмотренном пунктом 3 настоящей статьи, заинтересованное лицо должно"</w:t>
      </w:r>
    </w:p>
    <w:p>
      <w:r>
        <w:rPr>
          <w:b/>
        </w:rPr>
        <w:t xml:space="preserve">53. </w:t>
      </w:r>
      <w:r>
        <w:t>в пункте 5: в абзаце первом слова "налогоплательщику или плательщику сбора" заменить словами "заинтересованному лицу"; в абзаце втором слова "этих лиц" заменить словами "заинтересованного лица"</w:t>
      </w:r>
    </w:p>
    <w:p>
      <w:r>
        <w:rPr>
          <w:b/>
        </w:rPr>
        <w:t xml:space="preserve">53. </w:t>
      </w:r>
      <w:r>
        <w:t>в пункте 6 слова "налогоплательщиком или плательщиком сбора" заменить словами "заинтересованным лицом"</w:t>
      </w:r>
    </w:p>
    <w:p>
      <w:r>
        <w:rPr>
          <w:b/>
        </w:rPr>
        <w:t xml:space="preserve">53. </w:t>
      </w:r>
      <w:r>
        <w:t>дополнить пунктом 10 следующего содержания: "10. Проценты, предусмотренные настоящей главой и подлежащие уплате заинтересованным лицом, в случае нарушения срока их уплаты взыскиваются в порядке, аналогичном порядку взыскания процентов, предусмотренному статьей 1761 настоящего Кодекса."</w:t>
      </w:r>
    </w:p>
    <w:p>
      <w:r>
        <w:rPr>
          <w:b/>
        </w:rPr>
        <w:t xml:space="preserve">53. </w:t>
      </w:r>
      <w:r>
        <w:t>в пункте 1 слово "письменное" исключить</w:t>
      </w:r>
    </w:p>
    <w:p>
      <w:r>
        <w:rPr>
          <w:b/>
        </w:rPr>
        <w:t xml:space="preserve">53. </w:t>
      </w:r>
      <w:r>
        <w:t>в абзаце четвертом пункта 4 слова "10 календарных дней" заменить словами "восемь дней"</w:t>
      </w:r>
    </w:p>
    <w:p>
      <w:r>
        <w:rPr>
          <w:b/>
        </w:rPr>
        <w:t xml:space="preserve">53. </w:t>
      </w:r>
      <w:r>
        <w:t>пункт 6 изложить в следующей редакции: "6. Требование об уплате налога может быть передано руководителю организации (ее законному или уполномоченному представителю) или физическому лицу (его законному или уполномоченному представителю) лично под расписку, направлено по почте заказным письмом или передано в электронном виде по телекоммуникационным каналам связи. В случае направления указанного требования по почте заказным письмом оно считается полученным по истечении шести дней с даты направления заказного письма. Форматы и порядок направления налогоплательщику требования об уплате налога в электронном виде по телекоммуникационным каналам связи устанавливаются федеральным органом исполнительной власти, уполномоченным по контролю и надзору в области налогов и сборов."</w:t>
      </w:r>
    </w:p>
    <w:p>
      <w:r>
        <w:rPr>
          <w:b/>
        </w:rPr>
        <w:t xml:space="preserve">53. </w:t>
      </w:r>
      <w:r>
        <w:t>в пункте 3: абзац первый дополнить словами ", если иное не предусмотрено главой 261 настоящего Кодекса"; первое предложение абзаца второго изложить в следующей редакции: "Не начисляются пени на сумму недоимки, которую налогоплательщик не мог погасить в силу того, что по решению налогового органа был наложен арест на имущество налогоплательщика или по решению суда были приняты обеспечительные меры в виде приостановления операций по счетам налогоплательщика в банке, наложения ареста на денежные средства или на имущество налогоплательщика."</w:t>
      </w:r>
    </w:p>
    <w:p>
      <w:r>
        <w:rPr>
          <w:b/>
        </w:rPr>
        <w:t xml:space="preserve">53. </w:t>
      </w:r>
      <w:r>
        <w:t>абзац второй пункта 8 дополнить словами ", представленной налогоплательщиком (плательщиком сбора, налоговым агентом)"</w:t>
      </w:r>
    </w:p>
    <w:p>
      <w:r>
        <w:rPr>
          <w:b/>
        </w:rPr>
        <w:t xml:space="preserve">53. </w:t>
      </w:r>
      <w:r>
        <w:t>абзац первый пункта 1 дополнить словами "и подпунктом 2 пункта 10 статьи 101 настоящего Кодекса"</w:t>
      </w:r>
    </w:p>
    <w:p>
      <w:r>
        <w:rPr>
          <w:b/>
        </w:rPr>
        <w:t xml:space="preserve">53. </w:t>
      </w:r>
      <w:r>
        <w:t>пункт 5 изложить в следующей редакции: "5. Банк обязан сообщить в налоговый орган в электронном виде сведения об остатках денежных средств налогоплательщика-организации на счетах в банке, операции по которым приостановлены, не позднее следующего дня после дня получения решения этого налогового органа о приостановлении операций по счетам налогоплательщика-организации в банке. Форматы сообщения банком сведений об остатках денежных средств на счетах налогоплательщика-организации в банке, а также порядок направления банком указанного сообщения в электронном виде утверждаются Центральным банком Российской Федерации по согласованию с федеральным органом исполнительной власти, уполномоченным по контролю и надзору в области налогов и сборов."</w:t>
      </w:r>
    </w:p>
    <w:p>
      <w:r>
        <w:rPr>
          <w:b/>
        </w:rPr>
        <w:t xml:space="preserve">53. </w:t>
      </w:r>
      <w:r>
        <w:t>пункт 7 дополнить абзацем следующего содержания: "В случае, если после принятия решения о приостановлении операций по счетам налогоплательщика-организации в банке изменились наименование налогоплательщика-организации и (или) реквизиты счета налогоплательщика-организации в банке, операции по которому приостановлены по этому решению налогового органа, указанное решение подлежит исполнению банком также в отношении налогоплательщика-организации, изменившей свое наименование, и операций по счету, имеющему измененные реквизиты."</w:t>
      </w:r>
    </w:p>
    <w:p>
      <w:r>
        <w:rPr>
          <w:b/>
        </w:rPr>
        <w:t xml:space="preserve">53. </w:t>
      </w:r>
      <w:r>
        <w:t>абзац третий пункта 9 дополнить предложением следующего содержания: "Сообщение об остатках денежных средств на счетах налогоплательщика в банке направляется банком в электронном виде в установленном формате не позднее следующего дня после дня получения запроса налогового органа."</w:t>
      </w:r>
    </w:p>
    <w:p>
      <w:r>
        <w:rPr>
          <w:b/>
        </w:rPr>
        <w:t xml:space="preserve">53. </w:t>
      </w:r>
      <w:r>
        <w:t>пункт 91 изложить в следующей редакции: "91. Приостановление операций по счетам налогоплательщика-организации в банке отменяется в случаях, указанных в пунктах 3, 7 - 9 настоящей статьи и в пункте 10 статьи 101 настоящего Кодекса, а также по основаниям, предусмотренным иными федеральными законами. В случае, если отмена приостановления операций по счетам налогоплательщика-организации в банке осуществляется по основаниям, предусмотренным иными федеральными законами, принятие налоговым органом решения об отмене приостановления таких операций не требуется."</w:t>
      </w:r>
    </w:p>
    <w:p>
      <w:r>
        <w:rPr>
          <w:b/>
        </w:rPr>
        <w:t xml:space="preserve">53. </w:t>
      </w:r>
      <w:r>
        <w:t>в пункте 92: дополнить новым абзацем вторым следующего содержания: "В случае неправомерного вынесения налоговым органом решения о приостановлении операций по счетам налогоплательщика-организации в банке на сумму денежных средств, в отношении которой действовало указанное решение налогового органа, начисляются проценты, подлежащие уплате указанному налогоплательщику-организации за каждый календарный день, начиная со дня получения банком решения о приостановлении операций по счетам налогоплательщика до дня получения банком решения об отмене приостановления операций по счетам налогоплательщика-организации."; абзац второй считать абзацем третьим и дополнить его после слов "действовавшей в дни" словами "неправомерного приостановления операций по счетам налогоплательщика-организации,"</w:t>
      </w:r>
    </w:p>
    <w:p>
      <w:r>
        <w:rPr>
          <w:b/>
        </w:rPr>
        <w:t xml:space="preserve">53. </w:t>
      </w:r>
      <w:r>
        <w:t>пункт 12 изложить в следующей редакции: "12. При наличии решения о приостановлении операций по счетам налогоплательщика-организации в банке, а также по счетам лиц, указанных в пункте 11 настоящей статьи, банк не вправе открывать этой организации и этим лицам счета."</w:t>
      </w:r>
    </w:p>
    <w:p>
      <w:r>
        <w:rPr>
          <w:b/>
        </w:rPr>
        <w:t xml:space="preserve">53. </w:t>
      </w:r>
      <w:r>
        <w:t>в пункте 3: второе предложение абзаца второго исключить; абзац третий признать утратившим силу</w:t>
      </w:r>
    </w:p>
    <w:p>
      <w:r>
        <w:rPr>
          <w:b/>
        </w:rPr>
        <w:t xml:space="preserve">53. </w:t>
      </w:r>
      <w:r>
        <w:t>пункт 7 дополнить словами ", если иное не предусмотрено настоящим Кодексом"</w:t>
      </w:r>
    </w:p>
    <w:p>
      <w:r>
        <w:rPr>
          <w:b/>
        </w:rPr>
        <w:t xml:space="preserve">53. </w:t>
      </w:r>
      <w:r>
        <w:t>в пункте 1: абзац первый после слова "заявление" дополнить словами "или заявление, составленное в электронном виде и переданное по телекоммуникационным каналам связи с применением электронной цифровой подписи,"; абзац третий после слова "заявление" дополнить словами "или заявление, составленное в электронном виде и переданное по телекоммуникационным каналам связи с применением электронной цифровой подписи,"; абзац четвертый после слова "заявление" дополнить словами "или заявление, составленное в электронном виде и переданное по телекоммуникационным каналам связи с применением электронной цифровой подписи,"</w:t>
      </w:r>
    </w:p>
    <w:p>
      <w:r>
        <w:rPr>
          <w:b/>
        </w:rPr>
        <w:t xml:space="preserve">53. </w:t>
      </w:r>
      <w:r>
        <w:t>в пункте 2: абзац первый дополнить словами ", в части деятельности, осуществление которой влечет применение специальных налоговых режимов, либо имущества, используемого для осуществления такой деятельности"; абзац третий после слова "утверждаются" дополнить словами "федеральным органом исполнительной власти, уполномоченным по контролю и надзору в области налогов и сборов, по согласованию с"</w:t>
      </w:r>
    </w:p>
    <w:p>
      <w:r>
        <w:rPr>
          <w:b/>
        </w:rPr>
        <w:t xml:space="preserve">53. </w:t>
      </w:r>
      <w:r>
        <w:t>в пункте 4: абзац первый после слова "передана" дополнить словами "в электронном виде"; абзац четвертый признать утратившим силу</w:t>
      </w:r>
    </w:p>
    <w:p>
      <w:r>
        <w:rPr>
          <w:b/>
        </w:rPr>
        <w:t xml:space="preserve">53. </w:t>
      </w:r>
      <w:r>
        <w:t>в пункте 5: первое предложение абзаца третьего после слов "сведений, указанных в налоговой декларации (расчете)," дополнить словами "в том числе с применением электронной цифровой подписи при представлении налоговой декларации (расчета) в электронном виде,"; дополнить абзацем следующего содержания: "При представлении налоговой декларации (расчета) в электронном виде копия документа, подтверждающего полномочия представителя на подписание налоговой декларации (расчета), может быть представлена в электронном виде по телекоммуникационным каналам связи."</w:t>
      </w:r>
    </w:p>
    <w:p>
      <w:r>
        <w:rPr>
          <w:b/>
        </w:rPr>
        <w:t xml:space="preserve">53. </w:t>
      </w:r>
      <w:r>
        <w:t>в пункте 7: абзац первый изложить в следующей редакции: "7. Формы и порядок заполнения форм налоговых деклараций (расчетов), а также форматы и порядок представления налоговых деклараций (расчетов) в электронном виде утверждаются федеральным органом исполнительной власти, уполномоченным по контролю и надзору в области налогов и сборов, по согласованию с Министерством финансов Российской Федерации."; абзац второй признать утратившим силу; в абзаце третьем слова "Министерство финансов Российской Федерации" заменить словами "Федеральный орган исполнительной власти, уполномоченный по контролю и надзору в области налогов и сборов,"</w:t>
      </w:r>
    </w:p>
    <w:p>
      <w:r>
        <w:rPr>
          <w:b/>
        </w:rPr>
        <w:t xml:space="preserve">53. </w:t>
      </w:r>
      <w:r>
        <w:t>в пункте 1: в абзаце первом слово "принадлежащего" заменить словом "принадлежащих"; абзац второй изложить в следующей редакции: "Организации, в состав которых входят обособленные подразделения, расположенные на территории Российской Федерации, подлежат постановке на учет в налоговых органах по месту нахождения каждого своего обособленного подразделения."; в абзаце третьем слова "постановки на учет" заменить словами "учета в налоговых органах"</w:t>
      </w:r>
    </w:p>
    <w:p>
      <w:r>
        <w:rPr>
          <w:b/>
        </w:rPr>
        <w:t xml:space="preserve">53. </w:t>
      </w:r>
      <w:r>
        <w:t>пункты 3 и 4 изложить в следующей редакции: "3. Постановка на учет в налоговых органах российской организации по месту нахождения организации, месту нахождения ее филиала, представительства, иностранной некоммерческой неправительственной организации по месту осуществления ею деятельности на территории Российской Федерации через отделение, а также индивидуального предпринимателя по месту его жительства осуществляется на основании сведений, содержащихся соответственно в Едином государственном реестре юридических лиц, Едином государственном реестре индивидуальных предпринимателей</w:t>
      </w:r>
    </w:p>
    <w:p>
      <w:r>
        <w:rPr>
          <w:b/>
        </w:rPr>
        <w:t xml:space="preserve">4. </w:t>
      </w:r>
      <w:r>
        <w:t>в статье 84:</w:t>
      </w:r>
    </w:p>
    <w:p>
      <w:r>
        <w:rPr>
          <w:b/>
        </w:rPr>
        <w:t xml:space="preserve">4. </w:t>
      </w:r>
      <w:r>
        <w:t>пункты 1 - 5 изложить в следующей редакции: "1. Постановка на учет, снятие с учета в налоговых органах организаций и физических лиц по основаниям, предусмотренным настоящим Кодексом, а также внесение изменений в сведения о них в налоговых органах осуществляются в порядке, установленном Министерством финансов Российской Федерации. При постановке на учет физических лиц в состав сведений об указанных лицах включаются также их персональные данные: фамилия, имя, отчество; дата и место рождения; пол; место жительства; данные паспорта или иного документа, удостоверяющего личность налогоплательщика; данные о гражданстве</w:t>
      </w:r>
    </w:p>
    <w:p>
      <w:r>
        <w:rPr>
          <w:b/>
        </w:rPr>
        <w:t xml:space="preserve">5. </w:t>
      </w:r>
      <w:r>
        <w:t>в статье 85:</w:t>
      </w:r>
    </w:p>
    <w:p>
      <w:r>
        <w:rPr>
          <w:b/>
        </w:rPr>
        <w:t xml:space="preserve">5. </w:t>
      </w:r>
      <w:r>
        <w:t>в статье 86:</w:t>
      </w:r>
    </w:p>
    <w:p>
      <w:r>
        <w:rPr>
          <w:b/>
        </w:rPr>
        <w:t xml:space="preserve">5. </w:t>
      </w:r>
      <w:r>
        <w:t>в пункте 4 статьи 89: абзац второй дополнить словами ", если иное не предусмотрено настоящей статьей"; дополнить абзацем следующего содержания: "В случае представления налогоплательщиком уточненной налоговой декларации в рамках соответствующей выездной налоговой проверки проверяется период, за который представлена уточненная налоговая декларация."</w:t>
      </w:r>
    </w:p>
    <w:p>
      <w:r>
        <w:rPr>
          <w:b/>
        </w:rPr>
        <w:t xml:space="preserve">5. </w:t>
      </w:r>
      <w:r>
        <w:t>в статье 93:</w:t>
      </w:r>
    </w:p>
    <w:p>
      <w:r>
        <w:rPr>
          <w:b/>
        </w:rPr>
        <w:t xml:space="preserve">5. </w:t>
      </w:r>
      <w:r>
        <w:t>в наименовании слово "налогоплательщиков" заменить словами "организаций и физических лиц"</w:t>
      </w:r>
    </w:p>
    <w:p>
      <w:r>
        <w:rPr>
          <w:b/>
        </w:rPr>
        <w:t xml:space="preserve">5. </w:t>
      </w:r>
      <w:r>
        <w:t>пункт 3 изложить в следующей редакции: "3. Органы, осуществляющие регистрацию (учет) физических лиц по месту жительства (месту пребывания), регистрацию актов гражданского состояния физических лиц, обязаны сообщать соответственно о фактах регистрации физического лица по месту жительства, постановки на учет (снятия с учета) по месту пребывания иностранного работника, о фактах рождения и смерти физических лиц в налоговые органы по месту своего нахождения в течение 10 дней после дня регистрации (постановки на учет, снятия с учета) указанных лиц или дня регистрации актов гражданского состояния физических лиц."</w:t>
      </w:r>
    </w:p>
    <w:p>
      <w:r>
        <w:rPr>
          <w:b/>
        </w:rPr>
        <w:t xml:space="preserve">5. </w:t>
      </w:r>
      <w:r>
        <w:t>пункт 4 дополнить словами ", а также ежегодно до 1 марта представлять указанные сведения по состоянию на 1 января текущего года"</w:t>
      </w:r>
    </w:p>
    <w:p>
      <w:r>
        <w:rPr>
          <w:b/>
        </w:rPr>
        <w:t xml:space="preserve">5. </w:t>
      </w:r>
      <w:r>
        <w:t>пункт 5 изложить в следующей редакции: "5. Органы опеки и попечительства обязаны сообщать об установлении опеки, попечительства и управлении имуществом в отношении физических лиц - собственников (владельцев) имущества, в том числе о передаче ребенка, являющегося собственником (владельцем) имущества, в приемную семью, а также о последующих изменениях, связанных с указанной опекой, попечительством, управлением имуществом, в налоговые органы по месту своего нахождения в течение 10 дней со дня принятия соответствующего решения."</w:t>
      </w:r>
    </w:p>
    <w:p>
      <w:r>
        <w:rPr>
          <w:b/>
        </w:rPr>
        <w:t xml:space="preserve">5. </w:t>
      </w:r>
      <w:r>
        <w:t>пункт 9 дополнить абзацем следующего содержания: "Орган, уполномоченный вести реестр филиалов и представительств международных организаций и иностранных некоммерческих неправительственных организаций, обязан сообщать в налоговый орган по месту своего нахождения сведения о соответствующем внесении в указанный реестр (об изменениях, вносимых в реестр) в течение 10 дней со дня внесения сведений (изменений) в указанный реестр."</w:t>
      </w:r>
    </w:p>
    <w:p>
      <w:r>
        <w:rPr>
          <w:b/>
        </w:rPr>
        <w:t xml:space="preserve">5. </w:t>
      </w:r>
      <w:r>
        <w:t>(Подпункт утратил силу - Федеральный закон от 02.05.2015 № 113-ФЗ)</w:t>
      </w:r>
    </w:p>
    <w:p>
      <w:r>
        <w:rPr>
          <w:b/>
        </w:rPr>
        <w:t xml:space="preserve">5. </w:t>
      </w:r>
      <w:r>
        <w:t>пункт 10 изложить в следующей редакции: "10. Формы и форматы представляемых на бумажном носителе или в электронном виде в налоговые органы сведений, предусмотренных настоящей статьей, а также порядок заполнения форм утверждаются федеральным органом исполнительной власти, уполномоченным по контролю и надзору в области налогов и сборов."</w:t>
      </w:r>
    </w:p>
    <w:p>
      <w:r>
        <w:rPr>
          <w:b/>
        </w:rPr>
        <w:t xml:space="preserve">5. </w:t>
      </w:r>
      <w:r>
        <w:t>дополнить пунктом 11 следующего содержания: "11. Органы, указанные в пунктах 3, 4, 8, 91 и 92 настоящей статьи, представляют соответствующие сведения в налоговые органы в электронном виде. Порядок представления сведений в налоговые органы в электронном виде определяется соглашением взаимодействующих сторон."</w:t>
      </w:r>
    </w:p>
    <w:p>
      <w:r>
        <w:rPr>
          <w:b/>
        </w:rPr>
        <w:t xml:space="preserve">5. </w:t>
      </w:r>
      <w:r>
        <w:t>в пункте 1: в абзаце втором слова "на бумажном носителе или" исключить; в абзаце четвертом слова "Форма сообщения" заменить словами "Формы и форматы сообщений"</w:t>
      </w:r>
    </w:p>
    <w:p>
      <w:r>
        <w:rPr>
          <w:b/>
        </w:rPr>
        <w:t xml:space="preserve">5. </w:t>
      </w:r>
      <w:r>
        <w:t>в пункте 3: абзац первый после слова "Форма" дополнить словом "(форматы)"; дополнить абзацем следующего содержания: "Форматы представления банками в электронном виде информации по запросам налоговых органов утверждаются Центральным банком Российской Федерации по согласованию с федеральным органом исполнительной власти, уполномоченным по контролю и надзору в области налогов и сборов."</w:t>
      </w:r>
    </w:p>
    <w:p>
      <w:r>
        <w:rPr>
          <w:b/>
        </w:rPr>
        <w:t xml:space="preserve">5. </w:t>
      </w:r>
      <w:r>
        <w:t>пункты 1 и 2 изложить в следующей редакции: "1. Должностное лицо налогового органа, проводящее налоговую проверку, вправе истребовать у проверяемого лица необходимые для проверки документы. Требование о представлении документов может быть передано руководителю (законному или уполномоченному представителю) организации или физическому лицу (его законному или уполномоченному представителю) лично под расписку или передано в электронном виде по телекоммуникационным каналам связи. Если указанными способами требование о представлении документов передать невозможно, оно направляется по почте заказным письмом и считается полученным по истечении шести дней с даты направления заказного письма</w:t>
      </w:r>
    </w:p>
    <w:p>
      <w:r>
        <w:rPr>
          <w:b/>
        </w:rPr>
        <w:t xml:space="preserve">2. </w:t>
      </w:r>
      <w:r>
        <w:t>в статье 931:</w:t>
      </w:r>
    </w:p>
    <w:p>
      <w:r>
        <w:rPr>
          <w:b/>
        </w:rPr>
        <w:t xml:space="preserve">2. </w:t>
      </w:r>
      <w:r>
        <w:t>статью 100 дополнить пунктом 31 следующего содержания: "31. К акту налоговой проверки прилагаются документы, подтверждающие факты нарушений законодательства о налогах и сборах, выявленные в ходе проверки. При этом документы, полученные от лица, в отношении которого проводилась проверка, к акту проверки не прилагаются. Документы, содержащие не подлежащие разглашению налоговым органом сведения, составляющие банковскую, налоговую или иную охраняемую законом тайну третьих лиц, а также персональные данные физических лиц, прилагаются в виде заверенных налоговым органом выписок."</w:t>
      </w:r>
    </w:p>
    <w:p>
      <w:r>
        <w:rPr>
          <w:b/>
        </w:rPr>
        <w:t xml:space="preserve">2. </w:t>
      </w:r>
      <w:r>
        <w:t>в статье 101:</w:t>
      </w:r>
    </w:p>
    <w:p>
      <w:r>
        <w:rPr>
          <w:b/>
        </w:rPr>
        <w:t xml:space="preserve">2. </w:t>
      </w:r>
      <w:r>
        <w:t>в статье 1014:</w:t>
      </w:r>
    </w:p>
    <w:p>
      <w:r>
        <w:rPr>
          <w:b/>
        </w:rPr>
        <w:t xml:space="preserve">2. </w:t>
      </w:r>
      <w:r>
        <w:t>в абзаце первом пункта 3 статьи 105 слова "законодательством об исполнительном производстве Российской Федерации" заменить словами "законодательством Российской Федерации об исполнительном производстве"</w:t>
      </w:r>
    </w:p>
    <w:p>
      <w:r>
        <w:rPr>
          <w:b/>
        </w:rPr>
        <w:t xml:space="preserve">2. </w:t>
      </w:r>
      <w:r>
        <w:t>статью 116 изложить в следующей редакции: "Статья 116. Нарушение порядка постановки на учет в налоговом органе 1. Нарушение налогоплательщиком установленного настоящим Кодексом срока подачи заявления о постановке на учет в налоговом органе по основаниям, предусмотренным настоящим Кодексом, влечет взыскание штрафа в размере 10 тысяч рублей</w:t>
      </w:r>
    </w:p>
    <w:p>
      <w:r>
        <w:rPr>
          <w:b/>
        </w:rPr>
        <w:t xml:space="preserve">2. </w:t>
      </w:r>
      <w:r>
        <w:t>в абзаце первом пункта 3 слово "письменное" исключить</w:t>
      </w:r>
    </w:p>
    <w:p>
      <w:r>
        <w:rPr>
          <w:b/>
        </w:rPr>
        <w:t xml:space="preserve">2. </w:t>
      </w:r>
      <w:r>
        <w:t>пункт 4 дополнить предложением следующего содержания: "Требование о представлении документов (информации) направляется с учетом положений, предусмотренных пунктом 1 статьи 93 настоящего Кодекса."</w:t>
      </w:r>
    </w:p>
    <w:p>
      <w:r>
        <w:rPr>
          <w:b/>
        </w:rPr>
        <w:t xml:space="preserve">2. </w:t>
      </w:r>
      <w:r>
        <w:t>в абзаце третьем пункта 5 слова "пунктом 2" заменить словами "пунктами 2 и 5"</w:t>
      </w:r>
    </w:p>
    <w:p>
      <w:r>
        <w:rPr>
          <w:b/>
        </w:rPr>
        <w:t xml:space="preserve">2. </w:t>
      </w:r>
      <w:r>
        <w:t>в пункте 1 слова "и другие материалы налоговой проверки, в ходе которой" заменить словами ", другие материалы налоговой проверки и дополнительных мероприятий налогового контроля, в ходе которых"</w:t>
      </w:r>
    </w:p>
    <w:p>
      <w:r>
        <w:rPr>
          <w:b/>
        </w:rPr>
        <w:t xml:space="preserve">2. </w:t>
      </w:r>
      <w:r>
        <w:t>абзац второй пункта 2 дополнить предложением следующего содержания: "Лицо, в отношении которого проводилась налоговая проверка, вправе до вынесения предусмотренного пунктом 7 настоящей статьи решения знакомиться со всеми материалами дела, включая материалы дополнительных мероприятий налогового контроля."</w:t>
      </w:r>
    </w:p>
    <w:p>
      <w:r>
        <w:rPr>
          <w:b/>
        </w:rPr>
        <w:t xml:space="preserve">2. </w:t>
      </w:r>
      <w:r>
        <w:t>абзац первый пункта 9 дополнить предложением следующего содержания: "В случае, если решение вручить невозможно, оно направляется налогоплательщику по почте заказным письмом и считается полученным по истечении шести дней с даты направления заказного письма."</w:t>
      </w:r>
    </w:p>
    <w:p>
      <w:r>
        <w:rPr>
          <w:b/>
        </w:rPr>
        <w:t xml:space="preserve">2. </w:t>
      </w:r>
      <w:r>
        <w:t>в абзаце втором пункта 10 слова "отменить обеспечительные меры и до указанного выше срока" заменить словами "принять решение об отмене обеспечительных мер или решение о замене обеспечительных мер в случаях, предусмотренных настоящим пунктом и пунктом 11 настоящей статьи", дополнить предложением следующего содержания: "Решение об отмене (замене) обеспечительных мер вступает в силу со дня его вынесения."</w:t>
      </w:r>
    </w:p>
    <w:p>
      <w:r>
        <w:rPr>
          <w:b/>
        </w:rPr>
        <w:t xml:space="preserve">2. </w:t>
      </w:r>
      <w:r>
        <w:t>в пункте 12 слова "банковской гарантии банка с инвестиционным рейтингом рейтингового агентства, включенного в перечень, утверждаемый Министерством финансов Российской Федерации" заменить словами "действующей банковской гарантии банка, включенного в перечень банков, отвечающих установленным требованиям для принятия банковских гарантий в целях налогообложения, предусмотренный пунктом 4 статьи 1761 настоящего Кодекса"</w:t>
      </w:r>
    </w:p>
    <w:p>
      <w:r>
        <w:rPr>
          <w:b/>
        </w:rPr>
        <w:t xml:space="preserve">2. </w:t>
      </w:r>
      <w:r>
        <w:t>в пункте 13: слова "решения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 а также копия" исключить, после слов "об отмене обеспечительных мер" дополнить словами "в течение пяти дней после дня его вынесения"; дополнить абзацем следующего содержания: "В случае направления копии решения по почте заказным письмом решение считается полученным по истечении шести дней с даты направления заказного письма."</w:t>
      </w:r>
    </w:p>
    <w:p>
      <w:r>
        <w:rPr>
          <w:b/>
        </w:rPr>
        <w:t xml:space="preserve">2. </w:t>
      </w:r>
      <w:r>
        <w:t>пункт 1 изложить в следующей редакции: "1. При обнаружении фактов, свидетельствующих о нарушениях законодательства о налогах и сборах, ответственность за которые установлена настоящим Кодексом (за исключением налоговых правонарушений, дела о выявлении которых рассматриваются в порядке, установленном статьей 101 настоящего Кодекса), должностным лицом налогового органа в течение 10 дней со дня выявления указанного нарушения должен быть составлен в установленной форме акт, подписываемый этим должностным лицом и лицом, совершившим такое нарушение. Об отказе лица, совершившего нарушение законодательства о налогах и сборах, подписать акт делается соответствующая запись в этом акте."</w:t>
      </w:r>
    </w:p>
    <w:p>
      <w:r>
        <w:rPr>
          <w:b/>
        </w:rPr>
        <w:t xml:space="preserve">2. </w:t>
      </w:r>
      <w:r>
        <w:t>в пункте 2 слова "санкций за налоговое правонарушение" заменить словами "налоговых санкций"</w:t>
      </w:r>
    </w:p>
    <w:p>
      <w:r>
        <w:rPr>
          <w:b/>
        </w:rPr>
        <w:t xml:space="preserve">2. </w:t>
      </w:r>
      <w:r>
        <w:t>абзац первый пункта 8 дополнить словами "в срок, предусмотренный пунктом 6 настоящей статьи"</w:t>
      </w:r>
    </w:p>
    <w:p>
      <w:r>
        <w:rPr>
          <w:b/>
        </w:rPr>
        <w:t xml:space="preserve">2. </w:t>
      </w:r>
      <w:r>
        <w:t>пункт 10 дополнить словами "в порядке, установленном статьей 69 настоящего Кодекса, и в сроки, установленные пунктом 2 статьи 70 настоящего Кодекса"</w:t>
      </w:r>
    </w:p>
    <w:p>
      <w:r>
        <w:rPr>
          <w:b/>
        </w:rPr>
        <w:t xml:space="preserve">2. </w:t>
      </w:r>
      <w:r>
        <w:t>в пункте 13 слова "законодательством об административных" заменить словами "законодательством Российской Федерации об административных"</w:t>
      </w:r>
    </w:p>
    <w:p>
      <w:r>
        <w:rPr>
          <w:b/>
        </w:rPr>
        <w:t xml:space="preserve">2. </w:t>
      </w:r>
      <w:r>
        <w:t>статью 117 признать утратившей силу</w:t>
      </w:r>
    </w:p>
    <w:p>
      <w:r>
        <w:rPr>
          <w:b/>
        </w:rPr>
        <w:t xml:space="preserve">2. </w:t>
      </w:r>
      <w:r>
        <w:t>статью 119 изложить в следующей редакции: "Статья 119. Непредставление налоговой декларации Непредставление налогоплательщиком в установленный законодательством о налогах и сборах срок налоговой декларации в налоговый орган по месту учета влечет взыскание штрафа в размере 5 процентов неуплаченной суммы налога, подлежащей уплате (доплате) на основании этой декларации, за каждый полный или неполный месяц со дня, установленного для ее представления, но не более 30 процентов указанной суммы и не менее 1 000 рублей."</w:t>
      </w:r>
    </w:p>
    <w:p>
      <w:r>
        <w:rPr>
          <w:b/>
        </w:rPr>
        <w:t xml:space="preserve">2. </w:t>
      </w:r>
      <w:r>
        <w:t>дополнить статьей 1191 следующего содержания: "Статья 1191. Нарушение установленного способа представления налоговой декларации (расчета) Несоблюдение порядка представления налоговой декларации (расчета) в электронном виде в случаях, предусмотренных настоящим Кодексом, влечет взыскание штрафа в размере 200 рублей."</w:t>
      </w:r>
    </w:p>
    <w:p>
      <w:r>
        <w:rPr>
          <w:b/>
        </w:rPr>
        <w:t xml:space="preserve">2. </w:t>
      </w:r>
      <w:r>
        <w:t>в статье 120:</w:t>
      </w:r>
    </w:p>
    <w:p>
      <w:r>
        <w:rPr>
          <w:b/>
        </w:rPr>
        <w:t xml:space="preserve">2. </w:t>
      </w:r>
      <w:r>
        <w:t>статье 123:</w:t>
      </w:r>
    </w:p>
    <w:p>
      <w:r>
        <w:rPr>
          <w:b/>
        </w:rPr>
        <w:t xml:space="preserve">2. </w:t>
      </w:r>
      <w:r>
        <w:t>в статье 125:</w:t>
      </w:r>
    </w:p>
    <w:p>
      <w:r>
        <w:rPr>
          <w:b/>
        </w:rPr>
        <w:t xml:space="preserve">2. </w:t>
      </w:r>
      <w:r>
        <w:t>в статье 126:</w:t>
      </w:r>
    </w:p>
    <w:p>
      <w:r>
        <w:rPr>
          <w:b/>
        </w:rPr>
        <w:t xml:space="preserve">2. </w:t>
      </w:r>
      <w:r>
        <w:t>в абзаце втором пункта 2 статьи 129 слова "одной тысячи рублей" заменить словами "5 000 рублей"</w:t>
      </w:r>
    </w:p>
    <w:p>
      <w:r>
        <w:rPr>
          <w:b/>
        </w:rPr>
        <w:t xml:space="preserve">2. </w:t>
      </w:r>
      <w:r>
        <w:t>в статье 1291:</w:t>
      </w:r>
    </w:p>
    <w:p>
      <w:r>
        <w:rPr>
          <w:b/>
        </w:rPr>
        <w:t xml:space="preserve">2. </w:t>
      </w:r>
      <w:r>
        <w:t>в абзаце втором статьи 134 слова "10 тысяч рублей" заменить словами "20 тысяч рублей"</w:t>
      </w:r>
    </w:p>
    <w:p>
      <w:r>
        <w:rPr>
          <w:b/>
        </w:rPr>
        <w:t xml:space="preserve">2. </w:t>
      </w:r>
      <w:r>
        <w:t>в абзаце втором статьи 1351 слова "10 тысяч рублей" заменить словами "20 тысяч рублей"</w:t>
      </w:r>
    </w:p>
    <w:p>
      <w:r>
        <w:rPr>
          <w:b/>
        </w:rPr>
        <w:t xml:space="preserve">2. </w:t>
      </w:r>
      <w:r>
        <w:t>(Пункт утратил силу - Федеральный закон от 02.07.2013 № 153-ФЗ)</w:t>
      </w:r>
    </w:p>
    <w:p>
      <w:r>
        <w:rPr>
          <w:b/>
        </w:rPr>
        <w:t xml:space="preserve">2. </w:t>
      </w:r>
      <w:r>
        <w:t>в абзаце втором пункта 1 слово "пяти" заменить словом "десяти"</w:t>
      </w:r>
    </w:p>
    <w:p>
      <w:r>
        <w:rPr>
          <w:b/>
        </w:rPr>
        <w:t xml:space="preserve">2. </w:t>
      </w:r>
      <w:r>
        <w:t>в абзаце втором пункта 2 слово "пятнадцати" заменить словом "тридцати"</w:t>
      </w:r>
    </w:p>
    <w:p>
      <w:r>
        <w:rPr>
          <w:b/>
        </w:rPr>
        <w:t xml:space="preserve">2. </w:t>
      </w:r>
      <w:r>
        <w:t>в пункте 3: в абзаце втором слово "десяти" заменить словом "двадцати", слово "пятнадцати" заменить словом "сорока"; абзац третий после слов "регистров бухгалтерского учета" дополнить словами "или налогового учета", после слов "на счетах бухгалтерского учета" дополнить словами ", в регистрах налогового учета"</w:t>
      </w:r>
    </w:p>
    <w:p>
      <w:r>
        <w:rPr>
          <w:b/>
        </w:rPr>
        <w:t xml:space="preserve">2. </w:t>
      </w:r>
      <w:r>
        <w:t>в абзаце первом слова "Неправомерное неперечисление (неполное перечисление)" заменить словами "Неправомерное неудержание и (или) неперечисление (неполное удержание и (или) перечисление) в установленный настоящим Кодексом срок"</w:t>
      </w:r>
    </w:p>
    <w:p>
      <w:r>
        <w:rPr>
          <w:b/>
        </w:rPr>
        <w:t xml:space="preserve">2. </w:t>
      </w:r>
      <w:r>
        <w:t>абзац второй после слова "подлежащей" дополнить словами "удержанию и (или)"</w:t>
      </w:r>
    </w:p>
    <w:p>
      <w:r>
        <w:rPr>
          <w:b/>
        </w:rPr>
        <w:t xml:space="preserve">2. </w:t>
      </w:r>
      <w:r>
        <w:t>наименование дополнить словами "или в отношении которого налоговым органом приняты обеспечительные меры в виде залога"</w:t>
      </w:r>
    </w:p>
    <w:p>
      <w:r>
        <w:rPr>
          <w:b/>
        </w:rPr>
        <w:t xml:space="preserve">2. </w:t>
      </w:r>
      <w:r>
        <w:t>абзац первый дополнить словами "или в отношении которого налоговым органом приняты обеспечительные меры в виде залога"</w:t>
      </w:r>
    </w:p>
    <w:p>
      <w:r>
        <w:rPr>
          <w:b/>
        </w:rPr>
        <w:t xml:space="preserve">2. </w:t>
      </w:r>
      <w:r>
        <w:t>в абзаце втором слова "10 тысяч рублей" заменить словами "30 тысяч рублей"</w:t>
      </w:r>
    </w:p>
    <w:p>
      <w:r>
        <w:rPr>
          <w:b/>
        </w:rPr>
        <w:t xml:space="preserve">2. </w:t>
      </w:r>
      <w:r>
        <w:t>в абзаце втором пункта 1 слова "50 рублей" заменить словами "200 рублей"</w:t>
      </w:r>
    </w:p>
    <w:p>
      <w:r>
        <w:rPr>
          <w:b/>
        </w:rPr>
        <w:t xml:space="preserve">2. </w:t>
      </w:r>
      <w:r>
        <w:t>в абзаце втором пункта 2 слово "пяти" заменить словом "десяти"</w:t>
      </w:r>
    </w:p>
    <w:p>
      <w:r>
        <w:rPr>
          <w:b/>
        </w:rPr>
        <w:t xml:space="preserve">2. </w:t>
      </w:r>
      <w:r>
        <w:t>в абзаце втором пункта 1 слова "1 000 рублей" заменить словами "5 000 рублей"</w:t>
      </w:r>
    </w:p>
    <w:p>
      <w:r>
        <w:rPr>
          <w:b/>
        </w:rPr>
        <w:t xml:space="preserve">2. </w:t>
      </w:r>
      <w:r>
        <w:t>в абзаце втором пункта 2 слова "5 000 рублей" заменить словами "20 000 рублей"</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3341; 2001, № 1, ст. 18; № 23, ст. 2289; № 33, ст. 3413, 3421, 3429; № 49, ст. 4564; № 53, ст. 5015, 5023; 2002, № 1, ст. 4; № 22, ст. 2026; № 30, ст. 3021, 3027, 3033; № 52, ст. 5138; 2003, № 1, ст. 2, 6, 10; № 21, ст. 1958; № 23, ст. 2174; № 28, ст. 2874, 2879, 2886; № 46, ст. 4443; № 50, ст. 4849; 2004, № 15, ст. 1342; № 27, ст. 2711, 2713, 2715; № 31, ст. 3219, 3231; № 34, ст. 3518, 3524, 3525, 3527; № 35, ст. 3607; № 45, ст. 4377; № 49, ст. 4840; 2005, № 1, ст. 9, 29, 30, 38; № 23, ст. 2201; № 24, ст. 2312; № 25, ст. 2427; № 27, ст. 2707, 2710, 2717; № 30, ст. 3101, 3104, 3112, 3117, 3118, 3128, 3129, 3130; № 43, ст. 4350; № 52, ст. 5581; 2006, № 1, ст. 12; № 10, ст. 1065; № 12, ст. 1233; № 23, ст. 2380, 2382; № 27, ст. 2881; № 30, ст. 3295; № 31, ст. 3433, 3436, 3443, 3450, 3452; № 43, ст. 4412; № 45, ст. 4628, 4630; № 50, ст. 5279, 5286; № 52, ст. 5498; 2007, № 1, ст. 7, 20, 31; № 13, ст. 1465; № 21, ст. 2461; № 22, ст. 2563; № 23, ст. 2691; № 31, ст. 3991, 4013; № 45, ст. 5416, 5417, 5432; № 46, ст. 5553; № 49, ст. 6045, 6071; № 50, ст. 6237; 2008, № 18, ст. 1942; № 26, ст. 3022; № 27, ст. 3126; № 30, ст. 3577, 3591, 3598, 3611, 3614, 3616; № 42, ст. 4697; № 48, ст. 5500, 5504, 5519; № 49, ст. 5723; № 52, ст. 6218, 6227, 6237; 2009, № 1, ст. 21, 22; № 18, ст. 2147; № 23, ст. 2772; № 29, ст. 3598, 3625, 3639, 3641; № 30, ст. 3735, 3739; № 39, ст. 4534; № 45, ст. 5271; № 48, ст. 5726, 5731, 5732, 5733, 5737; № 51, ст. 6155; № 52, ст. 6444, 6450, 6455; 2010, № 15, ст. 1737; № 19, ст. 2291; № 21, ст. 2524; № 23, ст. 2797; № 25, ст. 3070; Российская газета, 2010, 7 июля) следующие изменения: 1) статью 144 признать утратившей силу; 2) в абзаце первом пункта 5 статьи 149 слова "по месту своей регистрации в качестве налогоплательщика" заменить словами "по месту учета"; 3) в пункте 91 статьи 165 слова "налогового учета" заменить словом "учета"; 4) в статье 169: а) пункт 1 дополнить абзацем следующего содержания: "Счет-фактура может быть составлен и выставлен на бумажном носителе и (или) в электронном виде. Счета-фактуры составляются в электронном виде по взаимному согласию сторон сделки и при наличии у указанных сторон совместимых технических средств и возможностей для приема и обработки этих счетов-фактур в соответствии с установленными форматами и порядком."; б) в пункте 5: в подпункте 1 слово "выписки" заменить словом "составления"; дополнить подпунктом 61 следующего содержания: "61) наименование валюты;"; в) в пункте 51: в подпункте 1 слово "выписки" заменить словом "составления"; дополнить подпунктом 41 следующего содержания: "41) наименование валюты;"; г) пункт 6 дополнить абзацем следующего содержания: "Счет-фактура, составленный в электронном виде, подписывается электронной цифровой подписью руководителя организации либо иных лиц, уполномоченных на это приказом (иным распорядительным документом) по организации или доверенностью от имени организации, индивидуального предпринимателя в соответствии с законодательством Российской Федерации."; д) пункт 8 изложить в следующей редакции: "8. Форма счета-фактуры и порядок его заполнения, формы и порядок ведения журнала учета полученных и выставленных счетов-фактур, книг покупок и книг продаж устанавливаются Правительством Российской Федерации."; е) дополнить пунктом 9 следующего содержания: "9. Порядок выставления и получения счетов-фактур в электронном виде по телекоммуникационным каналам связи с применением электронной цифровой подписи устанавливается Министерством финансов Российской Федерации. Форматы счета-фактуры, журнала учета полученных и выставленных счетов-фактур, книг покупок и книг продаж в электронном виде утверждаются федеральным органом исполнительной власти, уполномоченным по контролю и надзору в области налогов и сборов."; 5) статью 174 дополнить пунктом 7 следующего содержания: "7. Иностранные организации, имеющие на территории Российской Федерации несколько обособленных подразделений, самостоятельно выбирают подразделение, по месту учета в налоговом органе которого они будут представлять налоговые декларации и уплачивать налог в целом по операциям всех находящихся на территории Российской Федерации обособленных подразделений иностранной организации. О своем выборе иностранные организации уведомляют в письменной форме налоговые органы по месту нахождения своих обособленных подразделений на территории Российской Федерации."; 6) в пункте 3 статьи 1871 слова "постановки на налоговый учет" заменить словом "учета"; 7) в статье 198: а) в пункте 3 слово "выписываются" заменить словом "составляются"; б) в абзаце первом пункта 7 слово "регистрации" заменить словом "учета"; в) в абзаце первом пункта 71 слово "регистрации" заменить словом "учета"; г) в пункте 9 слово "выписываются" заменить словом "составляются"; 8) абзац первый пункта 5 статьи 204 после слова "подразделения" дополнить словами ", в которых они состоят на учете"; 9) статью 217 дополнить пунктом 481 следующего содержания: "481) доходы заемщика (правопреемника заемщика) в виде суммы задолженности по кредитному договору, начисленным процентам и признанным судом штрафным санкциям, пеням, погашаемой кредитором-выгодоприобретателем за счет страхового возмещения по заключенным заемщиком договорам страхования на случай смерти или наступления инвалидности заемщика, а также по заключенным заемщиком договорам страхования имущества, являющегося обеспечением обязательств заемщика (залогом), в пределах суммы задолженности заемщика по заемным (кредитным) средствам, начисленным процентам и признанным судом штрафным санкциям, пеням;"; 10) пункт 4 статьи 218 после слов "на основании" дополнить словами "налоговой декларации и"; 11) статью 220 дополнить пунктом 4 следующего содержания: "4. В случае, если после представления налогоплательщиком в установленном порядке заявления налоговому агенту о получении имущественного налогового вычета, предусмотренного подпунктом 2 пункта 1 настоящей статьи, налоговый агент неправомерно удержал налог без учета данного имущественного налогового вычета, сумма излишне удержанного после получения заявления налога подлежит возврату налогоплательщику в порядке, установленном статьей 231 настоящего Кодекса."; 12) в пункте 5 статьи 2201 слова "на основании письменного заявления налогоплательщика" заменить словом "налогоплательщику", слово "им" исключить; 13) в пункте 7 статьи 226: а) абзац первый после слова "уплачивается" дополнить словами "в бюджет"; б) абзац второй после слова "налога" дополнить словами "в бюджет"; 14) пункт 5 статьи 228 признать утратившим силу; 15) в абзаце первом пункта 3 статьи 229 слова "и (или) прекращения выплат, указанных в статье 228 настоящего Кодекса" и слова "или таких выплат" исключить; 16) пункты 1 и 2 статьи 230 изложить в следующей редакции: "1. Налоговые агенты ведут учет доходов, полученных от них физическими лицами в налоговом периоде, предоставленных физическим лицам налоговых вычетов, исчисленных и удержанных налогов в регистрах налогового учета. Формы регистров налогового учета и порядок отражения в них аналитических данных налогового учета, данных первичных учетных документов разрабатываются налоговым агентом самостоятельно и должны содержать сведения, позволяющие идентифицировать налогоплательщика, вид выплачиваемых налогоплательщику доходов и предоставленных налоговых вычетов в соответствии с кодами, утверждаемыми федеральным органом исполнительной власти, уполномоченным по контролю и надзору в области налогов и сборов, суммы дохода и даты их выплаты, статус налогоплательщика, даты удержания и перечисления налога в бюджетную систему Российской Федерации, реквизиты соответствующего платежного документа.</w:t>
      </w:r>
    </w:p>
    <w:p>
      <w:r>
        <w:rPr>
          <w:b/>
        </w:rPr>
        <w:t xml:space="preserve">2. </w:t>
      </w:r>
      <w:r>
        <w:t>Налоговые агенты представляют в налоговый орган по месту своего учета сведения о доходах физических лиц истекшего налогового периода и суммах начисленных, удержанных и перечисленных в бюджетную систему Российской Федерации за этот налоговый период налогов ежегодно не позднее 1 апреля года, следующего за истекшим налоговым периодом, по форме, форматам и в порядке, которые утверждены федеральным органом исполнительной власти, уполномоченным по контролю и надзору в области налогов и сборов.";</w:t>
      </w:r>
    </w:p>
    <w:p>
      <w:r>
        <w:rPr>
          <w:b/>
        </w:rPr>
        <w:t xml:space="preserve">2. </w:t>
      </w:r>
      <w:r>
        <w:t>в статье 231:</w:t>
      </w:r>
    </w:p>
    <w:p>
      <w:r>
        <w:rPr>
          <w:b/>
        </w:rPr>
        <w:t xml:space="preserve">2. </w:t>
      </w:r>
      <w:r>
        <w:t>абзац второй пункта 2 статьи 254 после слов "а также при ремонте" дополнить словами ", модернизации, реконструкции, техническом перевооружении, частичной ликвидации"</w:t>
      </w:r>
    </w:p>
    <w:p>
      <w:r>
        <w:rPr>
          <w:b/>
        </w:rPr>
        <w:t xml:space="preserve">2. </w:t>
      </w:r>
      <w:r>
        <w:t>в абзаце первом пункта 1 статьи 256 слова "20 000 рублей" заменить словами "40 000 рублей"</w:t>
      </w:r>
    </w:p>
    <w:p>
      <w:r>
        <w:rPr>
          <w:b/>
        </w:rPr>
        <w:t xml:space="preserve">2. </w:t>
      </w:r>
      <w:r>
        <w:t>в абзаце первом пункта 1 статьи 257 слова "20 000 рублей" заменить словами "40 000 рублей"</w:t>
      </w:r>
    </w:p>
    <w:p>
      <w:r>
        <w:rPr>
          <w:b/>
        </w:rPr>
        <w:t xml:space="preserve">2. </w:t>
      </w:r>
      <w:r>
        <w:t>в статье 261:</w:t>
      </w:r>
    </w:p>
    <w:p>
      <w:r>
        <w:rPr>
          <w:b/>
        </w:rPr>
        <w:t xml:space="preserve">2. </w:t>
      </w:r>
      <w:r>
        <w:t>подпункт 1 пункта 1 статьи 264 изложить в следующей редакции: "1) суммы налогов и сборов, таможенных пошлин и сборов, страховых взносов в Пенсионный фонд Российской Федерации на обязательное пенсионное страхование, в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 в Федеральный фонд обязательного медицинского страхования и территориальные фонды обязательного медицинского страхования на обязательное медицинское страхование, начисленные в установленном законодательством Российской Федерации порядке, за исключением перечисленных в статье 270 настоящего Кодекса;"</w:t>
      </w:r>
    </w:p>
    <w:p>
      <w:r>
        <w:rPr>
          <w:b/>
        </w:rPr>
        <w:t xml:space="preserve">2. </w:t>
      </w:r>
      <w:r>
        <w:t>в статье 269:</w:t>
      </w:r>
    </w:p>
    <w:p>
      <w:r>
        <w:rPr>
          <w:b/>
        </w:rPr>
        <w:t xml:space="preserve">2. </w:t>
      </w:r>
      <w:r>
        <w:t>пункт 35 статьи 270 признать утратившим силу</w:t>
      </w:r>
    </w:p>
    <w:p>
      <w:r>
        <w:rPr>
          <w:b/>
        </w:rPr>
        <w:t xml:space="preserve">2. </w:t>
      </w:r>
      <w:r>
        <w:t>в статье 271:</w:t>
      </w:r>
    </w:p>
    <w:p>
      <w:r>
        <w:rPr>
          <w:b/>
        </w:rPr>
        <w:t xml:space="preserve">2. </w:t>
      </w:r>
      <w:r>
        <w:t>(Пункт утратил силу - Федеральный закон от 29.12.2014 № 465-ФЗ) 28) в статье 2751:</w:t>
      </w:r>
    </w:p>
    <w:p>
      <w:r>
        <w:rPr>
          <w:b/>
        </w:rPr>
        <w:t xml:space="preserve">2. </w:t>
      </w:r>
      <w:r>
        <w:t>пункт 1 изложить в следующей редакции: "1. Излишне удержанная налоговым агентом из дохода налогоплательщика сумма налога подлежит возврату налоговым агентом на основании письменного заявления налогоплательщика. Налоговый агент обязан сообщить налогоплательщику о каждом ставшем известным ему факте излишнего удержания налога и сумме излишне удержанного налога в течение 10 дней со дня обнаружения такого факта. Возврат налогоплательщику излишне удержанной суммы налога производится налоговым агентом за счет сумм этого налога, подлежащих перечислению в бюджетную систему Российской Федерации в счет предстоящих платежей как по указанному налогоплательщику, так и по иным налогоплательщикам, с доходов которых налоговый агент производит удержание такого налога, в течение трех месяцев со дня получения налоговым агентом соответствующего заявления налогоплательщика. Возврат налогоплательщику излишне удержанных сумм налога производится налоговым агентом в безналичной форме путем перечисления денежных средств на счет налогоплательщика в банке, указанный в его заявлении. В случае, если возврат излишне удержанной суммы налога осуществляется налоговым агентом с нарушением срока, установленного абзацем третьим настоящего пункта, налоговым агентом на сумму излишне удержанного налога, которая не возвращена налогоплательщику в установленный срок, начисляются проценты, подлежащие уплате налогоплательщику, за каждый календарный день нарушения срока возврата. Процентная ставка принимается равной ставке рефинансирования Центрального банка Российской Федерации, действовавшей в дни нарушения срока возврата. Если суммы налога, подлежащей перечислению налоговым агентом в бюджетную систему Российской Федерации, недостаточно для осуществления возврата излишне удержанной и перечисленной в бюджетную систему Российской Федерации суммы налога налогоплательщику в срок, установленный настоящим пунктом, налоговый агент в течение 10 дней со дня подачи ему налогоплательщиком соответствующего заявления направляет в налоговый орган по месту своего учета заявление на возврат налоговому агенту излишне удержанной им суммы налога. Возврат налоговому агенту перечисленной в бюджетную систему Российской Федерации суммы налога осуществляется налоговым органом в порядке, установленном статьей 78 настоящего Кодекса. Вместе с заявлением на возврат излишне удержанной и перечисленной в бюджетную систему Российской Федерации суммы налога налоговый агент представляет в налоговый орган выписку из регистра налогового учета за соответствующий налоговый период и документы, подтверждающие излишнее удержание и перечисление суммы налога в бюджетную систему Российской Федерации. До осуществления возврата из бюджетной системы Российской Федерации налоговому агенту излишне удержанной и перечисленной в бюджетную систему Российской Федерации им с налогоплательщика суммы налога налоговый агент вправе осуществить возврат такой суммы налога за счет собственных средств. При отсутствии налогового агента налогоплательщик вправе подать заявление в налоговый орган о возврате излишне удержанной с него и перечисленной в бюджетную систему Российской Федерации ранее налоговым агентом суммы налога одновременно с представлением налоговой декларации по окончании налогового периода."</w:t>
      </w:r>
    </w:p>
    <w:p>
      <w:r>
        <w:rPr>
          <w:b/>
        </w:rPr>
        <w:t xml:space="preserve">2. </w:t>
      </w:r>
      <w:r>
        <w:t>в статье 276:</w:t>
      </w:r>
    </w:p>
    <w:p>
      <w:r>
        <w:rPr>
          <w:b/>
        </w:rPr>
        <w:t xml:space="preserve">2. </w:t>
      </w:r>
      <w:r>
        <w:t>дополнить пунктом 11 следующего содержания: "11. Возврат суммы налога налогоплательщику в связи с перерасчетом по итогу налогового периода в соответствии с приобретенным им статусом налогового резидента Российской Федерации производится налоговым органом, в котором он был поставлен на учет по месту жительства (месту пребывания), при подаче налогоплательщиком налоговой декларации по окончании указанного налогового периода, а также документов, подтверждающих статус налогового резидента Российской Федерации в этом налоговом периоде, в порядке, установленном статьей 78 настоящего Кодекса."</w:t>
      </w:r>
    </w:p>
    <w:p>
      <w:r>
        <w:rPr>
          <w:b/>
        </w:rPr>
        <w:t xml:space="preserve">2. </w:t>
      </w:r>
      <w:r>
        <w:t>пункт 1 статьи 283 дополнить абзацем следующего содержания: "Положение настоящего пункта не распространяется на убытки, полученные налогоплательщиком в период налогообложения его доходов по ставке 0 процентов."</w:t>
      </w:r>
    </w:p>
    <w:p>
      <w:r>
        <w:rPr>
          <w:b/>
        </w:rPr>
        <w:t xml:space="preserve">2. </w:t>
      </w:r>
      <w:r>
        <w:t>в пункте 3 статьи 286 слова "не превышали в среднем трех миллионов рублей за каждый квартал" заменить словами "не превышали в среднем 10 миллионов рублей за каждый квартал"</w:t>
      </w:r>
    </w:p>
    <w:p>
      <w:r>
        <w:rPr>
          <w:b/>
        </w:rPr>
        <w:t xml:space="preserve">2. </w:t>
      </w:r>
      <w:r>
        <w:t>пункт 3 признать утратившим силу</w:t>
      </w:r>
    </w:p>
    <w:p>
      <w:r>
        <w:rPr>
          <w:b/>
        </w:rPr>
        <w:t xml:space="preserve">2. </w:t>
      </w:r>
      <w:r>
        <w:t>в статье 287:</w:t>
      </w:r>
    </w:p>
    <w:p>
      <w:r>
        <w:rPr>
          <w:b/>
        </w:rPr>
        <w:t xml:space="preserve">2. </w:t>
      </w:r>
      <w:r>
        <w:t>пункт 3 статьи 290 изложить в следующей редакции: "3. Не включаются в доходы банка суммы положительной переоценки средств в иностранной валюте, поступивших в оплату уставных капиталов банков, а также страховые выплаты, полученные по договорам страхования на случай смерти или наступления инвалидности заемщика банка, страховые выплаты, полученные по договорам страхования имущества, являющегося обеспечением обязательств заемщика (залогом), в пределах суммы непогашенной задолженности заемщика по заемным (кредитным) средствам, начисленным процентам и признанным судом штрафным санкциям, пеням, погашаемой (прощаемой) банком за счет указанных страховых выплат."</w:t>
      </w:r>
    </w:p>
    <w:p>
      <w:r>
        <w:rPr>
          <w:b/>
        </w:rPr>
        <w:t xml:space="preserve">2. </w:t>
      </w:r>
      <w:r>
        <w:t>в абзаце втором пункта 8 статьи 307 слова "Министерством финансов Российской Федерации" заменить словами "федеральным органом исполнительной власти, уполномоченным по контролю и надзору в области налогов и сборов"</w:t>
      </w:r>
    </w:p>
    <w:p>
      <w:r>
        <w:rPr>
          <w:b/>
        </w:rPr>
        <w:t xml:space="preserve">2. </w:t>
      </w:r>
      <w:r>
        <w:t>в абзаце седьмом пункта 1 статьи 310 слова "одновременно с выплатой дохода в валюте Российской Федерации" заменить словами "в валюте Российской Федерации в порядке, предусмотренном пунктами 2 и 4 статьи 287 настоящего Кодекса"</w:t>
      </w:r>
    </w:p>
    <w:p>
      <w:r>
        <w:rPr>
          <w:b/>
        </w:rPr>
        <w:t xml:space="preserve">2. </w:t>
      </w:r>
      <w:r>
        <w:t>в статье 325:</w:t>
      </w:r>
    </w:p>
    <w:p>
      <w:r>
        <w:rPr>
          <w:b/>
        </w:rPr>
        <w:t xml:space="preserve">2. </w:t>
      </w:r>
      <w:r>
        <w:t>пункт 1 статьи 3338 дополнить словами ", признаваемое объектом налогообложения в соответствии со статьей 3339 настоящего Кодекса"</w:t>
      </w:r>
    </w:p>
    <w:p>
      <w:r>
        <w:rPr>
          <w:b/>
        </w:rPr>
        <w:t xml:space="preserve">2. </w:t>
      </w:r>
      <w:r>
        <w:t>подпункты 20 и 21 пункта 1 статьи 33328 признать утратившими силу</w:t>
      </w:r>
    </w:p>
    <w:p>
      <w:r>
        <w:rPr>
          <w:b/>
        </w:rPr>
        <w:t xml:space="preserve">2. </w:t>
      </w:r>
      <w:r>
        <w:t>подпункт 78 пункта 1 статьи 33333 изложить в следующей редакции: "78) за выдачу разрешения: на трансграничное перемещение опасных отходов - 200 000 рублей; на трансграничное перемещение озоноразрушающих веществ и содержащей их продукции - 100 000 рублей; на ввоз на территорию Российской Федерации ядовитых веществ - 200 000 рублей;"</w:t>
      </w:r>
    </w:p>
    <w:p>
      <w:r>
        <w:rPr>
          <w:b/>
        </w:rPr>
        <w:t xml:space="preserve">2. </w:t>
      </w:r>
      <w:r>
        <w:t>в статье 343:</w:t>
      </w:r>
    </w:p>
    <w:p>
      <w:r>
        <w:rPr>
          <w:b/>
        </w:rPr>
        <w:t xml:space="preserve">2. </w:t>
      </w:r>
      <w:r>
        <w:t>в пункте 2 статьи 3463 слова "абзацем вторым пункта 2" заменить словами "пунктом 2"</w:t>
      </w:r>
    </w:p>
    <w:p>
      <w:r>
        <w:rPr>
          <w:b/>
        </w:rPr>
        <w:t xml:space="preserve">2. </w:t>
      </w:r>
      <w:r>
        <w:t>в пункте 5 статьи 3469 слова "подпунктом 2 пункта 2" заменить словами "пунктом 2"</w:t>
      </w:r>
    </w:p>
    <w:p>
      <w:r>
        <w:rPr>
          <w:b/>
        </w:rPr>
        <w:t xml:space="preserve">2. </w:t>
      </w:r>
      <w:r>
        <w:t>пункт 3 статьи 34610 признать утратившим силу</w:t>
      </w:r>
    </w:p>
    <w:p>
      <w:r>
        <w:rPr>
          <w:b/>
        </w:rPr>
        <w:t xml:space="preserve">2. </w:t>
      </w:r>
      <w:r>
        <w:t>в абзаце первом пункта 2 статьи 34613 слова "абзацем вторым пункта 2" заменить словами "пунктом 2"</w:t>
      </w:r>
    </w:p>
    <w:p>
      <w:r>
        <w:rPr>
          <w:b/>
        </w:rPr>
        <w:t xml:space="preserve">2. </w:t>
      </w:r>
      <w:r>
        <w:t>в статье 34640:</w:t>
      </w:r>
    </w:p>
    <w:p>
      <w:r>
        <w:rPr>
          <w:b/>
        </w:rPr>
        <w:t xml:space="preserve">2. </w:t>
      </w:r>
      <w:r>
        <w:t>в пункте 1 статьи 363:</w:t>
      </w:r>
    </w:p>
    <w:p>
      <w:r>
        <w:rPr>
          <w:b/>
        </w:rPr>
        <w:t xml:space="preserve">2. </w:t>
      </w:r>
      <w:r>
        <w:t>в статье 3631:</w:t>
      </w:r>
    </w:p>
    <w:p>
      <w:r>
        <w:rPr>
          <w:b/>
        </w:rPr>
        <w:t xml:space="preserve">2. </w:t>
      </w:r>
      <w:r>
        <w:t>второе предложение абзаца первого пункта 2 статьи 370 исключить</w:t>
      </w:r>
    </w:p>
    <w:p>
      <w:r>
        <w:rPr>
          <w:b/>
        </w:rPr>
        <w:t xml:space="preserve">2. </w:t>
      </w:r>
      <w:r>
        <w:t>статью 371 после слова "налогоплательщиком" дополнить словами "в бюджет"</w:t>
      </w:r>
    </w:p>
    <w:p>
      <w:r>
        <w:rPr>
          <w:b/>
        </w:rPr>
        <w:t xml:space="preserve">2. </w:t>
      </w:r>
      <w:r>
        <w:t>(Пункт утратил силу - Федеральный закон от 29.12.2015 № 396-ФЗ) 51) в статье 396:</w:t>
      </w:r>
    </w:p>
    <w:p>
      <w:r>
        <w:rPr>
          <w:b/>
        </w:rPr>
        <w:t xml:space="preserve">2. </w:t>
      </w:r>
      <w:r>
        <w:t>в статье 397:</w:t>
      </w:r>
    </w:p>
    <w:p>
      <w:r>
        <w:rPr>
          <w:b/>
        </w:rPr>
        <w:t xml:space="preserve">2. </w:t>
      </w:r>
      <w:r>
        <w:t>в статье 398:</w:t>
      </w:r>
    </w:p>
    <w:p>
      <w:r>
        <w:rPr>
          <w:b/>
        </w:rPr>
        <w:t xml:space="preserve">2. </w:t>
      </w:r>
      <w:r>
        <w:t>в пункте 1: абзац третий после слов "(включая аудит запасов)" дополнить словами ", в том числе расходы, связанные со строительством (бурением) и (или) ликвидацией (консервацией) скважин (за исключением признаваемых амортизируемым имуществом)"; в абзаце пятом слово "компенсации" заменить словом "расходы"</w:t>
      </w:r>
    </w:p>
    <w:p>
      <w:r>
        <w:rPr>
          <w:b/>
        </w:rPr>
        <w:t xml:space="preserve">2. </w:t>
      </w:r>
      <w:r>
        <w:t>в абзаце четвертом пункта 2 слова "в течение пяти лет" заменить словами "в течение двух лет"</w:t>
      </w:r>
    </w:p>
    <w:p>
      <w:r>
        <w:rPr>
          <w:b/>
        </w:rPr>
        <w:t xml:space="preserve">2. </w:t>
      </w:r>
      <w:r>
        <w:t>пункт 3 признать утратившим силу</w:t>
      </w:r>
    </w:p>
    <w:p>
      <w:r>
        <w:rPr>
          <w:b/>
        </w:rPr>
        <w:t xml:space="preserve">2. </w:t>
      </w:r>
      <w:r>
        <w:t>в абзаце первом пункта 4 слова "нефти и газа" заменить словами "углеводородного сырья"</w:t>
      </w:r>
    </w:p>
    <w:p>
      <w:r>
        <w:rPr>
          <w:b/>
        </w:rPr>
        <w:t xml:space="preserve">2. </w:t>
      </w:r>
      <w:r>
        <w:t>пункт 5 признать утратившим силу</w:t>
      </w:r>
    </w:p>
    <w:p>
      <w:r>
        <w:rPr>
          <w:b/>
        </w:rPr>
        <w:t xml:space="preserve">2. </w:t>
      </w:r>
      <w:r>
        <w:t>в пункте 6 слова ", в том числе у государственных органов" исключить</w:t>
      </w:r>
    </w:p>
    <w:p>
      <w:r>
        <w:rPr>
          <w:b/>
        </w:rPr>
        <w:t xml:space="preserve">2. </w:t>
      </w:r>
      <w:r>
        <w:t>в пункте 1: абзац четвертый дополнить словами ", если иное не предусмотрено пунктом 11 настоящей статьи"; в абзаце пятом слова "В целях настоящего пункта" заменить словами "В целях настоящей статьи"</w:t>
      </w:r>
    </w:p>
    <w:p>
      <w:r>
        <w:rPr>
          <w:b/>
        </w:rPr>
        <w:t xml:space="preserve">2. </w:t>
      </w:r>
      <w:r>
        <w:t>дополнить пунктом 11 следующего содержания: "11. При отсутствии долговых обязательств перед российскими организациями, выданных в том же квартале на сопоставимых условиях, а также по выбору налогоплательщика предельная величина процентов, признаваемых расходом (включая проценты и суммовые разницы по обязательствам, выраженным в условных денежных единицах по установленному соглашением сторон курсу условных денежных единиц), принимается: с 1 января по 31 декабря 2010 года включительно - равной ставке процента, установленной соглашением сторон, но не превышающей ставку рефинансирования Центрального банка Российской Федерации, увеличенную в 1,8 раза, при оформлении долгового обязательства в рублях и равной 15 процентам - по долговым обязательствам в иностранной валюте, если иное не предусмотрено настоящим пунктом; с 1 января 2011 года по 31 декабря 2012 года включительно - равной ставке процента, установленной соглашением сторон, но не превышающей ставку рефинансирования Центрального банка Российской Федерации, увеличенную в 1,8 раза, при оформлении долгового обязательства в рублях и равной произведению ставки рефинансирования Центрального банка Российской Федерации и коэффициента 0,8 - по долговым обязательствам в иностранной валюте. В отношении расходов в виде процентов по долговым обязательствам, возникшим до 1 ноября 2009 года, при отсутствии долговых обязательств перед российскими организациями, выданных в том же квартале на сопоставимых условиях, а также по выбору налогоплательщика предельная величина процентов, признаваемых расходом (включая проценты и суммовые разницы по обязательствам, выраженным в условных денежных единицах по установленному соглашением сторон курсу условных денежных единиц), с 1 января по 30 июня 2010 года включительно принимается равной ставке рефинансирования Центрального банка Российской Федерации, увеличенной в два раза, при оформлении долгового обязательства в рублях и равной 15 процентам - по долговым обязательствам в иностранной валюте."</w:t>
      </w:r>
    </w:p>
    <w:p>
      <w:r>
        <w:rPr>
          <w:b/>
        </w:rPr>
        <w:t xml:space="preserve">2. </w:t>
      </w:r>
      <w:r>
        <w:t>подпункт 7 пункта 4 после слов "стоимость которых выражена в иностранной валюте" дополнить словами "(за исключением авансов)"</w:t>
      </w:r>
    </w:p>
    <w:p>
      <w:r>
        <w:rPr>
          <w:b/>
        </w:rPr>
        <w:t xml:space="preserve">2. </w:t>
      </w:r>
      <w:r>
        <w:t>(Подпункт утратил силу - Федеральный закон от 29.12.2014 № 465-ФЗ) 26) подпункт 6 пункта 7 статьи 272 после слов "стоимость которых выражена в иностранной валюте" дополнить словами "(за исключением авансов)"</w:t>
      </w:r>
    </w:p>
    <w:p>
      <w:r>
        <w:rPr>
          <w:b/>
        </w:rPr>
        <w:t xml:space="preserve">2. </w:t>
      </w:r>
      <w:r>
        <w:t>часть седьмую изложить в следующей редакции: "Налогоплательщики, численность работников которых составляет не менее 25 процентов численности работающего населения соответствующего населенного пункта и в состав которых входят структурные подразделения по эксплуатации объектов жилищного фонда, а также объектов, указанных в частях третьей и четвертой настоящей статьи, вправе принять для целей налогообложения фактически осуществленные расходы на содержание указанных объектов."</w:t>
      </w:r>
    </w:p>
    <w:p>
      <w:r>
        <w:rPr>
          <w:b/>
        </w:rPr>
        <w:t xml:space="preserve">2. </w:t>
      </w:r>
      <w:r>
        <w:t>части восьмую и девятую признать утратившими силу</w:t>
      </w:r>
    </w:p>
    <w:p>
      <w:r>
        <w:rPr>
          <w:b/>
        </w:rPr>
        <w:t xml:space="preserve">2. </w:t>
      </w:r>
      <w:r>
        <w:t>абзац третий пункта 4 признать утратившим силу</w:t>
      </w:r>
    </w:p>
    <w:p>
      <w:r>
        <w:rPr>
          <w:b/>
        </w:rPr>
        <w:t xml:space="preserve">2. </w:t>
      </w:r>
      <w:r>
        <w:t>дополнить пунктом 41 следующего содержания: "41. Убытки, полученные в течение срока действия договора доверительного управления от использования имущества, переданного в доверительное управление, не признаются убытками учредителя (выгодоприобретателя), учитываемыми в целях налогообложения в соответствии с настоящей главой."</w:t>
      </w:r>
    </w:p>
    <w:p>
      <w:r>
        <w:rPr>
          <w:b/>
        </w:rPr>
        <w:t xml:space="preserve">2. </w:t>
      </w:r>
      <w:r>
        <w:t>в абзаце втором пункта 2 слова "в течение трех дней после дня выплаты (перечисления)" заменить словами "не позднее дня, следующего за днем выплаты (перечисления)"</w:t>
      </w:r>
    </w:p>
    <w:p>
      <w:r>
        <w:rPr>
          <w:b/>
        </w:rPr>
        <w:t xml:space="preserve">2. </w:t>
      </w:r>
      <w:r>
        <w:t>в абзаце первом пункта 4 слова "в течение 10 дней со дня выплаты дохода" заменить словами "не позднее дня, следующего за днем выплаты"</w:t>
      </w:r>
    </w:p>
    <w:p>
      <w:r>
        <w:rPr>
          <w:b/>
        </w:rPr>
        <w:t xml:space="preserve">2. </w:t>
      </w:r>
      <w:r>
        <w:t>в пункте 1: абзац седьмой дополнить словом "(аукционе)"; в абзаце восьмом слова ", связанные с процедурой участия в конкурсе" заменить словами "в целях приобретения лицензии"; в абзаце девятом слово "конкурса" заменить словами "конкурса (аукциона)", слово "конкурсе" заменить словами "конкурсе (аукционе)", слова "осуществленные налогоплательщиком, связанные с процедурой участия в конкурсе" заменить словами "осуществленные в целях приобретения лицензии", слова "пяти лет" заменить словами "двух лет", слова "направленных на приобретение лицензий" заменить словами "осуществленных в целях приобретения лицензии"</w:t>
      </w:r>
    </w:p>
    <w:p>
      <w:r>
        <w:rPr>
          <w:b/>
        </w:rPr>
        <w:t xml:space="preserve">2. </w:t>
      </w:r>
      <w:r>
        <w:t>в абзаце седьмом пункта 2 слова ", в том числе государственных органов" исключить</w:t>
      </w:r>
    </w:p>
    <w:p>
      <w:r>
        <w:rPr>
          <w:b/>
        </w:rPr>
        <w:t xml:space="preserve">2. </w:t>
      </w:r>
      <w:r>
        <w:t>дополнить пунктом 6 следующего содержания: "6. При переходе (передаче) в соответствии с законодательством Российской Федерации права пользования участком (участками) недр к третьему лицу расходы на освоение природных ресурсов, фактически осуществленные налогоплательщиком - прежним владельцем лицензии, учитываются им в порядке, установленном настоящей статьей. В случае, если переход (передача) права пользования участком (участками) недр происходит в связи с реорганизацией организации, учет расходов осуществляется в соответствии с пунктом 21 статьи 252 настоящего Кодекса."</w:t>
      </w:r>
    </w:p>
    <w:p>
      <w:r>
        <w:rPr>
          <w:b/>
        </w:rPr>
        <w:t xml:space="preserve">2. </w:t>
      </w:r>
      <w:r>
        <w:t>второе предложение пункта 2 после слова "уплате" дополнить словами "в бюджет"</w:t>
      </w:r>
    </w:p>
    <w:p>
      <w:r>
        <w:rPr>
          <w:b/>
        </w:rPr>
        <w:t xml:space="preserve">2. </w:t>
      </w:r>
      <w:r>
        <w:t>пункт 3 после слова "уплате" дополнить словами "в бюджет"</w:t>
      </w:r>
    </w:p>
    <w:p>
      <w:r>
        <w:rPr>
          <w:b/>
        </w:rPr>
        <w:t xml:space="preserve">2. </w:t>
      </w:r>
      <w:r>
        <w:t>в пункте 1: абзац первый после слов "налоговые органы" дополнить словами ", в которых он состоит на учете,"; абзац второй после слов "налоговые органы" дополнить словами ", в которых он состоит на учете,"</w:t>
      </w:r>
    </w:p>
    <w:p>
      <w:r>
        <w:rPr>
          <w:b/>
        </w:rPr>
        <w:t xml:space="preserve">2. </w:t>
      </w:r>
      <w:r>
        <w:t>пункт 2 признать утратившим силу</w:t>
      </w:r>
    </w:p>
    <w:p>
      <w:r>
        <w:rPr>
          <w:b/>
        </w:rPr>
        <w:t xml:space="preserve">2. </w:t>
      </w:r>
      <w:r>
        <w:t>абзац первый после слова "налогоплательщиками" дополнить словами "в бюджет"</w:t>
      </w:r>
    </w:p>
    <w:p>
      <w:r>
        <w:rPr>
          <w:b/>
        </w:rPr>
        <w:t xml:space="preserve">2. </w:t>
      </w:r>
      <w:r>
        <w:t>в абзаце втором слова "(авансовых платежей по налогу)" исключить</w:t>
      </w:r>
    </w:p>
    <w:p>
      <w:r>
        <w:rPr>
          <w:b/>
        </w:rPr>
        <w:t xml:space="preserve">2. </w:t>
      </w:r>
      <w:r>
        <w:t>дополнить абзацем следующего содержания: "Срок уплаты налога для налогоплательщиков, являющихся физическими лицами, не может быть установлен ранее 1 ноября года, следующего за истекшим налоговым периодом."</w:t>
      </w:r>
    </w:p>
    <w:p>
      <w:r>
        <w:rPr>
          <w:b/>
        </w:rPr>
        <w:t xml:space="preserve">2. </w:t>
      </w:r>
      <w:r>
        <w:t>в пункте 1: в абзаце первом слова ", если иное не предусмотрено настоящей статьей," исключить; абзац второй признать утратившим силу</w:t>
      </w:r>
    </w:p>
    <w:p>
      <w:r>
        <w:rPr>
          <w:b/>
        </w:rPr>
        <w:t xml:space="preserve">2. </w:t>
      </w:r>
      <w:r>
        <w:t>пункт 2 признать утратившим силу</w:t>
      </w:r>
    </w:p>
    <w:p>
      <w:r>
        <w:rPr>
          <w:b/>
        </w:rPr>
        <w:t xml:space="preserve">2. </w:t>
      </w:r>
      <w:r>
        <w:t>в пункте 3: абзац первый после слова "налогоплательщиками" дополнить словами ", являющимися организациями,"; абзац второй признать утратившим силу</w:t>
      </w:r>
    </w:p>
    <w:p>
      <w:r>
        <w:rPr>
          <w:b/>
        </w:rPr>
        <w:t xml:space="preserve">2. </w:t>
      </w:r>
      <w:r>
        <w:t>в пункте 4 слово "(расчеты)" исключить</w:t>
      </w:r>
    </w:p>
    <w:p>
      <w:r>
        <w:rPr>
          <w:b/>
        </w:rPr>
        <w:t xml:space="preserve">2. </w:t>
      </w:r>
      <w:r>
        <w:t>в пункте 3 слова "(сумма авансовых платежей по налогу)" исключить</w:t>
      </w:r>
    </w:p>
    <w:p>
      <w:r>
        <w:rPr>
          <w:b/>
        </w:rPr>
        <w:t xml:space="preserve">2. </w:t>
      </w:r>
      <w:r>
        <w:t>пункт 4 признать утратившим силу</w:t>
      </w:r>
    </w:p>
    <w:p>
      <w:r>
        <w:rPr>
          <w:b/>
        </w:rPr>
        <w:t xml:space="preserve">2. </w:t>
      </w:r>
      <w:r>
        <w:t>пункт 5 после слова "определяется" дополнить словами "налогоплательщиками, являющимися организациями или индивидуальными предпринимателями,"</w:t>
      </w:r>
    </w:p>
    <w:p>
      <w:r>
        <w:rPr>
          <w:b/>
        </w:rPr>
        <w:t xml:space="preserve">2. </w:t>
      </w:r>
      <w:r>
        <w:t>пункт 15 после слова "производится" дополнить словами "налогоплательщиками - организациями или физическими лицами, являющимися индивидуальными предпринимателями,"</w:t>
      </w:r>
    </w:p>
    <w:p>
      <w:r>
        <w:rPr>
          <w:b/>
        </w:rPr>
        <w:t xml:space="preserve">2. </w:t>
      </w:r>
      <w:r>
        <w:t>в пункте 1: в абзаце втором слова "(авансовых платежей по налогу)" исключить; дополнить абзацем следующего содержания: "Срок уплаты налога для налогоплательщиков - физических лиц, не являющихся индивидуальными предпринимателями, не может быть установлен ранее 1 ноября года, следующего за истекшим налоговым периодом."</w:t>
      </w:r>
    </w:p>
    <w:p>
      <w:r>
        <w:rPr>
          <w:b/>
        </w:rPr>
        <w:t xml:space="preserve">2. </w:t>
      </w:r>
      <w:r>
        <w:t>пункт 2 после слова "налогоплательщики" дополнить словами "(организации или индивидуальные предприниматели)"</w:t>
      </w:r>
    </w:p>
    <w:p>
      <w:r>
        <w:rPr>
          <w:b/>
        </w:rPr>
        <w:t xml:space="preserve">2. </w:t>
      </w:r>
      <w:r>
        <w:t>пункт 3 после слова "уплачиваются" дополнить словами "налогоплательщиками - организациями или физическими лицами, являющимися индивидуальными предпринимателями,"</w:t>
      </w:r>
    </w:p>
    <w:p>
      <w:r>
        <w:rPr>
          <w:b/>
        </w:rPr>
        <w:t xml:space="preserve">2. </w:t>
      </w:r>
      <w:r>
        <w:t>в абзаце первом пункта 4 слова "и авансовые платежи по налогу" исключить</w:t>
      </w:r>
    </w:p>
    <w:p>
      <w:r>
        <w:rPr>
          <w:b/>
        </w:rPr>
        <w:t xml:space="preserve">2. </w:t>
      </w:r>
      <w:r>
        <w:t>в пункте 1: в абзаце первом слова ", если иное не предусмотрено настоящей статьей," исключить; абзац второй признать утратившим силу</w:t>
      </w:r>
    </w:p>
    <w:p>
      <w:r>
        <w:rPr>
          <w:b/>
        </w:rPr>
        <w:t xml:space="preserve">2. </w:t>
      </w:r>
      <w:r>
        <w:t>пункт 2 признать утратившим силу</w:t>
      </w:r>
    </w:p>
    <w:p>
      <w:r>
        <w:rPr>
          <w:b/>
        </w:rPr>
        <w:t xml:space="preserve">2. </w:t>
      </w:r>
      <w:r>
        <w:t>абзац второй пункта 3 признать утратившим силу</w:t>
      </w:r>
    </w:p>
    <w:p>
      <w:r>
        <w:rPr>
          <w:b/>
        </w:rPr>
        <w:t xml:space="preserve">2. </w:t>
      </w:r>
      <w:r>
        <w:t>в пункте 4 слово "(расчеты)" исключить</w:t>
      </w:r>
    </w:p>
    <w:p>
      <w:r>
        <w:rPr>
          <w:b/>
        </w:rPr>
        <w:t>Статья 3</w:t>
      </w:r>
    </w:p>
    <w:p>
      <w:r>
        <w:t>(Статья утратила силу - Федеральный закон от 04.10.2014 № 284-ФЗ)</w:t>
      </w:r>
    </w:p>
    <w:p>
      <w:r>
        <w:rPr>
          <w:b/>
        </w:rPr>
        <w:t>Статья 4</w:t>
      </w:r>
    </w:p>
    <w:p>
      <w:r>
        <w:t>В части второй статьи 20 Федерального закона от 5 августа 2000 года № 118-ФЗ "О введении в действие части второй Налогового кодекса Российской Федерации и внесении изменений в некоторые законодательные акты Российской Федерации о налогах" (Собрание законодательства Российской Федерации, 2000, № 32, ст. 3341; 2001, № 13, ст. 1147; 2003, № 50, ст. 4849; 2005, № 30, ст. 3116) слова "в порядке, установленном Правительством Российской Федерации" заменить словами "налоговыми органами в порядке, аналогичном порядку, установленному статьей 59 Налогового кодекса Российской Федерации".</w:t>
      </w:r>
    </w:p>
    <w:p>
      <w:r>
        <w:rPr>
          <w:b/>
        </w:rPr>
        <w:t>Статья 5</w:t>
      </w:r>
    </w:p>
    <w:p>
      <w:r>
        <w:t>В абзаце первом подпункта 2 пункта 2 статьи 46 Бюджетного кодекса Российской Федерации (Собрание законодательства Российской Федерации, 1998, № 31, ст. 3823; 2000, № 32, ст. 3339; 2005, № 52, ст. 5572; 2007, № 18, ст. 2117; 2009, № 30, ст. 3739) слова "статьями 116, 117 и 118" заменить словами "статьями 116, 118 и 1191".</w:t>
      </w:r>
    </w:p>
    <w:p>
      <w:r>
        <w:rPr>
          <w:b/>
        </w:rPr>
        <w:t>Статья 6</w:t>
      </w:r>
    </w:p>
    <w:p>
      <w:r>
        <w:t>Внести в Кодекс Российской Федерации об административных правонарушениях (Собрание законодательства Российской Федерации, 2002, № 1, ст. 1; 2003, № 27, ст. 2700; № 50, ст. 4847; 2004, № 34, ст. 3529, 3533; № 44, ст. 4266; 2005, № 1, ст. 40; № 19, ст. 1752; № 27, ст. 2719; 2006, № 1, ст. 10; № 18, ст. 1907; № 19, ст. 2066; № 31, ст. 3420; № 45, ст. 4634, 4641; № 52, ст. 5498; 2007, № 16, ст. 1825; № 26, ст. 3089; № 31, ст. 4015; 2008, № 49, ст. 5745; № 52, ст. 6235, 6236; 2009, № 7, ст. 777; № 23, ст. 2759, 2776; № 29, ст. 3597; 2010, № 1, ст. 1; № 19, ст. 2291; № 25, ст. 3070; № 27, ст. 3416) следующие изменения</w:t>
      </w:r>
    </w:p>
    <w:p>
      <w:r>
        <w:t>дополнить статьей 19.76 следующего содержания: "Статья 19.76. Незаконный отказ в доступе должностного лица налогового органа к осмотру территорий, помещений налогоплательщика, в отношении которого проводится налоговая проверка Незаконный отказ в доступе, а равно незаконное воспрепятствование доступу должностного лица налогового органа, проводящего налоговую проверку в соответствии с законодательством Российской Федерации о налогах и сборах, к осмотру производственных, складских, торговых и иных помещений и территорий, используемых налогоплательщиком для извлечения дохода либо связанных с содержанием объектов налогообложения, - влечет наложение административного штрафа на должностных лиц в размере десяти тысяч рублей."</w:t>
      </w:r>
    </w:p>
    <w:p>
      <w:r>
        <w:t>часть 1 статьи 23.5 после цифр "15.2" дополнить цифрами ", 19.76"</w:t>
      </w:r>
    </w:p>
    <w:p>
      <w:r>
        <w:rPr>
          <w:b/>
        </w:rPr>
        <w:t>Статья 7</w:t>
      </w:r>
    </w:p>
    <w:p>
      <w:r>
        <w:t>Пункт 5 части 2 статьи 12 Федерального закона от 18 июля 2006 года № 109-ФЗ "О миграционном учете иностранных граждан и лиц без гражданства в Российской Федерации" (Собрание законодательства Российской Федерации, 2006, № 30, ст. 3285) изложить в следующей редакции: "5) направление в территориальные налоговые органы информации о регистрации иностранного гражданина по месту жительства, а также о постановке на учет (снятии с учета) иностранного работника по месту пребывания;".</w:t>
      </w:r>
    </w:p>
    <w:p>
      <w:r>
        <w:rPr>
          <w:b/>
        </w:rPr>
        <w:t>Статья 8</w:t>
      </w:r>
    </w:p>
    <w:p>
      <w:r>
        <w:rPr>
          <w:b/>
        </w:rPr>
        <w:t xml:space="preserve">1. </w:t>
      </w:r>
      <w:r>
        <w:t>Установить, что признается безнадежной к взысканию недоимка, задолженность по пеням и штрафам, числящиеся по состоянию на 1 января 2010 года за организациями, которые отвечают признакам недействующего юридического лица, установленным Федеральным законом от 8 августа 2001 года № 129-ФЗ "О государственной регистрации юридических лиц и индивидуальных предпринимателей", и не находятся в процедурах, применяемых в деле о несостоятельности (банкротстве), и в отношении которых судебным приставом-исполнителем вынесено постановление об окончании исполнительного производства в связи с невозможностью взыскания указанных недоимки, задолженности по пеням и штрафам</w:t>
      </w:r>
    </w:p>
    <w:p>
      <w:r>
        <w:rPr>
          <w:b/>
        </w:rPr>
        <w:t xml:space="preserve">2. </w:t>
      </w:r>
      <w:r>
        <w:t>Решение о признании указанной в настоящей статье недоимки, задолженности по пеням и штрафам безнадежными к взысканию и об их списании принимается налоговым органом по месту нахождения организации (таможенным органом, перед которым имеются (учитываются) недоимка, задолженность по пеням и штрафам, образовавшиеся в связи с перемещением товаров через таможенную границу Российской Федерации)</w:t>
      </w:r>
    </w:p>
    <w:p>
      <w:r>
        <w:rPr>
          <w:b/>
        </w:rPr>
        <w:t xml:space="preserve">3. </w:t>
      </w:r>
      <w:r>
        <w:t>Перечень документов, при наличии которых принимается решение о признании указанных в настоящей статье недоимки, задолженности по пеням и штрафам безнадежными к взысканию и об их списании, и порядок списания утверждаются федеральным органом исполнительной власти, уполномоченным осуществлять функции по контролю и надзору в сфере налогов и сборов, и федеральным органом исполнительной власти, уполномоченным в области таможенного дела (в части недоимки и задолженности по пеням и штрафам, образовавшихся в связи с перемещением товаров через таможенную границу Российской Федерации)</w:t>
      </w:r>
    </w:p>
    <w:p>
      <w:r>
        <w:rPr>
          <w:b/>
        </w:rPr>
        <w:t>Статья 9</w:t>
      </w:r>
    </w:p>
    <w:p>
      <w:r>
        <w:rPr>
          <w:b/>
        </w:rPr>
        <w:t xml:space="preserve">1. </w:t>
      </w:r>
      <w:r>
        <w:t>Признать утратившими силу</w:t>
      </w:r>
    </w:p>
    <w:p>
      <w:r>
        <w:rPr>
          <w:b/>
        </w:rPr>
        <w:t xml:space="preserve">2. </w:t>
      </w:r>
      <w:r>
        <w:t>Признать утратившими силу с 1 января 2011 года</w:t>
      </w:r>
    </w:p>
    <w:p>
      <w:r>
        <w:rPr>
          <w:b/>
        </w:rPr>
        <w:t xml:space="preserve">1. </w:t>
      </w:r>
      <w:r>
        <w:t>пункт 103 статьи 1 Федерального закона от 9 июля 1999 года № 154-ФЗ "О внесении изменений и дополнений в часть первую Налогового кодекса Российской Федерации" (Собрание законодательства Российской Федерации, 1999, № 28, ст. 3487)</w:t>
      </w:r>
    </w:p>
    <w:p>
      <w:r>
        <w:rPr>
          <w:b/>
        </w:rPr>
        <w:t xml:space="preserve">1. </w:t>
      </w:r>
      <w:r>
        <w:t>пункт 2 статьи 1 Федерального закона от 29 декабря 2000 года № 166-ФЗ "О внесении изменений и дополнений в часть вторую Налогового кодекса Российской Федерации" (Собрание законодательства Российской Федерации, 2001, № 1, ст. 18)</w:t>
      </w:r>
    </w:p>
    <w:p>
      <w:r>
        <w:rPr>
          <w:b/>
        </w:rPr>
        <w:t xml:space="preserve">1. </w:t>
      </w:r>
      <w:r>
        <w:t>статью 1 Федерального закона от 29 декабря 2001 года № 187-ФЗ "О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о налогах и сборах" (Собрание законодательства Российской Федерации, 2001, № 53, ст. 5023) в части пункта 3 статьи 34610 Налогового кодекса Российской Федерации</w:t>
      </w:r>
    </w:p>
    <w:p>
      <w:r>
        <w:rPr>
          <w:b/>
        </w:rPr>
        <w:t xml:space="preserve">1. </w:t>
      </w:r>
      <w:r>
        <w:t>статью 1 Федерального закона от 6 июня 2003 года № 65-ФЗ "О внесении дополнения в часть вторую Налогового кодекса Российской Федерации, внесении изменений и дополнений в некоторые другие законодательные акты Российской Федерации и признании утратившими силу некоторых законодательных актов Российской Федерации" (Собрание законодательства Российской Федерации, 2003, № 23, ст. 2174) в части пункта 2 статьи 34640 Налогового кодекса Российской Федерации</w:t>
      </w:r>
    </w:p>
    <w:p>
      <w:r>
        <w:rPr>
          <w:b/>
        </w:rPr>
        <w:t xml:space="preserve">1. </w:t>
      </w:r>
      <w:r>
        <w:t>пункт 24 и подпункт "а" пункта 29 статьи 62 Федерального закона от 29 июня 2004 года № 58-ФЗ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 27, ст. 2711)</w:t>
      </w:r>
    </w:p>
    <w:p>
      <w:r>
        <w:rPr>
          <w:b/>
        </w:rPr>
        <w:t xml:space="preserve">1. </w:t>
      </w:r>
      <w:r>
        <w:t>статью 1 Федерального закона от 29 ноября 2004 года № 141-ФЗ "О внесении изменений в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2004, № 49, ст. 4840) в части абзаца второго пункта 1 статьи 398 Налогового кодекса Российской Федерации</w:t>
      </w:r>
    </w:p>
    <w:p>
      <w:r>
        <w:rPr>
          <w:b/>
        </w:rPr>
        <w:t xml:space="preserve">1. </w:t>
      </w:r>
      <w:r>
        <w:t>пункт 1 статьи 1 Федерального закона от 22 июля 2005 года № 119-ФЗ "О внесении изменений в главу 21 части второй Налогового кодекса Российской Федерации и о признании утратившими силу отдельных положений актов законодательства Российской Федерации о налогах и сборах" (Собрание законодательства Российской Федерации, 2005, № 30, ст. 3130)</w:t>
      </w:r>
    </w:p>
    <w:p>
      <w:r>
        <w:rPr>
          <w:b/>
        </w:rPr>
        <w:t xml:space="preserve">1. </w:t>
      </w:r>
      <w:r>
        <w:t>абзац четвертый пункта 5 статьи 1 Федерального закона от 20 октября 2005 года № 131-ФЗ "О внесении изменений в главу 28 части второй Налогового кодекса Российской Федерации" (Собрание законодательства Российской Федерации, 2005, № 43, ст. 4350)</w:t>
      </w:r>
    </w:p>
    <w:p>
      <w:r>
        <w:rPr>
          <w:b/>
        </w:rPr>
        <w:t xml:space="preserve">1. </w:t>
      </w:r>
      <w:r>
        <w:t>абзац девятый пункта 7 статьи 1 Федерального закона от 13 марта 2006 года № 39-ФЗ "О внесении изменений в главы 261 и 263 части второй Налогового кодекса Российской Федерации и статью 21 Федерального закона "О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о налогах и сборах, а также о признании утратившими силу отдельных актов (положений актов) законодательства Российской Федерации о налогах и сборах" (Собрание законодательства Российской Федерации, 2006, № 12, ст. 1233)</w:t>
      </w:r>
    </w:p>
    <w:p>
      <w:r>
        <w:rPr>
          <w:b/>
        </w:rPr>
        <w:t xml:space="preserve">1. </w:t>
      </w:r>
      <w:r>
        <w:t>подпункт "д" пункта 42, абзац восьмой пункта 55, абзац семнадцатый пункта 57, пункт 90 статьи 1 и пункт 17 статьи 2 Федерального закона от 27 июля 2006 года № 137-ФЗ "О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налогового администрирования" (Собрание законодательства Российской Федерации, 2006, № 31, ст. 3436)</w:t>
      </w:r>
    </w:p>
    <w:p>
      <w:r>
        <w:rPr>
          <w:b/>
        </w:rPr>
        <w:t xml:space="preserve">1. </w:t>
      </w:r>
      <w:r>
        <w:t>абзацы шестнадцатый - девятнадцатый пункта 4 статьи 1 и абзац третий пункта 17 статьи 2 Федерального закона от 30 декабря 2006 года № 268-ФЗ "О внесении изменений в часть первую и часть вторую Налогового кодекса Российской Федерации и в отдельные законодательные акты Российской Федерации" (Собрание законодательства Российской Федерации, 2007, № 1, ст. 31)</w:t>
      </w:r>
    </w:p>
    <w:p>
      <w:r>
        <w:rPr>
          <w:b/>
        </w:rPr>
        <w:t xml:space="preserve">1. </w:t>
      </w:r>
      <w:r>
        <w:t>подпункт "в" пункта 5 статьи 1 Федерального закона от 22 июля 2008 года № 155-ФЗ "О внесении изменений в часть вторую Налогового кодекса Российской Федерации" (Собрание законодательства Российской Федерации, 2008, № 30, ст. 3611)</w:t>
      </w:r>
    </w:p>
    <w:p>
      <w:r>
        <w:rPr>
          <w:b/>
        </w:rPr>
        <w:t xml:space="preserve">1. </w:t>
      </w:r>
      <w:r>
        <w:t>часть 8 статьи 9 Федерального закона от 26 ноября 2008 года № 224-ФЗ "О внесении изменений в часть первую, часть вторую Налогового кодекса Российской Федерации и отдельные законодательные акты Российской Федерации" (Собрание законодательства Российской Федерации, 2008, № 48, ст. 5519)</w:t>
      </w:r>
    </w:p>
    <w:p>
      <w:r>
        <w:rPr>
          <w:b/>
        </w:rPr>
        <w:t xml:space="preserve">2. </w:t>
      </w:r>
      <w:r>
        <w:t>пункт 14 статьи 1 Федерального закона от 6 августа 2001 года № 110-ФЗ "О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о налогах и сборах, а также о признании утратившими силу отдельных актов (положений актов) законодательства Российской Федерации о налогах и сборах" (Собрание законодательства Российской Федерации, 2001, № 33, ст. 3413) в части пунктов 3 и 5 статьи 261 Налогового кодекса Российской Федерации</w:t>
      </w:r>
    </w:p>
    <w:p>
      <w:r>
        <w:rPr>
          <w:b/>
        </w:rPr>
        <w:t xml:space="preserve">2. </w:t>
      </w:r>
      <w:r>
        <w:t>абзац восьмой пункта 66 и абзац двенадцатый пункта 82 статьи 1 Федерального закона от 29 мая 2002 года № 57-ФЗ "О внесении изменений и дополнений в часть вторую Налогового кодекса Российской Федерации и в отдельные законодательные акты Российской Федерации" (Собрание законодательства Российской Федерации, 2002, № 22, ст. 2026)</w:t>
      </w:r>
    </w:p>
    <w:p>
      <w:r>
        <w:rPr>
          <w:b/>
        </w:rPr>
        <w:t xml:space="preserve">2. </w:t>
      </w:r>
      <w:r>
        <w:t>статью 1 Федерального закона от 29 ноября 2004 года № 141-ФЗ "О внесении изменений в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2004, № 49, ст. 4840) в части пункта 4 статьи 396, пункта 2 и абзаца второго пункта 3 статьи 398 Налогового кодекса Российской Федерации</w:t>
      </w:r>
    </w:p>
    <w:p>
      <w:r>
        <w:rPr>
          <w:b/>
        </w:rPr>
        <w:t xml:space="preserve">2. </w:t>
      </w:r>
      <w:r>
        <w:t>абзацы девятый - одиннадцатый пункта 25 и абзац седьмой пункта 26 статьи 1 Федерального закона от 6 июня 2005 года № 58-ФЗ "О внесении изменений в часть вторую Налогового кодекса Российской Федерации и некоторые другие законодательные акты Российской Федерации о налогах и сборах" (Собрание законодательства Российской Федерации, 2005, № 24, ст. 2312)</w:t>
      </w:r>
    </w:p>
    <w:p>
      <w:r>
        <w:rPr>
          <w:b/>
        </w:rPr>
        <w:t xml:space="preserve">2. </w:t>
      </w:r>
      <w:r>
        <w:t>абзацы пятый, шестой и восьмой пункта 5 статьи 1 Федерального закона от 20 октября 2005 года № 131-ФЗ "О внесении изменений в главу 28 части второй Налогового кодекса Российской Федерации" (Собрание законодательства Российской Федерации, 2005, № 43, ст. 4350)</w:t>
      </w:r>
    </w:p>
    <w:p>
      <w:r>
        <w:rPr>
          <w:b/>
        </w:rPr>
        <w:t xml:space="preserve">2. </w:t>
      </w:r>
      <w:r>
        <w:t>пункт 2 статьи 1 Федерального закона от 3 ноября 2006 года № 178-ФЗ "О внесении изменений в статью 398 части второй Налогового кодекса Российской Федерации" (Собрание законодательства Российской Федерации, 2006, № 45, ст. 4630)</w:t>
      </w:r>
    </w:p>
    <w:p>
      <w:r>
        <w:rPr>
          <w:b/>
        </w:rPr>
        <w:t xml:space="preserve">2. </w:t>
      </w:r>
      <w:r>
        <w:t>абзац третий пункта 13 и абзац третий пункта 17 статьи 2 Федерального закона от 30 декабря 2006 года № 268-ФЗ "О внесении изменений в часть первую и часть вторую Налогового кодекса Российской Федерации и в отдельные законодательные акты Российской Федерации" (Собрание законодательства Российской Федерации, 2007, № 1, ст. 31)</w:t>
      </w:r>
    </w:p>
    <w:p>
      <w:r>
        <w:rPr>
          <w:b/>
        </w:rPr>
        <w:t xml:space="preserve">2. </w:t>
      </w:r>
      <w:r>
        <w:t>пункты 21 и 22 статьи 1 Федерального закона от 22 июля 2008 года № 155-ФЗ "О внесении изменений в часть вторую Налогового кодекса Российской Федерации" (Собрание законодательства Российской Федерации, 2008, № 30, ст. 3611)</w:t>
      </w:r>
    </w:p>
    <w:p>
      <w:r>
        <w:rPr>
          <w:b/>
        </w:rPr>
        <w:t xml:space="preserve">2. </w:t>
      </w:r>
      <w:r>
        <w:t>подпункт "б" пункта 11 статьи 4 Федерального закона от 28 ноября 2009 года № 283-ФЗ "О внесении изменений в отдельные законодательные акты Российской Федерации" (Собрание законодательства Российской Федерации, 2009, № 48, ст. 5733)</w:t>
      </w:r>
    </w:p>
    <w:p>
      <w:r>
        <w:rPr>
          <w:b/>
        </w:rPr>
        <w:t xml:space="preserve">2. </w:t>
      </w:r>
      <w:r>
        <w:t>абзацы двадцать пятый и двадцать шестой пункта 7 статьи 2 Федерального закона от 27 декабря 2009 года № 374-ФЗ "О внесении изменений в статью 45 части первой и в главу 253 части второй Налогового кодекса Российской Федерации и отдельные законодательные акты Российской Федерации, а также о признании утратившим силу Федерального закона "О сборах за выдачу лицензий на осуществление видов деятельности, связанных с производством и оборотом этилового спирта, алкогольной и спиртосодержащей продукции" (Собрание законодательства Российской Федерации, 2009, № 52, ст. 6450)</w:t>
      </w:r>
    </w:p>
    <w:p>
      <w:r>
        <w:rPr>
          <w:b/>
        </w:rPr>
        <w:t>Статья 10</w:t>
      </w:r>
    </w:p>
    <w:p>
      <w:r>
        <w:rPr>
          <w:b/>
        </w:rPr>
        <w:t xml:space="preserve">1. </w:t>
      </w:r>
      <w:r>
        <w:t>Настоящий Федеральный закон вступает в силу по истечении одного месяца со дня его официального опубликования, за исключением положений, для которых настоящей статьей установлены иные сроки вступления в силу</w:t>
      </w:r>
    </w:p>
    <w:p>
      <w:r>
        <w:rPr>
          <w:b/>
        </w:rPr>
        <w:t xml:space="preserve">2. </w:t>
      </w:r>
      <w:r>
        <w:t>Подпункт "е" пункта 26 статьи 1, пункты 11, 16, 17, 19, 20, подпункты "в" и "д" пункта 21, пункт 24, подпункт "а" пункта 25, пункты 26, 28, 29, 30, 31, 32, 35, 38, подпункт "б" пункта 46, абзац второй подпункта "а", подпункты "б" - "г" пункта 47, пункты 50, 51, 52, абзац второй подпункта "а", подпункты "б" - "г" пункта 53 статьи 2 и статья 3 настоящего Федерального закона вступают в силу с 1 января 2011 года</w:t>
      </w:r>
    </w:p>
    <w:p>
      <w:r>
        <w:rPr>
          <w:b/>
        </w:rPr>
        <w:t xml:space="preserve">3. </w:t>
      </w:r>
      <w:r>
        <w:t>Абзац второй подпункта "а" пункта 33 статьи 1 настоящего Федерального закона вступает в силу с 1 января 2012 года</w:t>
      </w:r>
    </w:p>
    <w:p>
      <w:r>
        <w:rPr>
          <w:b/>
        </w:rPr>
        <w:t xml:space="preserve">4. </w:t>
      </w:r>
      <w:r>
        <w:t>До утверждения Правительством Российской Федерации документов, предусмотренных пунктом 8 статьи 169 Налогового кодекса Российской Федерации (в редакции настоящего Федерального закона), составление и выставление счетов-фактур, ведение журнала учета полученных и выставленных счетов-фактур, книг покупок и книг продаж осуществляются с учетом требований, установленных до дня вступления в силу настоящего Федерального закона</w:t>
      </w:r>
    </w:p>
    <w:p>
      <w:r>
        <w:rPr>
          <w:b/>
        </w:rPr>
        <w:t xml:space="preserve">5. </w:t>
      </w:r>
      <w:r>
        <w:t>Положения пункта 481 статьи 217, абзаца второго пункта 2 статьи 254, подпункта 1 пункта 1 статьи 264, подпункта 7 пункта 4 и пункта 42 статьи 271, подпункта 6 пункта 7 статьи 272, пункта 22 статьи 273, пункта 3 статьи 290 Налогового кодекса Российской Федерации (в редакции настоящего Федерального закона) распространяют свое действие на правоотношения, возникшие с 1 января 2010 года</w:t>
      </w:r>
    </w:p>
    <w:p>
      <w:r>
        <w:rPr>
          <w:b/>
        </w:rPr>
        <w:t xml:space="preserve">6. </w:t>
      </w:r>
      <w:r>
        <w:t>Указанные в пункте 3 статьи 85 Налогового кодекса Российской Федерации (в редакции настоящего Федерального закона) органы, осуществляющие регистрацию актов гражданского состояния физических лиц, вправе до 1 января 2013 года представлять сведения в налоговые органы на бумажном носителе</w:t>
      </w:r>
    </w:p>
    <w:p>
      <w:r>
        <w:rPr>
          <w:b/>
        </w:rPr>
        <w:t xml:space="preserve">7. </w:t>
      </w:r>
      <w:r>
        <w:t>Положения пункта 4 статьи 59 Налогового кодекса Российской Федерации (в редакции настоящего Федерального закона) применяются также к суммам налога, сбора, пеней и штрафов, списанным со счетов налогоплательщиков, плательщиков сборов, налоговых агентов, но не перечисленным банками в бюджетную систему Российской Федерации до дня вступления в силу настоящего Федерального закона</w:t>
      </w:r>
    </w:p>
    <w:p>
      <w:r>
        <w:rPr>
          <w:b/>
        </w:rPr>
        <w:t xml:space="preserve">8. </w:t>
      </w:r>
      <w:r>
        <w:t>Положения пункта 5 статьи 931 Налогового кодекса Российской Федерации (в редакции настоящего Федерального закона) применяются в отношении документов, представляемых в налоговые органы после 1 января 2011 года</w:t>
      </w:r>
    </w:p>
    <w:p>
      <w:r>
        <w:rPr>
          <w:b/>
        </w:rPr>
        <w:t xml:space="preserve">9. </w:t>
      </w:r>
      <w:r>
        <w:t>Положения пунктов 1 и 11 статьи 269 Налогового кодекса Российской Федерации (в редакции настоящего Федерального закона) применяются в отношении расходов в виде процентов по долговым обязательствам, осуществленных с 1 января 2010 года</w:t>
      </w:r>
    </w:p>
    <w:p>
      <w:r>
        <w:rPr>
          <w:b/>
        </w:rPr>
        <w:t xml:space="preserve">10. </w:t>
      </w:r>
      <w:r>
        <w:t>Положения абзаца четвертого пункта 2 статьи 261, абзаца девятого пункта 1 статьи 325 (в части сроков признания расходов) Налогового кодекса Российской Федерации (в редакции настоящего Федерального закона) применяются в отношении расходов на освоение природных ресурсов, осуществленных после 1 января 2011 года</w:t>
      </w:r>
    </w:p>
    <w:p>
      <w:r>
        <w:rPr>
          <w:b/>
        </w:rPr>
        <w:t xml:space="preserve">11. </w:t>
      </w:r>
      <w:r>
        <w:t>Налоговые проверки и иные мероприятия налогового контроля (в том числе связанные с налоговыми проверками), не завершенные до дня вступления в силу настоящего Федерального закона, проводятся в порядке, действовавшем до дня вступления в силу настоящего Федерального закона. Оформление результатов указанных налоговых проверок и иных мероприятий налогового контроля осуществляется в порядке, действовавшем до дня вступления в силу настоящего Федерального закона</w:t>
      </w:r>
    </w:p>
    <w:p>
      <w:r>
        <w:rPr>
          <w:b/>
        </w:rPr>
        <w:t xml:space="preserve">12. </w:t>
      </w:r>
      <w:r>
        <w:t>Налоговые санкции за нарушение законодательства о налогах и сборах, по которым решение налогового органа было вынесено до дня вступления в силу настоящего Федерального закона, взимаются в порядке, действовавшем до дня вступления в силу настоящего Федерального закона</w:t>
      </w:r>
    </w:p>
    <w:p>
      <w:r>
        <w:rPr>
          <w:b/>
        </w:rPr>
        <w:t xml:space="preserve">13. </w:t>
      </w:r>
      <w:r>
        <w:t>В случаях, если часть первая Налогового кодекса Российской Федерации (в редакции настоящего Федерального закона) устанавливает более мягкую ответственность за налоговое правонарушение или иное нарушение законодательства о налогах и сборах, чем было установлено до дня вступления в силу настоящего Федерального закона, то за соответствующее правонарушение, совершенное до дня вступления в силу настоящего Федерального закона, применяется ответственность, установленная частью первой Налогового кодекса Российской Федерации (в редакции настоящего Федерального закона). Взыскание ранее примененных налоговых санкций за данное правонарушение со дня вступления в силу настоящего Федерального закона может быть произведено лишь в части, не превышающей максимального размера санкций, предусмотренных за такое правонарушение частью первой Налогового кодекса Российской Федерации (в редакции настоящего Федерального закона)</w:t>
      </w:r>
    </w:p>
    <w:p>
      <w:r>
        <w:rPr>
          <w:b/>
        </w:rPr>
        <w:t xml:space="preserve">14. </w:t>
      </w:r>
      <w:r>
        <w:t>Нормативные правовые акты Правительства Российской Федерации и федеральных органов исполнительной власти, принятые до дня вступления в силу настоящего Федерального закона, действуют впредь до признания их утратившими силу или принятия соответствующих нормативных правовых актов Правительством Российской Федерации и уполномоченными федеральными органами исполнительной власти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