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2009 год</w:t>
      </w:r>
    </w:p>
    <w:p>
      <w:r>
        <w:rPr>
          <w:b/>
        </w:rPr>
        <w:t>Статья None. Федеральный закон   от 04.10.2010 № 258-ФЗ</w:t>
      </w:r>
    </w:p>
    <w:p>
      <w:r>
        <w:t>Об исполнении бюджета Пенсионного фонда Российской Федерации за 2009 год РОССИЙСКАЯ ФЕДЕРАЦИЯ ФЕДЕРАЛЬНЫЙ ЗАКОН Об исполнении бюджета Пенсионного фонда Российской Федерации за 2009 год Принят Государственной Думой 21 сентября 2010 года Одобрен Советом Федерации 29 сентября 2010 года 1. Утвердить отчет об исполнении бюджета Пенсионного фонда Российской Федерации (далее - Фонд) за 2009 год: 1) общий объем доходов бюджета Фонда в сумме 3 222 648 830,8 тыс. рублей, из них 2 939 754 697,3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полученных из федерального бюджета в сумме 1 944 166 429,4 тыс. рублей и бюджетов субъектов Российской Федерации в сумме 2 559 881,7 тыс. рублей; 2) общий объем расходов бюджета Фонда в сумме 3 008 659 868,2 тыс. рублей, из них 2 976 539 898,2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переданные бюджетам субъектов Российской Федерации в сумме 53 994,8 тыс. рублей; 3) объем профицита бюджета Фонда в сумме 213 988 962,6 тыс. рублей и объем дефицита бюджета Фонда в части, не связанной с формированием средств для финансирования накопительной части трудовых пенсий, в сумме 36 785 200,9 тыс. рублей.</w:t>
      </w:r>
    </w:p>
    <w:p>
      <w:r>
        <w:rPr>
          <w:b/>
        </w:rPr>
        <w:t xml:space="preserve">2. </w:t>
      </w:r>
      <w:r>
        <w:t>Утвердить следующие показатели исполнения бюджета Фонда</w:t>
      </w:r>
    </w:p>
    <w:p>
      <w:r>
        <w:rPr>
          <w:b/>
        </w:rPr>
        <w:t xml:space="preserve">2. </w:t>
      </w:r>
      <w:r>
        <w:t>доходы бюджета Фонда по кодам классификации доходов бюджетов за 2009 год согласно приложению 1 к настоящему Федеральному закону</w:t>
      </w:r>
    </w:p>
    <w:p>
      <w:r>
        <w:rPr>
          <w:b/>
        </w:rPr>
        <w:t xml:space="preserve">2. </w:t>
      </w:r>
      <w:r>
        <w:t>структура расходов бюджета Фонда за 2009 год согласно приложению 2 к настоящему Федеральному закону</w:t>
      </w:r>
    </w:p>
    <w:p>
      <w:r>
        <w:rPr>
          <w:b/>
        </w:rPr>
        <w:t xml:space="preserve">2. </w:t>
      </w:r>
      <w:r>
        <w:t>источники внутреннего финансирования дефицита бюджета Фонда по кодам классификации источников финансирования дефицитов бюджетов за 2009 год согласно приложению 3 к настоящему Федеральному закону. Президент Российской Федерации Д.Медведев Москва, Кремль 4 октября 2010 года № 258-ФЗ Приложение 1 к Федеральному закону "Об исполнении бюджета Пенсионного фонда Российской Федерации за 2009 год" Доходы бюджета Пенсионного фонда Российской Федерации по кодам классификации доходов бюджетов за 2009 год (тыс. рублей) Наименование показателя Код бюджетной классификации Кассовое исполнение главного администратора доходов доходов бюджета Пенсионного фонда Российской Федерации Доходы, всего 3 222 648 830,8 Налоговые и неналоговые доходы 000 1 00 00000 00 0000 000 1 275 706 110,3 Налоги и взносы на социальные нужды 000 1 02 00000 00 0000 000 1 266 682 963,3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182 1 02 02010 06 0000 160 976 677 538,4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182 1 02 02020 06 0000 160 266 979 789,7 Страховые взносы в виде фиксированного платежа, зачисляемые в Пенсионный фонд Российской Федерации на выплату страховой части трудовой пенсии 182 1 02 02030 06 0000 160 14 264 449,7 Страховые взносы в виде фиксированного платежа, зачисляемые в Пенсионный фонд Российской Федерации на выплату накопительной части трудовой пенсии 182 1 02 02040 06 0000 160 3 512 191,6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182 1 02 02080 06 0000 160 68,3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 392 1 02 02041 06 0000 160 2 619 993,6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392 1 02 02080 06 0000 160 2 628 932,0 Налоги на совокупный доход 000 1 05 00000 00 0000 000 4 256 849,1 Минимальный налог, зачисляемый в бюджеты государственных внебюджетных фондов 182 1 05 01030 01 0000 110 4 256 849,1 Задолженность и перерасчеты по отмененным налогам, сборам и иным обязательным платежам 000 1 09 00000 00 0000 000 2 423 740,8 Недоимка, пени и штрафы по взносам в Пенсионный фонд Российской Федерации 182 1 09 08020 06 0000 140 2 423 740,8 Доходы от использования имущества, находящегося в государственной и муниципальной собственности 000 1 11 00000 00 0000 000 -114 472,2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392 1 11 02050 06 0000 120 -137 883,2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1 386 831,6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392 1 11 02052 06 0000 120 -1 524 714,8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1 11 02053 06 0000 120 0,0 Доходы от сдачи в аренду имущества, находящегося в оперативном управлении Пенсионного фонда Российской Федерации 392 1 11 05036 06 0000 120 3 387,4 Прочие поступления от использования имущества, находящегося в оперативном управлении Пенсионного фонда Российской Федерации 392 1 11 09046 06 0000 120 20 023,6 Доходы от оказания платных услуг и компенсации затрат государства 000 1 13 00000 00 0000 000 2 033 279,0 Прочие доходы Пенсионного фонда Российской Федерации от оказания платных услуг и компенсации затрат бюджета Пенсионного фонда Российской Федерации 392 1 13 03060 06 0000 130 2 033 279,0 Доходы от продажи материальных и нематериальных активов 000 1 14 00000 00 0000 000 7 397,5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6 921,3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440 476,2 Штрафы, санкции, возмещение ущерба 000 1 16 00000 00 0000 000 409 691,9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140 387 746,3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140 960,4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бюджета Пенсионного фонда Российской Федерации 392 1 16 23060 06 0000 140 11 495,7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161 1 16 33060 06 0000 140 95,0 Прочие поступления от денежных взысканий (штрафов) и иных сумм в возмещение ущерба, зачисляемые в Пенсионный фонд Российской Федерации 392 1 16 90060 06 0000 140 19 394,5 Прочие неналоговые доходы 000 1 17 00000 00 0000 000 1 106,7 Прочие неналоговые поступления в Пенсионный фонд Российской Федерации 392 1 17 06010 06 0000 180 850,5 Прочие неналоговые поступления по накопительной составляющей бюджета Пенсионного фонда Российской Федерации 392 1 17 06011 06 0000 180 256,2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000 1 18 00000 00 0000 000 5 554,2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1 18 06000 06 0000 151 5 554,2 Безвозмездные поступления 000 2 00 00000 00 0000 000 1 946 942 720,5 Безвозмездные поступления от других бюджетов бюджетной системы Российской Федерации 000 2 02 00000 00 0000 000 1 946 726 311,1 Средства федерального бюджета, передаваемые бюджету Пенсионного фонда Российской Федерации 392 2 02 05100 06 0000 151 1 941 024 869,3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151 200 130 814,8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392 2 02 05102 06 0000 151 10 495 406,3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392 2 02 05102 06 0102 151 9 619 267,1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392 2 02 05102 06 0602 151 414 736,9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392 2 02 05102 06 0702 151 461 402,3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392 2 02 05103 06 0000 151 2 130 203,5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05103 06 0801 151 1 253 645,8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и полным кавалерам ордена Трудовой Славы 392 2 02 05103 06 0901 151 876 557,7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392 2 02 05104 06 0000 151 73 929,2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05104 06 0802 151 50 481,2 Средства федерального бюджета, передаваемые бюджету Пенсионного фонда Российской Федерации на социальную поддержку Героев Социалистического Труда и полных кавалеров ордена Трудовой Славы 392 2 02 05104 06 0902 151 23 448,0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392 2 02 05105 06 0000 151 1 000 000,0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392 2 02 05106 06 0000 151 12 561 569,6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392 2 02 05106 06 1101 151 11 891 701,6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392 2 02 05106 06 1201 151 669 868,0 Средства федерального бюджета, передаваемые бюджету Пенсионного фонда Российской Федерации на покрытие дефицита бюджета Пенсионного фонда Российской Федерации 392 2 02 05107 06 0000 151 399 335 180,0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59 987 864,3 Средства федерального бюджета, передаваемые бюджету Пенсионного фонда Российской Федерации на выплату базовой части трудовой пенсии 392 2 02 05109 06 0000 151 984 427 413,3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392 2 02 05110 06 0000 151 211 020 047,5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05110 06 1401 151 182 259 420,2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392 2 02 05110 06 1501 151 2 507 048,1 Средства федерального бюджета, передаваемые бюджету Пенсионного фонда Российской Федерации на выплату доплат к пенсиям 392 2 02 05110 06 1601 151 49 259,6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05110 06 2001 151 26 000 000,0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05110 06 2201 151 204 319,6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392 2 02 05111 06 0000 151 2 559 881,7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05111 06 5101 151 2 558 638,6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392 2 02 05111 06 2203 151 1 243,1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ядерного оружейного комплекса Российской Федерации 392 2 02 05112 06 0000 151 3 299 182,9 Средства федерального бюджета, передаваемые бюджету Пенсионного фонда Российской Федерации на предоставление материнского (семейного) капитала 392 2 02 05113 06 0000 151 44 300 000,0 Средства федерального бюджета, передаваемые бюджету Пенсионного фонда Российской Федерации на возмещение потерь, возникших при инвестировании Пенсионным фондом Российской Федерации сумм страховых взносов на финансирование накопительной части трудовой пенсии 392 2 02 05115 06 0000 151 9 701 675,4 Средства федерального бюджета, передаваемые бюджету Пенсионного фонда Российской Федерации на возмещение расходов, связанных с обеспечением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392 2 02 05123 06 0000 151 1 700,8 Прочие безвозмездные поступления в Пенсионный фонд Российской Федерации от федерального бюджета 392 2 02 09016 06 0000 151 5 701 441,8 Безвозмездные поступления от негосударственных организаций 000 2 04 00000 00 0000 180 216 409,4 Средства пенсионных накоплений, поступившие в Пенсионный фонд Российской Федерации из негосударственных пенсионных фондов 392 2 04 01010 06 0000 180 216 409,4 Средства пенсионных накоплений, поступившие из негосударственных пенсионных фондов в Пенсионный фонд Российской Федерации для перечисления в управляющие компании или государственную управляющую компанию 392 2 04 01011 06 0000 180 171 274,6 Средства пенсионных накоплений, переданные из негосударственных пенсионных фондов для зачисления в резерв Пенсионного фонда Российской Федерации в случае отсутствия правопреемников умерших застрахованных лиц 392 2 04 01012 06 0000 180 45 134,8 _____________ Приложение 2 к Федеральному закону "Об исполнении бюджета Пенсионного фонда Российской Федерации за 2009 год" Структура расходов бюджета Пенсионного фонда Российской Федерации за 2009 год (тыс. рублей) Наименование показателя Код бюджетной классификации Кассовое исполнение Мин Рз ПР ЦСР ВР Пенсионный фонд Российской Федерации 392 3 008 659 868,2 Общегосударственные вопросы 392 01 00 6 432,7 Международные отношения и международное сотрудничество 392 01 08 6 432,7 Международное сотрудничество 392 01 08 030 00 00 6 432,7 Взносы в международные организации 392 01 08 030 98 00 6 432,7 Выполнение международных обязательств 392 01 08 030 98 00 011 6 432,7 Образование 392 07 00 61 425,7 Профессиональная подготовка, переподготовка и повышение квалификации 392 07 05 61 425,7 Учебные заведения и курсы по переподготовке кадров 392 07 05 429 00 00 61 425,7 Переподготовка и повышение квалификации кадров 392 07 05 429 78 00 61 425,7 Органы управления государственных внебюджетных фондов 392 07 05 429 78 00 270 61 425,7 Социальная политика 392 10 00 3 007 371 886,7 Пенсионное обеспечение 392 10 01 3 006 842 920,3 Руководство и управление в сфере установленных функций 392 10 01 001 00 00 59 758 226,3 Аппараты органов управления государственных внебюджетных фондов 392 10 01 001 55 00 59 758 226,3 Органы управления государственных внебюджетных фондов 392 10 01 001 55 00 270 59 758 226,3 Бюджетные инвестиции в объекты капитального строительства, не включенные в целевые программы 392 10 01 102 00 00 2 033 404,0 Строительство объектов общегражданского назначения 392 10 01 102 02 00 2 033 404,0 Строительство объектов социального и производственного комплексов, в том числе объектов общегражданского назначения, жилья, инфраструктуры 392 10 01 102 02 01 2 033 404,0 Бюджетные инвестиции 392 10 01 102 02 01 003 2 033 404,0 Пенсии 392 10 01 490 00 00 2 985 585,4 Указ Президента Российской Федерации от 23 августа 2000 года № 1563 "О неотложных мерах социальной поддержки специалистов ядерного оружейного комплекса Российской Федерации" 392 10 01 490 03 00 2 985 585,4 Материальное обеспечение специалистов ядерного оружейного комплекса Российской Федерации 392 10 01 490 03 01 2 985 585,4 Социальные выплаты 392 10 01 490 03 01 005 2 985 585,4 Социальная помощь 392 10 01 505 00 00 2 936 364 262,8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392 10 01 505 01 00 9 653 454,4 Осуществление ежемесячной денежной выплаты гражданам, подвергшимся воздействию радиации вследствие радиационных аварий и ядерных испытаний 392 10 01 505 01 02 9 653 454,4 Социальные выплаты 392 10 01 505 01 02 005 9 653 454,4 Федеральный закон от 24 ноября 1995 года № 181-ФЗ "О социальной защите инвалидов в Российской Федерации" 392 10 01 505 02 00 193 249 090,0 Осуществление ежемесячной денежной выплаты инвалидам 392 10 01 505 02 02 193 249 090,0 Социальные выплаты 392 10 01 505 02 02 005 193 249 090,0 Федеральный закон от 12 января 1995 года № 5-ФЗ "О ветеранах" 392 10 01 505 04 00 57 997 668,4 Осуществление ежемесячной денежной выплаты ветеранам 392 10 01 505 04 01 57 997 668,4 Социальные выплаты 392 10 01 505 04 01 005 57 997 668,4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10 01 505 06 00 335 501,3 Осуществление ежемесячной денежной выплаты гражданам, подвергшимся воздействию радиации вследствие радиационных аварий и ядерных испытаний 392 10 01 505 06 02 335 501,3 Социальные выплаты 392 10 01 505 06 02 005 335 501,3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10 01 505 07 00 408 067,3 Осуществление ежемесячной денежной выплаты гражданам, подвергшимся воздействию радиации вследствие радиационных аварий и ядерных испытаний 392 10 01 505 07 02 408 067,3 Социальные выплаты 392 10 01 505 07 02 005 408 067,3 Закон Российской Федерации от 15 января 1993 года № 4301-I "О статусе Героев Советского Союза, Героев Российской Федерации и полных кавалеров ордена Славы" 392 10 01 505 08 00 1 175 269,4 Осуществление ежемесячной денежной выплаты Героям Советского Союза, Героям Российской Федерации и полным кавалерам ордена Славы 392 10 01 505 08 01 1 175 269,4 Социальные выплаты 392 10 01 505 08 01 005 1 175 269,4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10 01 505 09 00 763 707,6 Осуществление ежемесячной денежной выплаты Героям Социалистического Труда и полным кавалерам ордена Трудовой Славы 392 10 01 505 09 01 763 707,6 Социальные выплаты 392 10 01 505 09 01 005 763 707,6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10 01 505 10 00 922 956,3 Оплата стоимости проезда пенсионерам к месту отдыха и обратно один раз в два года 392 10 01 505 10 01 922 956,3 Социальные выплаты 392 10 01 505 10 01 005 922 956,3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392 10 01 505 11 00 11 746 726,6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1941-1945 годов 392 10 01 505 11 01 11 746 726,6 Социальные выплаты 392 10 01 505 11 01 005 11 746 726,6 Указ Президента Российской Федерации от 1 августа 2005 года № 887 "О мерах по улучшению материального положения инвалидов вследствие военной травмы" 392 10 01 505 12 00 668 472,9 Дополнительное ежемесячное материальное обеспечение инвалидов вследствие военной травмы 392 10 01 505 12 01 668 472,9 Социальные выплаты 392 10 01 505 12 01 005 668 472,9 Федеральный закон от 17 декабря 2001 года № 173-ФЗ "О трудовых пенсиях в Российской Федерации" 392 10 01 505 13 00 2 374 495 729,9 Выплата базовой части трудовой пенсии 392 10 01 505 13 01 979 229 218,4 Социальные выплаты 392 10 01 505 13 01 005 979 229 218,4 Выплата страховой части трудовой пенсии 392 10 01 505 13 02 1 394 534 394,6 Социальные выплаты 392 10 01 505 13 02 005 1 394 534 394,6 Выплата накопительной части трудовой пенсии 392 10 01 505 13 03 0,0 Социальные выплаты 392 10 01 505 13 03 005 0,0 Выплаты правопреемникам умерших застрахованных лиц 392 10 01 505 13 04 732 116,9 Социальные выплаты 392 10 01 505 13 04 005 732 116,9 Федеральный закон от 15 декабря 2001 года № 166-ФЗ "О государственном пенсионном обеспечении в Российской Федерации" 392 10 01 505 14 00 172 696 706,1 Выплата пенсий по государственному пенсионному обеспечению 392 10 01 505 14 01 172 696 706,1 Социальные выплаты 392 10 01 505 14 01 005 172 696 706,1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392 10 01 505 15 00 2 234 652,7 Выплата дополнительного материального обеспечения, доплат к пенсиям, пособий и компенсаций 392 10 01 505 15 01 2 234 652,7 Социальные выплаты 392 10 01 505 15 01 005 2 234 652,7 Указ Президента Российской Федерации от 28 августа 2003 года №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392 10 01 505 16 00 26 866,2 Выплата доплат к пенсиям 392 10 01 505 16 01 26 866,2 Социальные выплаты 392 10 01 505 16 01 005 26 866,2 Указ Президента Российской Федерации от 26 декабря 2006 года № 1455 "О компенсационных выплатах лицам, осуществляющим уход за нетрудоспособными гражданами" 392 10 01 505 20 00 25 387 612,0 Осуществление компенсационных выплат лицам, осуществляющим уход за нетрудоспособными гражданами 392 10 01 505 20 01 25 387 612,0 Социальные выплаты 392 10 01 505 20 01 005 25 387 612,0 Федеральный закон от 12 января 1996 года № 8-ФЗ "О погребении и похоронном деле" 392 10 01 505 22 00 6 140 035,5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10 01 505 22 01 209 399,5 Социальные выплаты 392 10 01 505 22 01 005 209 399,5 Выплата социального пособия на погребение и оказание услуг по погребению согласно гарантированному перечню этих услуг за умерших, получавших трудовую пенсию 392 10 01 505 22 02 5 929 330,5 Социальные выплаты 392 10 01 505 22 02 005 5 929 330,5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10 01 505 22 03 1 305,5 Социальные выплаты 392 10 01 505 22 03 005 1 305,5 Федеральный закон от 24 июля 2002 года № 111-ФЗ "Об инвестировании средств для финансирования накопительной части трудовой пенсии в Российской Федерации" 392 10 01 505 23 00 31 385 402,7 Обеспечение ведения специальной части индивидуальных лицевых счетов застрахованных лиц, формирования средств пенсионных накоплений 392 10 01 505 23 01 1 951 810,0 Органы управления государственных внебюджетных фондов 392 10 01 505 23 01 270 1 951 810,0 Передача средств пенсионных накоплений в негосударственные пенсионные фонды 392 10 01 505 23 02 29 433 592,7 Прочие расходы 392 10 01 505 23 02 013 29 433 592,7 Федеральный закон от 27 ноября 2001 года № 155-ФЗ "О дополнительном социальном обеспечении членов летных экипажей воздушных судов гражданской авиации" 392 10 01 505 25 00 2 473 662,4 Доплаты к пенсии членам летных экипажей воздушных судов гражданской авиации 392 10 01 505 25 01 2 473 662,4 Социальные выплаты 392 10 01 505 25 01 005 2 473 662,4 Федеральный закон от 29 декабря 2006 года № 256-ФЗ "О дополнительных мерах государственной поддержки семей, имеющих детей" 392 10 01 505 42 00 41 971 140,9 Предоставление материнского (семейного) капитала 392 10 01 505 42 01 41 971 140,9 Социальные выплаты 392 10 01 505 42 01 005 41 971 140,9 Закон Российской Федерации от 19 апреля 1991 года № 1032-I "О занятости населения в Российской Федерации" 392 10 01 505 51 00 2 629 089,8 Выплата пенсий, назначенных досрочно, гражданам, признанным безработными 392 10 01 505 51 01 2 629 089,8 Социальные выплаты 392 10 01 505 51 01 005 2 629 089,8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392 10 01 505 54 00 2 450,4 Обеспечение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392 10 01 505 54 02 2 450,4 Органы управления государственных внебюджетных фондов 392 10 01 505 54 02 270 2 450,4 Реализация государственных функций в области социальной политики 392 10 01 514 00 00 5 701 441,8 Мероприятия в области социальной политики 392 10 01 514 01 00 5 701 441,8 Органы управления государственных внебюджетных фондов 392 10 01 514 01 00 270 5 701 441,8 Прикладные научные исследования в области социальной политики 392 10 05 18 800,0 Прикладные научные исследования и разработки 392 10 05 081 00 00 18 800,0 Выполнение научно- исследовательских и опытно- конструкторских работ по государственным контрактам 392 10 05 081 69 00 18 800,0 Органы управления государственных внебюджетных фондов 392 10 05 081 69 00 270 18 800,0 Другие вопросы в области социальной политики 392 10 06 510 166,4 Реализация государственных функций в области социальной политики 392 10 06 514 00 00 510 166,4 Мероприятия в области социальной политики 392 10 06 514 01 00 510 166,4 Прочие расходы 392 10 06 514 01 00 013 510 166,4 Межбюджетные трансферты 392 11 00 1 220 123,1 Иные межбюджетные трансферты 392 11 04 1 220 123,1 Социальная помощь 392 11 04 505 00 00 53 994,8 Закон Российской Федерации от 15 января 1993 года № 4301-I "О статусе Героев Советского Союза, Героев Российской Федерации и полных кавалеров ордена Славы" 392 11 04 505 08 00 35 611,0 Социальная поддержка Героев Советского Союза, Героев Российской Федерации и полных кавалеров ордена Славы 392 11 04 505 08 02 35 611,0 Иные субсидии 392 11 04 505 08 02 018 35 611,0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11 04 505 09 00 18 383,8 Социальная поддержка Героев Социалистического Труда и полных кавалеров ордена Трудовой Славы 392 11 04 505 09 02 18 383,8 Иные субсидии 392 11 04 505 09 02 018 18 383,8 Софинансирование социальных программ субъектов Российской Федерации, связанных с предоставлением субсидий бюджетам субъектов Российской Федерации на социальные программы субъектов Российской Федерации, связанные с укреплением материально- технической базы учреждений социального обслуживания населения и оказанием адресной социальной помощи неработающим пенсионерам 392 11 04 530 00 00 1 166 128,3 Иные субсидии 392 11 04 530 00 00 018 1 166 128,3 ______________ Приложение 3 к Федеральному закону "Об исполнении бюджета Пенсионного фонда Российской Федерации за 2009 год" Источники внутреннего финансирования дефицита бюджета Пенсионного фонда Российской Федерации по кодам классификации источников финансирования дефицитов бюджетов за 2009 год (тыс. рублей) Наименование показателя Код бюджетной классификации Кассовое исполнение главного администратора источника финансирования источника финансирования Источники внутреннего финансирования дефицита бюджета Пенсионного фонда Российской Федерации -213 988 962,6 Изменение остатков средств на счетах по учету средств бюджета 000 01 05 00 00 00 0000 000 -213 968 177,0 Увеличение остатков финансовых резервов бюджетов 000 01 05 01 00 00 0000 500 -2 934 192 931,7 Уменьшение остатков финансовых резервов бюджетов 000 01 05 01 00 00 0000 600 2 970 999 237,5 Увеличение остатков денежных средств финансового резерва бюджета Пенсионного фонда Российской Федерации 392 01 05 01 01 06 0000 510 -2 934 192 931,7 Уменьшение остатков денежных средств финансового резерва бюджета Пенсионного фонда Российской Федерации 392 01 05 01 01 06 0000 610 2 970 838 456,4 Увеличение остатков средств финансового резерва бюджета Пенсионного фонда Российской Федерации, размещенных в ценные бумаги 392 01 05 01 02 06 0000 520 0,0 Уменьшение остатков средств финансового резерва бюджета Пенсионного фонда Российской Федерации, размещенных в ценные бумаги 392 01 05 01 02 06 0000 620 160 781,1 Увеличение прочих остатков средств бюджетов 000 01 05 02 00 00 0000 500 -771 628 683,6 Уменьшение прочих остатков средств бюджетов 000 01 05 02 00 00 0000 600 520 854 200,8 Увеличение остатков денежных средств пенсионных накоплений бюджета Пенсионного фонда Российской Федерации 392 01 05 02 01 06 0001 510 -477 426 316,5 Уменьшение остатков денежных средств пенсионных накоплений бюджета Пенсионного фонда Российской Федерации 392 01 05 02 01 06 0001 610 328 753 490,4 Увеличение остатков средств пенсионных накоплений бюджета Пенсионного фонда Российской Федерации, переданных управляющим компаниям 392 01 05 02 01 06 0000 550 -114 784 056,7 Уменьшение остатков средств пенсионных накоплений бюджета Пенсионного фонда Российской Федерации, переданных управляющим компаниям 392 01 05 02 01 06 0000 650 13 491 302,1 Увеличение остатков денежных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01 05 02 01 06 0004 510 -2 621 694,4 Уменьшение остатков денежных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01 05 02 01 06 0004 610 648 594,0 Увеличение остатков средств пенсионных накоплений бюджета Пенсионного фонда Российской Федерации, временно размещенных в ценные бумаги 392 01 05 02 02 06 0001 520 -176 796 616,0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620 177 960 814,3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ценные бумаги 392 01 05 02 02 06 0003 520 0,0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ценные бумаги 392 01 05 02 02 06 0003 620 0,0 Курсовая разница по средствам финансового резерва бюджета Пенсионного фонда Российской Федерации 392 01 06 03 00 06 0001 171 -21 104,9 Курсовая разница по средствам пенсионных накоплений бюджета Пенсионного фонда Российской Федерации 392 01 06 03 00 06 0002 171 319,3 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